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4BDD123E" w:rsidP="4D0EB5A9" w:rsidRDefault="4BDD123E" w14:paraId="4C64FC23" w14:textId="191B8D90">
      <w:pPr>
        <w:pStyle w:val="Title"/>
        <w:pBdr>
          <w:bottom w:val="single" w:color="4F81BD" w:sz="8" w:space="4"/>
        </w:pBdr>
        <w:jc w:val="center"/>
      </w:pPr>
      <w:r w:rsidRPr="4D0EB5A9" w:rsidR="61AF6798">
        <w:rPr>
          <w:rFonts w:ascii="Calibri" w:hAnsi="Calibri" w:eastAsia="Calibri" w:cs="Calibri"/>
        </w:rPr>
        <w:t>2</w:t>
      </w:r>
      <w:r w:rsidRPr="4D0EB5A9" w:rsidR="4BDD123E">
        <w:rPr>
          <w:rFonts w:ascii="Calibri" w:hAnsi="Calibri" w:eastAsia="Calibri" w:cs="Calibri"/>
        </w:rPr>
        <w:t>Haute Setup Guide</w:t>
      </w:r>
    </w:p>
    <w:p w:rsidR="4BDD123E" w:rsidP="3570B21E" w:rsidRDefault="4BDD123E" w14:paraId="3E156AE4" w14:textId="18DF0B6D">
      <w:pPr>
        <w:jc w:val="center"/>
      </w:pPr>
      <w:r w:rsidRPr="3570B21E">
        <w:rPr>
          <w:rFonts w:eastAsia="Calibri" w:cs="Calibri"/>
        </w:rPr>
        <w:t>Created by: Donato Cabal</w:t>
      </w:r>
      <w:r>
        <w:br/>
      </w:r>
      <w:r w:rsidRPr="3570B21E">
        <w:rPr>
          <w:rFonts w:eastAsia="Calibri" w:cs="Calibri"/>
        </w:rPr>
        <w:t xml:space="preserve"> Last update: 03-23-2026  By Raymond Blor</w:t>
      </w:r>
      <w:r>
        <w:br/>
      </w:r>
      <w:r w:rsidRPr="3570B21E">
        <w:rPr>
          <w:rFonts w:eastAsia="Calibri" w:cs="Calibri"/>
        </w:rPr>
        <w:t xml:space="preserve"> Complete setup guide for Claude Code CLI with Obsidian integration for enterprise knowledge management.</w:t>
      </w:r>
    </w:p>
    <w:p w:rsidR="4BDD123E" w:rsidP="3570B21E" w:rsidRDefault="4BDD123E" w14:paraId="016F3387" w14:textId="335AEC66">
      <w:r w:rsidRPr="3570B21E">
        <w:rPr>
          <w:rFonts w:eastAsia="Calibri" w:cs="Calibri"/>
          <w:color w:val="999999"/>
          <w:sz w:val="18"/>
          <w:szCs w:val="18"/>
        </w:rPr>
        <w:t>────────────────────────────────────────────────────────────</w:t>
      </w:r>
    </w:p>
    <w:p w:rsidR="4BDD123E" w:rsidP="3570B21E" w:rsidRDefault="4BDD123E" w14:paraId="10A9DB04" w14:textId="50EB0A51">
      <w:r w:rsidRPr="3570B21E">
        <w:rPr>
          <w:rFonts w:eastAsia="Calibri" w:cs="Calibri"/>
          <w:b/>
          <w:bCs/>
        </w:rPr>
        <w:t xml:space="preserve">Welcome to the wonderful world of HAUTE. </w:t>
      </w:r>
      <w:r w:rsidRPr="3570B21E">
        <w:rPr>
          <w:rFonts w:eastAsia="Calibri" w:cs="Calibri"/>
        </w:rPr>
        <w:t>HAUTE stands for - Human-Augmented Unified Team Environment</w:t>
      </w:r>
    </w:p>
    <w:p w:rsidR="4BDD123E" w:rsidP="3570B21E" w:rsidRDefault="4BDD123E" w14:paraId="4481ED46" w14:textId="5A97CAD8">
      <w:pPr>
        <w:pStyle w:val="Heading1"/>
      </w:pPr>
      <w:r w:rsidRPr="3570B21E">
        <w:rPr>
          <w:rFonts w:ascii="Calibri" w:hAnsi="Calibri" w:eastAsia="Calibri" w:cs="Calibri"/>
        </w:rPr>
        <w:t>Prerequisites</w:t>
      </w:r>
    </w:p>
    <w:p w:rsidR="4BDD123E" w:rsidP="3570B21E" w:rsidRDefault="4BDD123E" w14:paraId="1ADA4FEA" w14:textId="6AF3A538">
      <w:pPr>
        <w:pStyle w:val="ListParagraph"/>
        <w:numPr>
          <w:ilvl w:val="0"/>
          <w:numId w:val="10"/>
        </w:numPr>
        <w:spacing w:after="0"/>
        <w:ind w:left="360"/>
        <w:rPr>
          <w:rFonts w:eastAsia="Calibri" w:cs="Calibri"/>
        </w:rPr>
      </w:pPr>
      <w:r w:rsidRPr="3570B21E">
        <w:rPr>
          <w:rFonts w:eastAsia="Calibri" w:cs="Calibri"/>
        </w:rPr>
        <w:t>Required Access &amp; Permissions</w:t>
      </w:r>
    </w:p>
    <w:p w:rsidR="4BDD123E" w:rsidP="3570B21E" w:rsidRDefault="4BDD123E" w14:paraId="5011623A" w14:textId="7BF1B980">
      <w:pPr>
        <w:pStyle w:val="ListParagraph"/>
        <w:numPr>
          <w:ilvl w:val="0"/>
          <w:numId w:val="10"/>
        </w:numPr>
        <w:spacing w:after="0"/>
        <w:ind w:left="1440"/>
        <w:rPr>
          <w:rFonts w:eastAsia="Calibri" w:cs="Calibri"/>
        </w:rPr>
      </w:pPr>
      <w:r w:rsidRPr="3570B21E">
        <w:rPr>
          <w:rFonts w:eastAsia="Calibri" w:cs="Calibri"/>
        </w:rPr>
        <w:t>In lieu of local admin rights, enrollment in Haute install group to enable installs via Intune</w:t>
      </w:r>
    </w:p>
    <w:p w:rsidR="4BDD123E" w:rsidP="3570B21E" w:rsidRDefault="4BDD123E" w14:paraId="702A0D8A" w14:textId="2E04E0FD">
      <w:pPr>
        <w:pStyle w:val="ListParagraph"/>
        <w:numPr>
          <w:ilvl w:val="0"/>
          <w:numId w:val="10"/>
        </w:numPr>
        <w:spacing w:after="0"/>
        <w:ind w:left="1440"/>
        <w:rPr>
          <w:rFonts w:eastAsia="Calibri" w:cs="Calibri"/>
        </w:rPr>
      </w:pPr>
      <w:r w:rsidRPr="3570B21E">
        <w:rPr>
          <w:rFonts w:eastAsia="Calibri" w:cs="Calibri"/>
        </w:rPr>
        <w:t>Otherwise, will need ability to elevate to local admin</w:t>
      </w:r>
    </w:p>
    <w:p w:rsidR="4BDD123E" w:rsidP="3570B21E" w:rsidRDefault="4BDD123E" w14:paraId="66B0623D" w14:textId="5DF27416">
      <w:pPr>
        <w:pStyle w:val="ListParagraph"/>
        <w:numPr>
          <w:ilvl w:val="0"/>
          <w:numId w:val="10"/>
        </w:numPr>
        <w:spacing w:after="0"/>
        <w:ind w:left="360"/>
        <w:rPr>
          <w:rFonts w:eastAsia="Calibri" w:cs="Calibri"/>
        </w:rPr>
      </w:pPr>
      <w:r w:rsidRPr="3570B21E">
        <w:rPr>
          <w:rFonts w:eastAsia="Calibri" w:cs="Calibri"/>
        </w:rPr>
        <w:t>Anthropic Claude account</w:t>
      </w:r>
    </w:p>
    <w:p w:rsidR="4BDD123E" w:rsidP="3570B21E" w:rsidRDefault="4BDD123E" w14:paraId="3C840CEB" w14:textId="4C0B8241">
      <w:pPr>
        <w:pStyle w:val="ListParagraph"/>
        <w:numPr>
          <w:ilvl w:val="0"/>
          <w:numId w:val="10"/>
        </w:numPr>
        <w:spacing w:after="0"/>
        <w:ind w:left="1440"/>
        <w:rPr>
          <w:rFonts w:eastAsia="Calibri" w:cs="Calibri"/>
        </w:rPr>
      </w:pPr>
      <w:r w:rsidRPr="3570B21E">
        <w:rPr>
          <w:rFonts w:eastAsia="Calibri" w:cs="Calibri"/>
        </w:rPr>
        <w:t>See Mark or Donato for new account setup if available</w:t>
      </w:r>
    </w:p>
    <w:p w:rsidR="4BDD123E" w:rsidP="3570B21E" w:rsidRDefault="4BDD123E" w14:paraId="188E8E36" w14:textId="279F0D7A">
      <w:pPr>
        <w:pStyle w:val="ListParagraph"/>
        <w:numPr>
          <w:ilvl w:val="0"/>
          <w:numId w:val="10"/>
        </w:numPr>
        <w:spacing w:after="0"/>
        <w:ind w:left="1440"/>
        <w:rPr>
          <w:rFonts w:eastAsia="Calibri" w:cs="Calibri"/>
        </w:rPr>
      </w:pPr>
      <w:r w:rsidRPr="3570B21E">
        <w:rPr>
          <w:rFonts w:eastAsia="Calibri" w:cs="Calibri"/>
        </w:rPr>
        <w:t>Otherwise setup personal Pro account on monthly service (you will submit to expense report) and will transition to team/enterprise account</w:t>
      </w:r>
    </w:p>
    <w:p w:rsidR="4BDD123E" w:rsidP="3570B21E" w:rsidRDefault="4BDD123E" w14:paraId="23F53074" w14:textId="79628C31">
      <w:pPr>
        <w:pStyle w:val="ListParagraph"/>
        <w:numPr>
          <w:ilvl w:val="0"/>
          <w:numId w:val="10"/>
        </w:numPr>
        <w:spacing w:after="0"/>
        <w:ind w:left="1440"/>
        <w:rPr>
          <w:rFonts w:eastAsia="Calibri" w:cs="Calibri"/>
        </w:rPr>
      </w:pPr>
      <w:r w:rsidRPr="3570B21E">
        <w:rPr>
          <w:rFonts w:eastAsia="Calibri" w:cs="Calibri"/>
        </w:rPr>
        <w:t>Will require manager budgetary approval</w:t>
      </w:r>
    </w:p>
    <w:p w:rsidR="4BDD123E" w:rsidP="3570B21E" w:rsidRDefault="4BDD123E" w14:paraId="3C656A9B" w14:textId="4847BF31">
      <w:pPr>
        <w:pStyle w:val="ListParagraph"/>
        <w:numPr>
          <w:ilvl w:val="0"/>
          <w:numId w:val="10"/>
        </w:numPr>
        <w:spacing w:after="0"/>
        <w:ind w:left="1440"/>
        <w:rPr>
          <w:rFonts w:eastAsia="Calibri" w:cs="Calibri"/>
        </w:rPr>
      </w:pPr>
      <w:r w:rsidRPr="3570B21E">
        <w:rPr>
          <w:rFonts w:eastAsia="Calibri" w:cs="Calibri"/>
        </w:rPr>
        <w:t>Provide ongoing justification of expense</w:t>
      </w:r>
    </w:p>
    <w:p w:rsidR="4BDD123E" w:rsidP="3570B21E" w:rsidRDefault="4BDD123E" w14:paraId="5A72A69B" w14:textId="0E59C400">
      <w:pPr>
        <w:pStyle w:val="Heading2"/>
      </w:pPr>
      <w:r w:rsidRPr="3570B21E">
        <w:rPr>
          <w:rFonts w:ascii="Calibri" w:hAnsi="Calibri" w:eastAsia="Calibri" w:cs="Calibri"/>
        </w:rPr>
        <w:t>Required Files</w:t>
      </w:r>
    </w:p>
    <w:p w:rsidR="4BDD123E" w:rsidP="3570B21E" w:rsidRDefault="4BDD123E" w14:paraId="4DA8F31B" w14:textId="22D24D3E">
      <w:r w:rsidRPr="3570B21E">
        <w:rPr>
          <w:rFonts w:eastAsia="Calibri" w:cs="Calibri"/>
        </w:rPr>
        <w:t>Available to download from the Haute Setup Channel:</w:t>
      </w:r>
    </w:p>
    <w:p w:rsidR="4BDD123E" w:rsidP="3570B21E" w:rsidRDefault="4BDD123E" w14:paraId="463D71DD" w14:textId="6D8B48C1">
      <w:pPr>
        <w:pStyle w:val="ListParagraph"/>
        <w:numPr>
          <w:ilvl w:val="0"/>
          <w:numId w:val="10"/>
        </w:numPr>
        <w:spacing w:after="0"/>
        <w:ind w:left="360"/>
        <w:rPr>
          <w:rFonts w:eastAsia="Calibri" w:cs="Calibri"/>
        </w:rPr>
      </w:pPr>
      <w:r w:rsidRPr="3570B21E">
        <w:rPr>
          <w:rFonts w:eastAsia="Calibri" w:cs="Calibri"/>
        </w:rPr>
        <w:t>Haute Files.zip</w:t>
      </w:r>
    </w:p>
    <w:p w:rsidR="4BDD123E" w:rsidP="3570B21E" w:rsidRDefault="4BDD123E" w14:paraId="73FE6325" w14:textId="3755A7DD">
      <w:r w:rsidRPr="3570B21E">
        <w:rPr>
          <w:rFonts w:eastAsia="Calibri" w:cs="Calibri"/>
          <w:color w:val="999999"/>
          <w:sz w:val="18"/>
          <w:szCs w:val="18"/>
        </w:rPr>
        <w:t>────────────────────────────────────────────────────────────</w:t>
      </w:r>
    </w:p>
    <w:p w:rsidR="4BDD123E" w:rsidP="3570B21E" w:rsidRDefault="4BDD123E" w14:paraId="194E4252" w14:textId="5E6BAAB1">
      <w:pPr>
        <w:pStyle w:val="Heading1"/>
      </w:pPr>
      <w:r w:rsidRPr="3570B21E">
        <w:rPr>
          <w:rFonts w:ascii="Calibri" w:hAnsi="Calibri" w:eastAsia="Calibri" w:cs="Calibri"/>
        </w:rPr>
        <w:t>Part 1: Install Base Software</w:t>
      </w:r>
    </w:p>
    <w:p w:rsidR="4BDD123E" w:rsidP="3570B21E" w:rsidRDefault="4BDD123E" w14:paraId="6D272190" w14:textId="1EE1991E">
      <w:pPr>
        <w:pStyle w:val="Heading2"/>
      </w:pPr>
      <w:r w:rsidRPr="3570B21E">
        <w:rPr>
          <w:rFonts w:ascii="Calibri" w:hAnsi="Calibri" w:eastAsia="Calibri" w:cs="Calibri"/>
        </w:rPr>
        <w:t>Windows Installation</w:t>
      </w:r>
    </w:p>
    <w:p w:rsidR="4BDD123E" w:rsidP="3570B21E" w:rsidRDefault="4BDD123E" w14:paraId="5434CD58" w14:textId="7D606C5B">
      <w:pPr>
        <w:pStyle w:val="Heading3"/>
      </w:pPr>
      <w:r w:rsidRPr="3570B21E">
        <w:rPr>
          <w:rFonts w:ascii="Calibri" w:hAnsi="Calibri" w:eastAsia="Calibri" w:cs="Calibri"/>
        </w:rPr>
        <w:t>Option A: Using Company Portal</w:t>
      </w:r>
    </w:p>
    <w:p w:rsidR="4BDD123E" w:rsidP="3570B21E" w:rsidRDefault="4BDD123E" w14:paraId="37BADB1C" w14:textId="3F6E2F60">
      <w:r w:rsidRPr="3570B21E">
        <w:rPr>
          <w:rFonts w:eastAsia="Calibri" w:cs="Calibri"/>
        </w:rPr>
        <w:t>This is the lowest friction option for setup.</w:t>
      </w:r>
    </w:p>
    <w:p w:rsidR="4BDD123E" w:rsidP="3570B21E" w:rsidRDefault="4BDD123E" w14:paraId="7592D8D3" w14:textId="2EA5A1F9">
      <w:r w:rsidRPr="3570B21E">
        <w:rPr>
          <w:rFonts w:eastAsia="Calibri" w:cs="Calibri"/>
        </w:rPr>
        <w:t>In the Company Portal app on your Windows laptop:</w:t>
      </w:r>
    </w:p>
    <w:p w:rsidR="4BDD123E" w:rsidP="3570B21E" w:rsidRDefault="4BDD123E" w14:paraId="4727214F" w14:textId="36282351">
      <w:pPr>
        <w:pStyle w:val="ListParagraph"/>
        <w:numPr>
          <w:ilvl w:val="0"/>
          <w:numId w:val="10"/>
        </w:numPr>
        <w:spacing w:after="0"/>
        <w:ind w:left="360"/>
        <w:rPr>
          <w:rFonts w:eastAsia="Calibri" w:cs="Calibri"/>
        </w:rPr>
      </w:pPr>
      <w:r w:rsidRPr="3570B21E">
        <w:rPr>
          <w:rFonts w:eastAsia="Calibri" w:cs="Calibri"/>
        </w:rPr>
        <w:t xml:space="preserve"> </w:t>
      </w:r>
    </w:p>
    <w:p w:rsidR="4BDD123E" w:rsidP="3570B21E" w:rsidRDefault="4BDD123E" w14:paraId="793584A2" w14:textId="4A829DBE">
      <w:pPr>
        <w:pStyle w:val="ListParagraph"/>
        <w:numPr>
          <w:ilvl w:val="0"/>
          <w:numId w:val="10"/>
        </w:numPr>
        <w:spacing w:after="0"/>
        <w:ind w:left="360"/>
        <w:rPr>
          <w:rFonts w:eastAsia="Calibri" w:cs="Calibri"/>
        </w:rPr>
      </w:pPr>
      <w:r>
        <w:rPr>
          <w:noProof/>
        </w:rPr>
        <w:drawing>
          <wp:inline distT="0" distB="0" distL="0" distR="0" wp14:anchorId="63FC6667" wp14:editId="60CE0E58">
            <wp:extent cx="5486400" cy="1362075"/>
            <wp:effectExtent l="0" t="0" r="0" b="0"/>
            <wp:docPr id="184964052" name="drawing">
              <a:extLst xmlns:a="http://schemas.openxmlformats.org/drawingml/2006/main">
                <a:ext uri="{FF2B5EF4-FFF2-40B4-BE49-F238E27FC236}">
                  <a16:creationId xmlns:a16="http://schemas.microsoft.com/office/drawing/2014/main" id="{B6351326-8DE5-47E6-98D8-739C2F615F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64052" name="Picture 184964052"/>
                    <pic:cNvPicPr/>
                  </pic:nvPicPr>
                  <pic:blipFill>
                    <a:blip r:embed="rId7">
                      <a:extLst>
                        <a:ext uri="{28A0092B-C50C-407E-A947-70E740481C1C}">
                          <a14:useLocalDpi xmlns:a14="http://schemas.microsoft.com/office/drawing/2010/main"/>
                        </a:ext>
                      </a:extLst>
                    </a:blip>
                    <a:stretch>
                      <a:fillRect/>
                    </a:stretch>
                  </pic:blipFill>
                  <pic:spPr>
                    <a:xfrm>
                      <a:off x="0" y="0"/>
                      <a:ext cx="5486400" cy="1362075"/>
                    </a:xfrm>
                    <a:prstGeom prst="rect">
                      <a:avLst/>
                    </a:prstGeom>
                  </pic:spPr>
                </pic:pic>
              </a:graphicData>
            </a:graphic>
          </wp:inline>
        </w:drawing>
      </w:r>
      <w:r w:rsidRPr="3570B21E">
        <w:rPr>
          <w:rFonts w:eastAsia="Calibri" w:cs="Calibri"/>
        </w:rPr>
        <w:t>Navigate to the Apps section</w:t>
      </w:r>
    </w:p>
    <w:p w:rsidR="4BDD123E" w:rsidP="3570B21E" w:rsidRDefault="6517919E" w14:paraId="622A8EB2" w14:textId="20B7729D">
      <w:pPr>
        <w:pStyle w:val="ListParagraph"/>
        <w:numPr>
          <w:ilvl w:val="0"/>
          <w:numId w:val="10"/>
        </w:numPr>
        <w:spacing w:after="0"/>
        <w:ind w:left="360"/>
        <w:rPr>
          <w:rFonts w:eastAsia="Calibri" w:cs="Calibri"/>
        </w:rPr>
      </w:pPr>
      <w:r w:rsidRPr="6E3F2E0F">
        <w:rPr>
          <w:rFonts w:eastAsia="Calibri" w:cs="Calibri"/>
        </w:rPr>
        <w:t xml:space="preserve">Install Node.js, Git, </w:t>
      </w:r>
      <w:r w:rsidRPr="6E3F2E0F" w:rsidR="5F6E360A">
        <w:rPr>
          <w:rFonts w:eastAsia="Calibri" w:cs="Calibri"/>
        </w:rPr>
        <w:t xml:space="preserve">Neo4j </w:t>
      </w:r>
      <w:r w:rsidRPr="6E3F2E0F">
        <w:rPr>
          <w:rFonts w:eastAsia="Calibri" w:cs="Calibri"/>
        </w:rPr>
        <w:t>and Obsidian</w:t>
      </w:r>
    </w:p>
    <w:p w:rsidR="4BDD123E" w:rsidP="3570B21E" w:rsidRDefault="4BDD123E" w14:paraId="69DE2C59" w14:textId="68013004">
      <w:pPr>
        <w:pStyle w:val="Heading3"/>
      </w:pPr>
      <w:r w:rsidRPr="3570B21E">
        <w:rPr>
          <w:rFonts w:ascii="Calibri" w:hAnsi="Calibri" w:eastAsia="Calibri" w:cs="Calibri"/>
        </w:rPr>
        <w:t>Configure Environment Variables</w:t>
      </w:r>
    </w:p>
    <w:p w:rsidR="4BDD123E" w:rsidP="3570B21E" w:rsidRDefault="4BDD123E" w14:paraId="77283239" w14:textId="55D845E1">
      <w:r w:rsidRPr="3570B21E">
        <w:rPr>
          <w:rFonts w:eastAsia="Calibri" w:cs="Calibri"/>
        </w:rPr>
        <w:t>In the Start menu, search for "environment variables". You may need to navigate to if not found this way:</w:t>
      </w:r>
    </w:p>
    <w:p w:rsidR="4BDD123E" w:rsidP="3570B21E" w:rsidRDefault="4BDD123E" w14:paraId="3A7466BF" w14:textId="19EE43A5">
      <w:pPr>
        <w:pStyle w:val="ListParagraph"/>
        <w:numPr>
          <w:ilvl w:val="0"/>
          <w:numId w:val="10"/>
        </w:numPr>
        <w:spacing w:after="0"/>
        <w:ind w:left="360"/>
        <w:rPr>
          <w:rFonts w:eastAsia="Calibri" w:cs="Calibri"/>
        </w:rPr>
      </w:pPr>
      <w:r w:rsidRPr="3570B21E">
        <w:rPr>
          <w:rFonts w:eastAsia="Calibri" w:cs="Calibri"/>
        </w:rPr>
        <w:t>Go to Advanced System Settings</w:t>
      </w:r>
    </w:p>
    <w:p w:rsidR="4BDD123E" w:rsidP="3570B21E" w:rsidRDefault="4BDD123E" w14:paraId="3EEEDF6A" w14:textId="7AF3AE51">
      <w:pPr>
        <w:pStyle w:val="ListParagraph"/>
        <w:numPr>
          <w:ilvl w:val="0"/>
          <w:numId w:val="10"/>
        </w:numPr>
        <w:spacing w:after="0"/>
        <w:ind w:left="360"/>
        <w:rPr>
          <w:rFonts w:eastAsia="Calibri" w:cs="Calibri"/>
        </w:rPr>
      </w:pPr>
      <w:r w:rsidRPr="3570B21E">
        <w:rPr>
          <w:rFonts w:eastAsia="Calibri" w:cs="Calibri"/>
        </w:rPr>
        <w:t>Click on User Environment Variables</w:t>
      </w:r>
    </w:p>
    <w:p w:rsidR="4BDD123E" w:rsidP="3570B21E" w:rsidRDefault="4BDD123E" w14:paraId="4474E769" w14:textId="096699AC">
      <w:pPr>
        <w:pStyle w:val="ListParagraph"/>
        <w:numPr>
          <w:ilvl w:val="0"/>
          <w:numId w:val="10"/>
        </w:numPr>
        <w:spacing w:after="0"/>
        <w:ind w:left="360"/>
      </w:pPr>
      <w:r>
        <w:rPr>
          <w:noProof/>
        </w:rPr>
        <w:drawing>
          <wp:inline distT="0" distB="0" distL="0" distR="0" wp14:anchorId="2E249567" wp14:editId="0CC44E5E">
            <wp:extent cx="5257800" cy="2247900"/>
            <wp:effectExtent l="0" t="0" r="0" b="0"/>
            <wp:docPr id="259665841" name="drawing">
              <a:extLst xmlns:a="http://schemas.openxmlformats.org/drawingml/2006/main">
                <a:ext uri="{FF2B5EF4-FFF2-40B4-BE49-F238E27FC236}">
                  <a16:creationId xmlns:a16="http://schemas.microsoft.com/office/drawing/2014/main" id="{C896E62E-0173-4B8D-AFE2-3D039E6759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665841" name="Picture 259665841"/>
                    <pic:cNvPicPr/>
                  </pic:nvPicPr>
                  <pic:blipFill>
                    <a:blip r:embed="rId8">
                      <a:extLst>
                        <a:ext uri="{28A0092B-C50C-407E-A947-70E740481C1C}">
                          <a14:useLocalDpi xmlns:a14="http://schemas.microsoft.com/office/drawing/2010/main"/>
                        </a:ext>
                      </a:extLst>
                    </a:blip>
                    <a:stretch>
                      <a:fillRect/>
                    </a:stretch>
                  </pic:blipFill>
                  <pic:spPr>
                    <a:xfrm>
                      <a:off x="0" y="0"/>
                      <a:ext cx="5257800" cy="2247900"/>
                    </a:xfrm>
                    <a:prstGeom prst="rect">
                      <a:avLst/>
                    </a:prstGeom>
                  </pic:spPr>
                </pic:pic>
              </a:graphicData>
            </a:graphic>
          </wp:inline>
        </w:drawing>
      </w:r>
    </w:p>
    <w:p w:rsidR="4BDD123E" w:rsidP="3570B21E" w:rsidRDefault="4BDD123E" w14:paraId="6C30F11D" w14:textId="4249038C">
      <w:pPr>
        <w:pStyle w:val="ListParagraph"/>
        <w:numPr>
          <w:ilvl w:val="0"/>
          <w:numId w:val="10"/>
        </w:numPr>
        <w:spacing w:after="0"/>
        <w:ind w:left="360"/>
        <w:rPr>
          <w:rFonts w:eastAsia="Calibri" w:cs="Calibri"/>
        </w:rPr>
      </w:pPr>
      <w:r w:rsidRPr="3570B21E">
        <w:rPr>
          <w:rFonts w:eastAsia="Calibri" w:cs="Calibri"/>
        </w:rPr>
        <w:t>Under "User variables", edit Path</w:t>
      </w:r>
    </w:p>
    <w:p w:rsidR="4BDD123E" w:rsidP="3570B21E" w:rsidRDefault="4BDD123E" w14:paraId="662A5936" w14:textId="51F8B80A">
      <w:pPr>
        <w:pStyle w:val="ListParagraph"/>
        <w:numPr>
          <w:ilvl w:val="0"/>
          <w:numId w:val="10"/>
        </w:numPr>
        <w:spacing w:after="0"/>
        <w:ind w:left="360"/>
        <w:rPr>
          <w:rFonts w:eastAsia="Calibri" w:cs="Calibri"/>
        </w:rPr>
      </w:pPr>
      <w:r w:rsidRPr="3570B21E">
        <w:rPr>
          <w:rFonts w:eastAsia="Calibri" w:cs="Calibri"/>
        </w:rPr>
        <w:t>Add if not present:</w:t>
      </w:r>
    </w:p>
    <w:p w:rsidR="4BDD123E" w:rsidP="3570B21E" w:rsidRDefault="4BDD123E" w14:paraId="4402F1D1" w14:textId="3C8E5EFE">
      <w:pPr>
        <w:spacing w:before="80" w:after="80"/>
        <w:ind w:left="720"/>
      </w:pPr>
      <w:r w:rsidRPr="3570B21E">
        <w:rPr>
          <w:rFonts w:ascii="Consolas" w:hAnsi="Consolas" w:eastAsia="Consolas" w:cs="Consolas"/>
          <w:sz w:val="20"/>
          <w:szCs w:val="20"/>
        </w:rPr>
        <w:t>C:\Program Files\Git\bin\</w:t>
      </w:r>
    </w:p>
    <w:p w:rsidR="4BDD123E" w:rsidP="3570B21E" w:rsidRDefault="4BDD123E" w14:paraId="26E740D1" w14:textId="708088B3">
      <w:pPr>
        <w:spacing w:before="80" w:after="80"/>
        <w:ind w:left="720"/>
      </w:pPr>
      <w:r w:rsidRPr="3570B21E">
        <w:rPr>
          <w:rFonts w:ascii="Consolas" w:hAnsi="Consolas" w:eastAsia="Consolas" w:cs="Consolas"/>
          <w:sz w:val="20"/>
          <w:szCs w:val="20"/>
        </w:rPr>
        <w:t>C:\Users\%USERNAME%\.local\bin</w:t>
      </w:r>
    </w:p>
    <w:p w:rsidR="4BDD123E" w:rsidP="3570B21E" w:rsidRDefault="4BDD123E" w14:paraId="3ED4402C" w14:textId="64A69549">
      <w:pPr>
        <w:spacing w:before="80" w:after="80"/>
        <w:ind w:left="720"/>
      </w:pPr>
      <w:r w:rsidRPr="3570B21E">
        <w:rPr>
          <w:rFonts w:ascii="Consolas" w:hAnsi="Consolas" w:eastAsia="Consolas" w:cs="Consolas"/>
          <w:sz w:val="20"/>
          <w:szCs w:val="20"/>
        </w:rPr>
        <w:t>C:\Program Files\nodejs\</w:t>
      </w:r>
    </w:p>
    <w:p w:rsidR="4BDD123E" w:rsidP="0EBFFD4F" w:rsidRDefault="7EACB2E6" w14:paraId="354A3959" w14:textId="5E94446F">
      <w:pPr>
        <w:spacing w:before="80" w:after="80"/>
        <w:ind w:left="720"/>
        <w:rPr>
          <w:rFonts w:eastAsia="Calibri" w:cs="Calibri"/>
        </w:rPr>
      </w:pPr>
      <w:r w:rsidRPr="67BEE73A">
        <w:rPr>
          <w:rFonts w:ascii="Consolas" w:hAnsi="Consolas" w:eastAsia="Consolas" w:cs="Consolas"/>
          <w:sz w:val="20"/>
          <w:szCs w:val="20"/>
        </w:rPr>
        <w:t xml:space="preserve">C:\Users\YOUR USERNAME\.local\bin  </w:t>
      </w:r>
      <w:r>
        <w:br/>
      </w:r>
      <w:r w:rsidRPr="67BEE73A">
        <w:rPr>
          <w:rFonts w:ascii="Consolas" w:hAnsi="Consolas" w:eastAsia="Consolas" w:cs="Consolas"/>
          <w:sz w:val="20"/>
          <w:szCs w:val="20"/>
        </w:rPr>
        <w:t xml:space="preserve"> </w:t>
      </w:r>
      <w:r>
        <w:br/>
      </w:r>
      <w:r w:rsidRPr="67BEE73A">
        <w:rPr>
          <w:rFonts w:ascii="Consolas" w:hAnsi="Consolas" w:eastAsia="Consolas" w:cs="Consolas"/>
          <w:sz w:val="20"/>
          <w:szCs w:val="20"/>
        </w:rPr>
        <w:t xml:space="preserve">  </w:t>
      </w:r>
      <w:r w:rsidRPr="3570B21E" w:rsidR="4BDD123E">
        <w:rPr>
          <w:rFonts w:eastAsia="Calibri" w:cs="Calibri"/>
        </w:rPr>
        <w:t>Click OK to save all dialogs</w:t>
      </w:r>
    </w:p>
    <w:p w:rsidR="4BDD123E" w:rsidP="3570B21E" w:rsidRDefault="4BDD123E" w14:paraId="777F2B5A" w14:textId="0F8B0A91">
      <w:pPr>
        <w:pStyle w:val="ListParagraph"/>
        <w:numPr>
          <w:ilvl w:val="0"/>
          <w:numId w:val="10"/>
        </w:numPr>
        <w:spacing w:after="0"/>
        <w:ind w:left="360"/>
        <w:rPr>
          <w:rFonts w:eastAsia="Calibri" w:cs="Calibri"/>
        </w:rPr>
      </w:pPr>
      <w:r w:rsidRPr="3570B21E">
        <w:rPr>
          <w:rFonts w:eastAsia="Calibri" w:cs="Calibri"/>
        </w:rPr>
        <w:t>Restart any open terminals</w:t>
      </w:r>
    </w:p>
    <w:p w:rsidR="4BDD123E" w:rsidP="3570B21E" w:rsidRDefault="4BDD123E" w14:paraId="2EF6129A" w14:textId="59BBB4C7">
      <w:pPr>
        <w:pStyle w:val="Heading3"/>
      </w:pPr>
      <w:r w:rsidRPr="3570B21E">
        <w:rPr>
          <w:rFonts w:ascii="Calibri" w:hAnsi="Calibri" w:eastAsia="Calibri" w:cs="Calibri"/>
        </w:rPr>
        <w:t>Option B: Full Manual Installation (requires local admin for Node and Git)</w:t>
      </w:r>
    </w:p>
    <w:p w:rsidR="4BDD123E" w:rsidP="3570B21E" w:rsidRDefault="4BDD123E" w14:paraId="7BF2002C" w14:textId="378585FC">
      <w:pPr>
        <w:pStyle w:val="ListParagraph"/>
        <w:numPr>
          <w:ilvl w:val="0"/>
          <w:numId w:val="2"/>
        </w:numPr>
        <w:spacing w:after="0"/>
        <w:ind w:left="360"/>
        <w:rPr>
          <w:rFonts w:eastAsia="Calibri" w:cs="Calibri"/>
        </w:rPr>
      </w:pPr>
      <w:r w:rsidRPr="3570B21E">
        <w:rPr>
          <w:rFonts w:eastAsia="Calibri" w:cs="Calibri"/>
        </w:rPr>
        <w:t>Install Obsidian (Required)</w:t>
      </w:r>
    </w:p>
    <w:p w:rsidR="4BDD123E" w:rsidP="3570B21E" w:rsidRDefault="4BDD123E" w14:paraId="64322B5B" w14:textId="70611F36">
      <w:pPr>
        <w:pStyle w:val="ListParagraph"/>
        <w:numPr>
          <w:ilvl w:val="0"/>
          <w:numId w:val="10"/>
        </w:numPr>
        <w:spacing w:after="0"/>
        <w:ind w:left="1440"/>
        <w:rPr>
          <w:rFonts w:eastAsia="Calibri" w:cs="Calibri"/>
        </w:rPr>
      </w:pPr>
      <w:r w:rsidRPr="3570B21E">
        <w:rPr>
          <w:rFonts w:eastAsia="Calibri" w:cs="Calibri"/>
        </w:rPr>
        <w:t>Download from:</w:t>
      </w:r>
      <w:bookmarkStart w:name="OLE_LINK1" w:id="0"/>
      <w:r w:rsidRPr="3570B21E">
        <w:rPr>
          <w:rFonts w:eastAsia="Calibri" w:cs="Calibri"/>
        </w:rPr>
        <w:t xml:space="preserve"> </w:t>
      </w:r>
      <w:hyperlink r:id="rId9">
        <w:r w:rsidRPr="3570B21E">
          <w:rPr>
            <w:rStyle w:val="Hyperlink"/>
            <w:rFonts w:eastAsia="Calibri" w:cs="Calibri"/>
          </w:rPr>
          <w:t>https://obsidian.md</w:t>
        </w:r>
      </w:hyperlink>
      <w:bookmarkEnd w:id="0"/>
    </w:p>
    <w:p w:rsidR="4BDD123E" w:rsidP="3570B21E" w:rsidRDefault="4BDD123E" w14:paraId="350B08FB" w14:textId="27239413">
      <w:pPr>
        <w:pStyle w:val="ListParagraph"/>
        <w:numPr>
          <w:ilvl w:val="0"/>
          <w:numId w:val="10"/>
        </w:numPr>
        <w:spacing w:after="0"/>
        <w:ind w:left="1440"/>
        <w:rPr>
          <w:rFonts w:eastAsia="Calibri" w:cs="Calibri"/>
        </w:rPr>
      </w:pPr>
      <w:r w:rsidRPr="3570B21E">
        <w:rPr>
          <w:rFonts w:eastAsia="Calibri" w:cs="Calibri"/>
        </w:rPr>
        <w:t>Choose installer for your system architecture</w:t>
      </w:r>
    </w:p>
    <w:p w:rsidR="4BDD123E" w:rsidP="3570B21E" w:rsidRDefault="4BDD123E" w14:paraId="292DF403" w14:textId="6B6878B7">
      <w:pPr>
        <w:pStyle w:val="ListParagraph"/>
        <w:numPr>
          <w:ilvl w:val="0"/>
          <w:numId w:val="10"/>
        </w:numPr>
        <w:spacing w:after="0"/>
        <w:ind w:left="1440"/>
        <w:rPr>
          <w:rFonts w:eastAsia="Calibri" w:cs="Calibri"/>
        </w:rPr>
      </w:pPr>
      <w:r w:rsidRPr="3570B21E">
        <w:rPr>
          <w:rFonts w:eastAsia="Calibri" w:cs="Calibri"/>
        </w:rPr>
        <w:t>Run installer with default settings</w:t>
      </w:r>
    </w:p>
    <w:p w:rsidR="4BDD123E" w:rsidP="3570B21E" w:rsidRDefault="4BDD123E" w14:paraId="2CF9AC7F" w14:textId="063BBAA0">
      <w:pPr>
        <w:pStyle w:val="ListParagraph"/>
        <w:numPr>
          <w:ilvl w:val="0"/>
          <w:numId w:val="2"/>
        </w:numPr>
        <w:spacing w:after="0"/>
        <w:ind w:left="360"/>
        <w:rPr>
          <w:rFonts w:eastAsia="Calibri" w:cs="Calibri"/>
        </w:rPr>
      </w:pPr>
      <w:r w:rsidRPr="3570B21E">
        <w:rPr>
          <w:rFonts w:eastAsia="Calibri" w:cs="Calibri"/>
        </w:rPr>
        <w:t>Install Node.js (Requires local admin)</w:t>
      </w:r>
    </w:p>
    <w:p w:rsidR="4BDD123E" w:rsidP="3570B21E" w:rsidRDefault="4BDD123E" w14:paraId="30710D3C" w14:textId="275F9163">
      <w:pPr>
        <w:pStyle w:val="ListParagraph"/>
        <w:numPr>
          <w:ilvl w:val="0"/>
          <w:numId w:val="10"/>
        </w:numPr>
        <w:spacing w:after="0"/>
        <w:ind w:left="1440"/>
        <w:rPr>
          <w:rFonts w:eastAsia="Calibri" w:cs="Calibri"/>
        </w:rPr>
      </w:pPr>
      <w:r w:rsidRPr="3570B21E">
        <w:rPr>
          <w:rFonts w:eastAsia="Calibri" w:cs="Calibri"/>
        </w:rPr>
        <w:t xml:space="preserve">Download from: </w:t>
      </w:r>
      <w:hyperlink r:id="rId10">
        <w:r w:rsidRPr="3570B21E">
          <w:rPr>
            <w:rStyle w:val="Hyperlink"/>
            <w:rFonts w:eastAsia="Calibri" w:cs="Calibri"/>
          </w:rPr>
          <w:t>https://nodejs.org</w:t>
        </w:r>
      </w:hyperlink>
    </w:p>
    <w:p w:rsidR="4BDD123E" w:rsidP="3570B21E" w:rsidRDefault="4BDD123E" w14:paraId="436218DA" w14:textId="7E9777D8">
      <w:pPr>
        <w:pStyle w:val="ListParagraph"/>
        <w:numPr>
          <w:ilvl w:val="0"/>
          <w:numId w:val="10"/>
        </w:numPr>
        <w:spacing w:after="0"/>
        <w:ind w:left="1440"/>
        <w:rPr>
          <w:rFonts w:eastAsia="Calibri" w:cs="Calibri"/>
        </w:rPr>
      </w:pPr>
      <w:r w:rsidRPr="3570B21E">
        <w:rPr>
          <w:rFonts w:eastAsia="Calibri" w:cs="Calibri"/>
        </w:rPr>
        <w:t>Choose LTS version (recommended)</w:t>
      </w:r>
    </w:p>
    <w:p w:rsidR="4BDD123E" w:rsidP="3570B21E" w:rsidRDefault="4BDD123E" w14:paraId="03FC7EE6" w14:textId="392A2B3A">
      <w:pPr>
        <w:pStyle w:val="ListParagraph"/>
        <w:numPr>
          <w:ilvl w:val="0"/>
          <w:numId w:val="10"/>
        </w:numPr>
        <w:spacing w:after="0"/>
        <w:ind w:left="1440"/>
        <w:rPr>
          <w:rFonts w:eastAsia="Calibri" w:cs="Calibri"/>
        </w:rPr>
      </w:pPr>
      <w:r w:rsidRPr="3570B21E">
        <w:rPr>
          <w:rFonts w:eastAsia="Calibri" w:cs="Calibri"/>
        </w:rPr>
        <w:t>During installation, ensure "Add to PATH" is checked</w:t>
      </w:r>
    </w:p>
    <w:p w:rsidR="4BDD123E" w:rsidP="3570B21E" w:rsidRDefault="4BDD123E" w14:paraId="3965FC30" w14:textId="27397C34">
      <w:pPr>
        <w:pStyle w:val="ListParagraph"/>
        <w:numPr>
          <w:ilvl w:val="0"/>
          <w:numId w:val="10"/>
        </w:numPr>
        <w:spacing w:after="0"/>
        <w:ind w:left="1440"/>
        <w:rPr>
          <w:rFonts w:eastAsia="Calibri" w:cs="Calibri"/>
        </w:rPr>
      </w:pPr>
      <w:r w:rsidRPr="3570B21E">
        <w:rPr>
          <w:rFonts w:eastAsia="Calibri" w:cs="Calibri"/>
        </w:rPr>
        <w:t>Verify: node --version</w:t>
      </w:r>
    </w:p>
    <w:p w:rsidR="4BDD123E" w:rsidP="3570B21E" w:rsidRDefault="4BDD123E" w14:paraId="303C509F" w14:textId="218FDACA">
      <w:pPr>
        <w:pStyle w:val="ListParagraph"/>
        <w:numPr>
          <w:ilvl w:val="0"/>
          <w:numId w:val="2"/>
        </w:numPr>
        <w:spacing w:after="0"/>
        <w:ind w:left="360"/>
        <w:rPr>
          <w:rFonts w:eastAsia="Calibri" w:cs="Calibri"/>
        </w:rPr>
      </w:pPr>
      <w:r w:rsidRPr="3570B21E">
        <w:rPr>
          <w:rFonts w:eastAsia="Calibri" w:cs="Calibri"/>
        </w:rPr>
        <w:t>Install Git (Requires local admin)</w:t>
      </w:r>
    </w:p>
    <w:p w:rsidR="4BDD123E" w:rsidP="3570B21E" w:rsidRDefault="4BDD123E" w14:paraId="42BA8AAC" w14:textId="529FA4E3">
      <w:pPr>
        <w:pStyle w:val="ListParagraph"/>
        <w:numPr>
          <w:ilvl w:val="0"/>
          <w:numId w:val="10"/>
        </w:numPr>
        <w:spacing w:after="0"/>
        <w:ind w:left="1440"/>
        <w:rPr>
          <w:rFonts w:eastAsia="Calibri" w:cs="Calibri"/>
        </w:rPr>
      </w:pPr>
      <w:r w:rsidRPr="3570B21E">
        <w:rPr>
          <w:rFonts w:eastAsia="Calibri" w:cs="Calibri"/>
        </w:rPr>
        <w:t xml:space="preserve">Download from: </w:t>
      </w:r>
      <w:hyperlink r:id="rId11">
        <w:r w:rsidRPr="3570B21E">
          <w:rPr>
            <w:rStyle w:val="Hyperlink"/>
            <w:rFonts w:eastAsia="Calibri" w:cs="Calibri"/>
          </w:rPr>
          <w:t>https://git-scm.com/downloads/win</w:t>
        </w:r>
      </w:hyperlink>
    </w:p>
    <w:p w:rsidR="4BDD123E" w:rsidP="3570B21E" w:rsidRDefault="4BDD123E" w14:paraId="52912724" w14:textId="00B73B54">
      <w:pPr>
        <w:pStyle w:val="ListParagraph"/>
        <w:numPr>
          <w:ilvl w:val="0"/>
          <w:numId w:val="10"/>
        </w:numPr>
        <w:spacing w:after="0"/>
        <w:ind w:left="1440"/>
        <w:rPr>
          <w:rFonts w:eastAsia="Calibri" w:cs="Calibri"/>
        </w:rPr>
      </w:pPr>
      <w:r w:rsidRPr="3570B21E">
        <w:rPr>
          <w:rFonts w:eastAsia="Calibri" w:cs="Calibri"/>
        </w:rPr>
        <w:t>Select "Git from the command line and also from 3rd-party software"</w:t>
      </w:r>
    </w:p>
    <w:p w:rsidR="4BDD123E" w:rsidP="3570B21E" w:rsidRDefault="4BDD123E" w14:paraId="35981649" w14:textId="003C3420">
      <w:pPr>
        <w:pStyle w:val="ListParagraph"/>
        <w:numPr>
          <w:ilvl w:val="0"/>
          <w:numId w:val="2"/>
        </w:numPr>
        <w:spacing w:after="0"/>
        <w:ind w:left="360"/>
        <w:rPr>
          <w:rFonts w:eastAsia="Calibri" w:cs="Calibri"/>
        </w:rPr>
      </w:pPr>
      <w:r w:rsidRPr="3570B21E">
        <w:rPr>
          <w:rFonts w:eastAsia="Calibri" w:cs="Calibri"/>
        </w:rPr>
        <w:t>Configure Environment Variables</w:t>
      </w:r>
    </w:p>
    <w:p w:rsidR="4BDD123E" w:rsidP="3570B21E" w:rsidRDefault="4BDD123E" w14:paraId="0BB970A4" w14:textId="212BC0C8">
      <w:r w:rsidRPr="3570B21E">
        <w:rPr>
          <w:rFonts w:eastAsia="Calibri" w:cs="Calibri"/>
        </w:rPr>
        <w:t>In the Start menu, search for "environment variables".</w:t>
      </w:r>
    </w:p>
    <w:p w:rsidR="4BDD123E" w:rsidP="3570B21E" w:rsidRDefault="4BDD123E" w14:paraId="00C08C97" w14:textId="693F48B2">
      <w:pPr>
        <w:pStyle w:val="ListParagraph"/>
        <w:numPr>
          <w:ilvl w:val="0"/>
          <w:numId w:val="10"/>
        </w:numPr>
        <w:spacing w:after="0"/>
        <w:ind w:left="360"/>
        <w:rPr>
          <w:rFonts w:eastAsia="Calibri" w:cs="Calibri"/>
        </w:rPr>
      </w:pPr>
      <w:r w:rsidRPr="3570B21E">
        <w:rPr>
          <w:rFonts w:eastAsia="Calibri" w:cs="Calibri"/>
        </w:rPr>
        <w:t>Go to Advanced System Settings</w:t>
      </w:r>
    </w:p>
    <w:p w:rsidR="4BDD123E" w:rsidP="3570B21E" w:rsidRDefault="4BDD123E" w14:paraId="42ED2512" w14:textId="6F6DA41B">
      <w:pPr>
        <w:pStyle w:val="ListParagraph"/>
        <w:numPr>
          <w:ilvl w:val="0"/>
          <w:numId w:val="10"/>
        </w:numPr>
        <w:spacing w:after="0"/>
        <w:ind w:left="360"/>
        <w:rPr>
          <w:rFonts w:eastAsia="Calibri" w:cs="Calibri"/>
        </w:rPr>
      </w:pPr>
      <w:r w:rsidRPr="3570B21E">
        <w:rPr>
          <w:rFonts w:eastAsia="Calibri" w:cs="Calibri"/>
        </w:rPr>
        <w:t>Click on User Environment Variables</w:t>
      </w:r>
    </w:p>
    <w:p w:rsidR="4BDD123E" w:rsidP="3570B21E" w:rsidRDefault="4BDD123E" w14:paraId="7FE8492A" w14:textId="0A2AA1C3">
      <w:pPr>
        <w:pStyle w:val="ListParagraph"/>
        <w:numPr>
          <w:ilvl w:val="0"/>
          <w:numId w:val="10"/>
        </w:numPr>
        <w:spacing w:after="0"/>
        <w:ind w:left="360"/>
        <w:rPr>
          <w:rFonts w:eastAsia="Calibri" w:cs="Calibri"/>
        </w:rPr>
      </w:pPr>
      <w:r w:rsidRPr="3570B21E">
        <w:rPr>
          <w:rFonts w:eastAsia="Calibri" w:cs="Calibri"/>
        </w:rPr>
        <w:t>Under "User variables", edit Path</w:t>
      </w:r>
    </w:p>
    <w:p w:rsidR="4BDD123E" w:rsidP="3570B21E" w:rsidRDefault="4BDD123E" w14:paraId="01B2C6E5" w14:textId="1A4ECCC5">
      <w:pPr>
        <w:pStyle w:val="ListParagraph"/>
        <w:numPr>
          <w:ilvl w:val="0"/>
          <w:numId w:val="10"/>
        </w:numPr>
        <w:spacing w:after="0"/>
        <w:ind w:left="360"/>
        <w:rPr>
          <w:rFonts w:eastAsia="Calibri" w:cs="Calibri"/>
        </w:rPr>
      </w:pPr>
      <w:r w:rsidRPr="3570B21E">
        <w:rPr>
          <w:rFonts w:eastAsia="Calibri" w:cs="Calibri"/>
        </w:rPr>
        <w:t>Add if not present:</w:t>
      </w:r>
      <w:r>
        <w:br/>
      </w:r>
      <w:r w:rsidRPr="3570B21E">
        <w:rPr>
          <w:rFonts w:eastAsia="Calibri" w:cs="Calibri"/>
        </w:rPr>
        <w:t xml:space="preserve"> </w:t>
      </w:r>
      <w:r>
        <w:br/>
      </w:r>
    </w:p>
    <w:p w:rsidR="4BDD123E" w:rsidP="3570B21E" w:rsidRDefault="4BDD123E" w14:paraId="61CE1571" w14:textId="2C9421BD">
      <w:pPr>
        <w:spacing w:after="0"/>
      </w:pPr>
      <w:r w:rsidRPr="3570B21E">
        <w:rPr>
          <w:rFonts w:ascii="Consolas" w:hAnsi="Consolas" w:eastAsia="Consolas" w:cs="Consolas"/>
          <w:sz w:val="20"/>
          <w:szCs w:val="20"/>
        </w:rPr>
        <w:t xml:space="preserve">C:\Program Files\Git\bin\ </w:t>
      </w:r>
    </w:p>
    <w:p w:rsidR="4BDD123E" w:rsidP="3570B21E" w:rsidRDefault="4BDD123E" w14:paraId="4280EFC4" w14:textId="62FA84AE">
      <w:pPr>
        <w:spacing w:after="0"/>
      </w:pPr>
      <w:r w:rsidRPr="3570B21E">
        <w:rPr>
          <w:rFonts w:ascii="Consolas" w:hAnsi="Consolas" w:eastAsia="Consolas" w:cs="Consolas"/>
          <w:sz w:val="20"/>
          <w:szCs w:val="20"/>
        </w:rPr>
        <w:t xml:space="preserve"> </w:t>
      </w:r>
    </w:p>
    <w:p w:rsidR="4BDD123E" w:rsidP="3570B21E" w:rsidRDefault="4BDD123E" w14:paraId="6D9477DD" w14:textId="34675200">
      <w:pPr>
        <w:spacing w:after="0"/>
      </w:pPr>
      <w:r w:rsidRPr="3570B21E">
        <w:rPr>
          <w:rFonts w:ascii="Consolas" w:hAnsi="Consolas" w:eastAsia="Consolas" w:cs="Consolas"/>
          <w:sz w:val="20"/>
          <w:szCs w:val="20"/>
        </w:rPr>
        <w:t xml:space="preserve">C:\Users\%USERNAME%\.local\bin </w:t>
      </w:r>
    </w:p>
    <w:p w:rsidR="4BDD123E" w:rsidP="3570B21E" w:rsidRDefault="4BDD123E" w14:paraId="2E584004" w14:textId="72727269">
      <w:pPr>
        <w:spacing w:after="0"/>
      </w:pPr>
      <w:r w:rsidRPr="3570B21E">
        <w:rPr>
          <w:rFonts w:ascii="Consolas" w:hAnsi="Consolas" w:eastAsia="Consolas" w:cs="Consolas"/>
          <w:sz w:val="20"/>
          <w:szCs w:val="20"/>
        </w:rPr>
        <w:t xml:space="preserve"> </w:t>
      </w:r>
    </w:p>
    <w:p w:rsidR="4BDD123E" w:rsidP="3570B21E" w:rsidRDefault="4BDD123E" w14:paraId="24A330F2" w14:textId="5A8EE64A">
      <w:pPr>
        <w:spacing w:after="0"/>
      </w:pPr>
      <w:r w:rsidRPr="3570B21E">
        <w:rPr>
          <w:rFonts w:ascii="Consolas" w:hAnsi="Consolas" w:eastAsia="Consolas" w:cs="Consolas"/>
          <w:sz w:val="20"/>
          <w:szCs w:val="20"/>
        </w:rPr>
        <w:t xml:space="preserve">C:\Program Files\nodejs\ </w:t>
      </w:r>
    </w:p>
    <w:p w:rsidR="4BDD123E" w:rsidP="3570B21E" w:rsidRDefault="4BDD123E" w14:paraId="08A0C008" w14:textId="0F7670D5">
      <w:pPr>
        <w:spacing w:after="0"/>
      </w:pPr>
      <w:r w:rsidRPr="3570B21E">
        <w:rPr>
          <w:rFonts w:ascii="Consolas" w:hAnsi="Consolas" w:eastAsia="Consolas" w:cs="Consolas"/>
          <w:sz w:val="20"/>
          <w:szCs w:val="20"/>
        </w:rPr>
        <w:t xml:space="preserve"> </w:t>
      </w:r>
    </w:p>
    <w:p w:rsidR="4BDD123E" w:rsidP="3570B21E" w:rsidRDefault="4BDD123E" w14:paraId="2969D4B1" w14:textId="39F4C2FD">
      <w:pPr>
        <w:spacing w:after="0"/>
        <w:rPr>
          <w:rFonts w:ascii="Consolas" w:hAnsi="Consolas" w:eastAsia="Consolas" w:cs="Consolas"/>
          <w:sz w:val="20"/>
          <w:szCs w:val="20"/>
        </w:rPr>
      </w:pPr>
      <w:r w:rsidRPr="3570B21E">
        <w:rPr>
          <w:rFonts w:ascii="Consolas" w:hAnsi="Consolas" w:eastAsia="Consolas" w:cs="Consolas"/>
          <w:sz w:val="20"/>
          <w:szCs w:val="20"/>
        </w:rPr>
        <w:t xml:space="preserve">C:\Users\YOUR USERNAME\.local\bin </w:t>
      </w:r>
      <w:r>
        <w:br/>
      </w:r>
      <w:r>
        <w:br/>
      </w:r>
    </w:p>
    <w:p w:rsidR="4BDD123E" w:rsidP="3570B21E" w:rsidRDefault="4BDD123E" w14:paraId="4FD652E8" w14:textId="63D0DFB6">
      <w:pPr>
        <w:pStyle w:val="ListParagraph"/>
        <w:numPr>
          <w:ilvl w:val="0"/>
          <w:numId w:val="10"/>
        </w:numPr>
        <w:spacing w:after="0"/>
        <w:ind w:left="360"/>
        <w:rPr>
          <w:rFonts w:eastAsia="Calibri" w:cs="Calibri"/>
        </w:rPr>
      </w:pPr>
      <w:r w:rsidRPr="3570B21E">
        <w:rPr>
          <w:rFonts w:eastAsia="Calibri" w:cs="Calibri"/>
        </w:rPr>
        <w:t>Click OK to save all dialogs</w:t>
      </w:r>
    </w:p>
    <w:p w:rsidR="4BDD123E" w:rsidP="3570B21E" w:rsidRDefault="4BDD123E" w14:paraId="7CD4F65D" w14:textId="2942788B">
      <w:pPr>
        <w:pStyle w:val="ListParagraph"/>
        <w:numPr>
          <w:ilvl w:val="0"/>
          <w:numId w:val="10"/>
        </w:numPr>
        <w:spacing w:after="0"/>
        <w:ind w:left="360"/>
        <w:rPr>
          <w:rFonts w:eastAsia="Calibri" w:cs="Calibri"/>
        </w:rPr>
      </w:pPr>
      <w:r w:rsidRPr="3570B21E">
        <w:rPr>
          <w:rFonts w:eastAsia="Calibri" w:cs="Calibri"/>
        </w:rPr>
        <w:t>Restart any open terminals</w:t>
      </w:r>
    </w:p>
    <w:p w:rsidR="4BDD123E" w:rsidP="3570B21E" w:rsidRDefault="4BDD123E" w14:paraId="0D28FF66" w14:textId="55F5151A">
      <w:pPr>
        <w:pStyle w:val="Heading3"/>
      </w:pPr>
      <w:r w:rsidRPr="3570B21E">
        <w:rPr>
          <w:rFonts w:ascii="Calibri" w:hAnsi="Calibri" w:eastAsia="Calibri" w:cs="Calibri"/>
        </w:rPr>
        <w:t>Verify Installation</w:t>
      </w:r>
    </w:p>
    <w:p w:rsidR="4BDD123E" w:rsidP="3570B21E" w:rsidRDefault="4BDD123E" w14:paraId="56E4063B" w14:textId="55DF1892">
      <w:r w:rsidRPr="3570B21E">
        <w:rPr>
          <w:rFonts w:eastAsia="Calibri" w:cs="Calibri"/>
        </w:rPr>
        <w:t>Open PowerShell (Start menu &gt; search "PowerShell") and confirm command-line tools:</w:t>
      </w:r>
    </w:p>
    <w:p w:rsidR="4BDD123E" w:rsidP="3570B21E" w:rsidRDefault="4BDD123E" w14:paraId="095FA94F" w14:textId="5DE919C4">
      <w:pPr>
        <w:spacing w:before="80" w:after="80"/>
        <w:ind w:left="720"/>
      </w:pPr>
      <w:r w:rsidRPr="3570B21E">
        <w:rPr>
          <w:rFonts w:ascii="Consolas" w:hAnsi="Consolas" w:eastAsia="Consolas" w:cs="Consolas"/>
          <w:sz w:val="20"/>
          <w:szCs w:val="20"/>
        </w:rPr>
        <w:t>node -v</w:t>
      </w:r>
      <w:r>
        <w:br/>
      </w:r>
      <w:r w:rsidRPr="3570B21E">
        <w:rPr>
          <w:rFonts w:ascii="Consolas" w:hAnsi="Consolas" w:eastAsia="Consolas" w:cs="Consolas"/>
          <w:sz w:val="20"/>
          <w:szCs w:val="20"/>
        </w:rPr>
        <w:t xml:space="preserve"> git -v</w:t>
      </w:r>
    </w:p>
    <w:p w:rsidR="4BDD123E" w:rsidP="3570B21E" w:rsidRDefault="4BDD123E" w14:paraId="59EFAAB3" w14:textId="1387FAC8">
      <w:r w:rsidRPr="3570B21E">
        <w:rPr>
          <w:rFonts w:eastAsia="Calibri" w:cs="Calibri"/>
        </w:rPr>
        <w:t>If you have issues, see above in Part 1, Option B, step 4 to add the paths manually.</w:t>
      </w:r>
    </w:p>
    <w:p w:rsidR="4BDD123E" w:rsidP="3570B21E" w:rsidRDefault="4BDD123E" w14:paraId="7C830C7E" w14:textId="3679E42A">
      <w:pPr>
        <w:pStyle w:val="Heading2"/>
      </w:pPr>
      <w:r w:rsidRPr="3570B21E">
        <w:rPr>
          <w:rFonts w:ascii="Calibri" w:hAnsi="Calibri" w:eastAsia="Calibri" w:cs="Calibri"/>
        </w:rPr>
        <w:t>Mac Installation</w:t>
      </w:r>
    </w:p>
    <w:p w:rsidR="4BDD123E" w:rsidP="3570B21E" w:rsidRDefault="4BDD123E" w14:paraId="1C98D8C8" w14:textId="524D031D">
      <w:r w:rsidRPr="3570B21E">
        <w:rPr>
          <w:rFonts w:eastAsia="Calibri" w:cs="Calibri"/>
        </w:rPr>
        <w:t>Open Terminal</w:t>
      </w:r>
    </w:p>
    <w:p w:rsidR="4BDD123E" w:rsidP="3570B21E" w:rsidRDefault="4BDD123E" w14:paraId="2B019300" w14:textId="238A5104">
      <w:r w:rsidRPr="3570B21E">
        <w:rPr>
          <w:rFonts w:eastAsia="Calibri" w:cs="Calibri"/>
        </w:rPr>
        <w:t>Install Homebrew (Package Manager):</w:t>
      </w:r>
    </w:p>
    <w:p w:rsidR="4BDD123E" w:rsidP="3570B21E" w:rsidRDefault="4BDD123E" w14:paraId="3A6E2C7D" w14:textId="4BFE5851">
      <w:pPr>
        <w:spacing w:before="80" w:after="80"/>
        <w:ind w:left="720"/>
      </w:pPr>
      <w:r w:rsidRPr="3570B21E">
        <w:rPr>
          <w:rFonts w:ascii="Consolas" w:hAnsi="Consolas" w:eastAsia="Consolas" w:cs="Consolas"/>
          <w:sz w:val="20"/>
          <w:szCs w:val="20"/>
        </w:rPr>
        <w:t xml:space="preserve">/bin/bash -c "$(curl -fsSL </w:t>
      </w:r>
      <w:hyperlink r:id="rId12">
        <w:r w:rsidRPr="3570B21E">
          <w:rPr>
            <w:rStyle w:val="Hyperlink"/>
            <w:rFonts w:ascii="Consolas" w:hAnsi="Consolas" w:eastAsia="Consolas" w:cs="Consolas"/>
            <w:sz w:val="20"/>
            <w:szCs w:val="20"/>
          </w:rPr>
          <w:t>https://raw.githubusercontent.com/Homebrew/install/HEAD/install.sh</w:t>
        </w:r>
      </w:hyperlink>
      <w:r w:rsidRPr="3570B21E">
        <w:rPr>
          <w:rFonts w:ascii="Consolas" w:hAnsi="Consolas" w:eastAsia="Consolas" w:cs="Consolas"/>
          <w:sz w:val="20"/>
          <w:szCs w:val="20"/>
        </w:rPr>
        <w:t>)"</w:t>
      </w:r>
    </w:p>
    <w:p w:rsidR="4BDD123E" w:rsidP="3570B21E" w:rsidRDefault="4BDD123E" w14:paraId="43597519" w14:textId="7F99074C">
      <w:r w:rsidRPr="3570B21E">
        <w:rPr>
          <w:rFonts w:eastAsia="Calibri" w:cs="Calibri"/>
        </w:rPr>
        <w:t>Configure PATH (if needed):</w:t>
      </w:r>
    </w:p>
    <w:p w:rsidR="4BDD123E" w:rsidP="3570B21E" w:rsidRDefault="4BDD123E" w14:paraId="41C8D8DD" w14:textId="4B8435C2">
      <w:pPr>
        <w:spacing w:before="80" w:after="80"/>
        <w:ind w:left="720"/>
      </w:pPr>
      <w:r w:rsidRPr="3570B21E">
        <w:rPr>
          <w:rFonts w:ascii="Consolas" w:hAnsi="Consolas" w:eastAsia="Consolas" w:cs="Consolas"/>
          <w:sz w:val="20"/>
          <w:szCs w:val="20"/>
        </w:rPr>
        <w:t># Add npm global binaries to PATH</w:t>
      </w:r>
      <w:r>
        <w:br/>
      </w:r>
      <w:r w:rsidRPr="3570B21E">
        <w:rPr>
          <w:rFonts w:ascii="Consolas" w:hAnsi="Consolas" w:eastAsia="Consolas" w:cs="Consolas"/>
          <w:sz w:val="20"/>
          <w:szCs w:val="20"/>
        </w:rPr>
        <w:t xml:space="preserve"> export PATH="$(npm bin -g):$PATH"</w:t>
      </w:r>
      <w:r>
        <w:br/>
      </w:r>
      <w:r w:rsidRPr="3570B21E">
        <w:rPr>
          <w:rFonts w:ascii="Consolas" w:hAnsi="Consolas" w:eastAsia="Consolas" w:cs="Consolas"/>
          <w:sz w:val="20"/>
          <w:szCs w:val="20"/>
        </w:rPr>
        <w:t xml:space="preserve"> # Make permanent</w:t>
      </w:r>
      <w:r>
        <w:br/>
      </w:r>
      <w:r w:rsidRPr="3570B21E">
        <w:rPr>
          <w:rFonts w:ascii="Consolas" w:hAnsi="Consolas" w:eastAsia="Consolas" w:cs="Consolas"/>
          <w:sz w:val="20"/>
          <w:szCs w:val="20"/>
        </w:rPr>
        <w:t xml:space="preserve"> echo 'export PATH="$(npm prefix -g)/bin:$PATH"' &gt;&gt; ~/.zshrc &amp;&amp; source ~/.zshrc</w:t>
      </w:r>
    </w:p>
    <w:p w:rsidR="4BDD123E" w:rsidP="3570B21E" w:rsidRDefault="4BDD123E" w14:paraId="585B9FA5" w14:textId="65C2C987">
      <w:r w:rsidRPr="3570B21E">
        <w:rPr>
          <w:rFonts w:eastAsia="Calibri" w:cs="Calibri"/>
        </w:rPr>
        <w:t>Install Node.js:</w:t>
      </w:r>
    </w:p>
    <w:p w:rsidR="4BDD123E" w:rsidP="3570B21E" w:rsidRDefault="4BDD123E" w14:paraId="3371F947" w14:textId="05722427">
      <w:pPr>
        <w:spacing w:before="80" w:after="80"/>
        <w:ind w:left="720"/>
      </w:pPr>
      <w:r w:rsidRPr="3570B21E">
        <w:rPr>
          <w:rFonts w:ascii="Consolas" w:hAnsi="Consolas" w:eastAsia="Consolas" w:cs="Consolas"/>
          <w:sz w:val="20"/>
          <w:szCs w:val="20"/>
        </w:rPr>
        <w:t>brew install node</w:t>
      </w:r>
    </w:p>
    <w:p w:rsidR="4BDD123E" w:rsidP="3570B21E" w:rsidRDefault="4BDD123E" w14:paraId="02599FA8" w14:textId="7C977FFA">
      <w:r w:rsidRPr="3570B21E">
        <w:rPr>
          <w:rFonts w:eastAsia="Calibri" w:cs="Calibri"/>
        </w:rPr>
        <w:t>Install Obsidian:</w:t>
      </w:r>
    </w:p>
    <w:p w:rsidR="4BDD123E" w:rsidP="3570B21E" w:rsidRDefault="4BDD123E" w14:paraId="583CE041" w14:textId="0E17AB2A">
      <w:pPr>
        <w:spacing w:before="80" w:after="80"/>
        <w:ind w:left="720"/>
      </w:pPr>
      <w:r w:rsidRPr="3570B21E">
        <w:rPr>
          <w:rFonts w:ascii="Consolas" w:hAnsi="Consolas" w:eastAsia="Consolas" w:cs="Consolas"/>
          <w:sz w:val="20"/>
          <w:szCs w:val="20"/>
        </w:rPr>
        <w:t>brew install --cask obsidian</w:t>
      </w:r>
    </w:p>
    <w:p w:rsidR="4BDD123E" w:rsidP="3570B21E" w:rsidRDefault="4BDD123E" w14:paraId="171F56FE" w14:textId="699DF365">
      <w:r w:rsidRPr="3570B21E">
        <w:rPr>
          <w:rFonts w:eastAsia="Calibri" w:cs="Calibri"/>
          <w:color w:val="999999"/>
          <w:sz w:val="18"/>
          <w:szCs w:val="18"/>
        </w:rPr>
        <w:t>────────────────────────────────────────────────────────────</w:t>
      </w:r>
    </w:p>
    <w:p w:rsidR="4BDD123E" w:rsidP="3570B21E" w:rsidRDefault="4BDD123E" w14:paraId="16C9ACB1" w14:textId="78B438ED">
      <w:pPr>
        <w:pStyle w:val="Heading1"/>
      </w:pPr>
      <w:r w:rsidRPr="3570B21E">
        <w:rPr>
          <w:rFonts w:ascii="Calibri" w:hAnsi="Calibri" w:eastAsia="Calibri" w:cs="Calibri"/>
        </w:rPr>
        <w:t>Part 2: Create Project Structure</w:t>
      </w:r>
    </w:p>
    <w:p w:rsidR="4BDD123E" w:rsidP="3570B21E" w:rsidRDefault="4BDD123E" w14:paraId="61BA5CDB" w14:textId="47F8DCC5">
      <w:pPr>
        <w:pStyle w:val="Heading2"/>
      </w:pPr>
      <w:r w:rsidRPr="3570B21E">
        <w:rPr>
          <w:rFonts w:ascii="Calibri" w:hAnsi="Calibri" w:eastAsia="Calibri" w:cs="Calibri"/>
        </w:rPr>
        <w:t>Step 1: Set Up Obsidian Vault</w:t>
      </w:r>
    </w:p>
    <w:p w:rsidR="4BDD123E" w:rsidP="3570B21E" w:rsidRDefault="4BDD123E" w14:paraId="2810BFD1" w14:textId="4790CBC6">
      <w:pPr>
        <w:pStyle w:val="ListParagraph"/>
        <w:numPr>
          <w:ilvl w:val="0"/>
          <w:numId w:val="10"/>
        </w:numPr>
        <w:spacing w:after="0"/>
        <w:ind w:left="360"/>
        <w:rPr>
          <w:rFonts w:eastAsia="Calibri" w:cs="Calibri"/>
        </w:rPr>
      </w:pPr>
      <w:r w:rsidRPr="3570B21E">
        <w:rPr>
          <w:rFonts w:eastAsia="Calibri" w:cs="Calibri"/>
        </w:rPr>
        <w:t>Launch Obsidian</w:t>
      </w:r>
    </w:p>
    <w:p w:rsidR="4BDD123E" w:rsidP="3570B21E" w:rsidRDefault="4BDD123E" w14:paraId="2A55C456" w14:textId="7A7FB636">
      <w:pPr>
        <w:pStyle w:val="ListParagraph"/>
        <w:numPr>
          <w:ilvl w:val="0"/>
          <w:numId w:val="10"/>
        </w:numPr>
        <w:spacing w:after="0"/>
        <w:ind w:left="360"/>
        <w:rPr>
          <w:rFonts w:eastAsia="Calibri" w:cs="Calibri"/>
        </w:rPr>
      </w:pPr>
      <w:r w:rsidRPr="3570B21E">
        <w:rPr>
          <w:rFonts w:eastAsia="Calibri" w:cs="Calibri"/>
        </w:rPr>
        <w:t>Click "Create new vault"</w:t>
      </w:r>
    </w:p>
    <w:p w:rsidR="4BDD123E" w:rsidP="3570B21E" w:rsidRDefault="4BDD123E" w14:paraId="01164C85" w14:textId="4C06A3EF">
      <w:pPr>
        <w:pStyle w:val="ListParagraph"/>
        <w:numPr>
          <w:ilvl w:val="0"/>
          <w:numId w:val="10"/>
        </w:numPr>
        <w:spacing w:after="0"/>
        <w:ind w:left="360"/>
        <w:rPr>
          <w:rFonts w:eastAsia="Calibri" w:cs="Calibri"/>
        </w:rPr>
      </w:pPr>
      <w:r w:rsidRPr="3570B21E">
        <w:rPr>
          <w:rFonts w:eastAsia="Calibri" w:cs="Calibri"/>
        </w:rPr>
        <w:t>Name your vault: Knowledge Base (or any name you prefer)</w:t>
      </w:r>
    </w:p>
    <w:p w:rsidR="4BDD123E" w:rsidP="3570B21E" w:rsidRDefault="4BDD123E" w14:paraId="5473B2EC" w14:textId="18F63C21">
      <w:pPr>
        <w:pStyle w:val="ListParagraph"/>
        <w:numPr>
          <w:ilvl w:val="0"/>
          <w:numId w:val="10"/>
        </w:numPr>
        <w:spacing w:after="0"/>
        <w:ind w:left="360"/>
        <w:rPr>
          <w:rFonts w:eastAsia="Calibri" w:cs="Calibri"/>
        </w:rPr>
      </w:pPr>
      <w:r w:rsidRPr="3570B21E">
        <w:rPr>
          <w:rFonts w:eastAsia="Calibri" w:cs="Calibri"/>
        </w:rPr>
        <w:t>Choose location: Documents/Obsidian/ (or any location is fine)</w:t>
      </w:r>
    </w:p>
    <w:p w:rsidR="4BDD123E" w:rsidP="3570B21E" w:rsidRDefault="4BDD123E" w14:paraId="2C65C883" w14:textId="3F6CD85E">
      <w:pPr>
        <w:pStyle w:val="ListParagraph"/>
        <w:numPr>
          <w:ilvl w:val="0"/>
          <w:numId w:val="10"/>
        </w:numPr>
        <w:spacing w:after="0"/>
        <w:ind w:left="360"/>
        <w:rPr>
          <w:rFonts w:eastAsia="Calibri" w:cs="Calibri"/>
        </w:rPr>
      </w:pPr>
      <w:r w:rsidRPr="3570B21E">
        <w:rPr>
          <w:rFonts w:eastAsia="Calibri" w:cs="Calibri"/>
        </w:rPr>
        <w:t>Click "Create"</w:t>
      </w:r>
    </w:p>
    <w:p w:rsidR="4BDD123E" w:rsidP="3570B21E" w:rsidRDefault="4BDD123E" w14:paraId="493E596F" w14:textId="392C55D4">
      <w:pPr>
        <w:pStyle w:val="Heading2"/>
      </w:pPr>
      <w:r w:rsidRPr="3570B21E">
        <w:rPr>
          <w:rFonts w:ascii="Calibri" w:hAnsi="Calibri" w:eastAsia="Calibri" w:cs="Calibri"/>
        </w:rPr>
        <w:t>Step 2: Set Up Project Directory</w:t>
      </w:r>
    </w:p>
    <w:p w:rsidR="4BDD123E" w:rsidP="3570B21E" w:rsidRDefault="4BDD123E" w14:paraId="3D4B86F8" w14:textId="124FEE8A">
      <w:r w:rsidRPr="3570B21E">
        <w:rPr>
          <w:rFonts w:eastAsia="Calibri" w:cs="Calibri"/>
        </w:rPr>
        <w:t>Create the project directory using PowerShell:</w:t>
      </w:r>
    </w:p>
    <w:p w:rsidR="4BDD123E" w:rsidP="3570B21E" w:rsidRDefault="4BDD123E" w14:paraId="39ADD3D9" w14:textId="5F5258AA">
      <w:pPr>
        <w:spacing w:before="80" w:after="80"/>
        <w:ind w:left="720"/>
      </w:pPr>
      <w:r w:rsidRPr="3570B21E">
        <w:rPr>
          <w:rFonts w:ascii="Consolas" w:hAnsi="Consolas" w:eastAsia="Consolas" w:cs="Consolas"/>
          <w:sz w:val="20"/>
          <w:szCs w:val="20"/>
        </w:rPr>
        <w:t># Windows</w:t>
      </w:r>
      <w:r>
        <w:br/>
      </w:r>
      <w:r w:rsidRPr="3570B21E">
        <w:rPr>
          <w:rFonts w:ascii="Consolas" w:hAnsi="Consolas" w:eastAsia="Consolas" w:cs="Consolas"/>
          <w:sz w:val="20"/>
          <w:szCs w:val="20"/>
        </w:rPr>
        <w:t xml:space="preserve"> </w:t>
      </w:r>
      <w:bookmarkStart w:name="OLE_LINK4" w:id="1"/>
      <w:r w:rsidRPr="3570B21E">
        <w:rPr>
          <w:rFonts w:ascii="Consolas" w:hAnsi="Consolas" w:eastAsia="Consolas" w:cs="Consolas"/>
          <w:sz w:val="20"/>
          <w:szCs w:val="20"/>
        </w:rPr>
        <w:t>mkdir C:\Users\$env:USERNAME\Code\Claude-01</w:t>
      </w:r>
      <w:bookmarkEnd w:id="1"/>
    </w:p>
    <w:p w:rsidR="4BDD123E" w:rsidP="3570B21E" w:rsidRDefault="4BDD123E" w14:paraId="367CE77F" w14:textId="321B5AFB">
      <w:pPr>
        <w:spacing w:before="80" w:after="80"/>
        <w:ind w:left="720"/>
      </w:pPr>
      <w:r w:rsidRPr="3570B21E">
        <w:rPr>
          <w:rFonts w:ascii="Consolas" w:hAnsi="Consolas" w:eastAsia="Consolas" w:cs="Consolas"/>
          <w:sz w:val="20"/>
          <w:szCs w:val="20"/>
        </w:rPr>
        <w:t># Mac</w:t>
      </w:r>
      <w:r>
        <w:br/>
      </w:r>
      <w:r w:rsidRPr="3570B21E">
        <w:rPr>
          <w:rFonts w:ascii="Consolas" w:hAnsi="Consolas" w:eastAsia="Consolas" w:cs="Consolas"/>
          <w:sz w:val="20"/>
          <w:szCs w:val="20"/>
        </w:rPr>
        <w:t xml:space="preserve"> mkdir -p ~/Code/Claude-01</w:t>
      </w:r>
    </w:p>
    <w:p w:rsidR="4BDD123E" w:rsidP="3570B21E" w:rsidRDefault="4BDD123E" w14:paraId="076D3317" w14:textId="32752B2F">
      <w:r w:rsidRPr="3570B21E">
        <w:rPr>
          <w:rFonts w:eastAsia="Calibri" w:cs="Calibri"/>
          <w:color w:val="999999"/>
          <w:sz w:val="18"/>
          <w:szCs w:val="18"/>
        </w:rPr>
        <w:t>────────────────────────────────────────────────────────────</w:t>
      </w:r>
    </w:p>
    <w:p w:rsidR="4BDD123E" w:rsidP="3570B21E" w:rsidRDefault="4BDD123E" w14:paraId="005AD026" w14:textId="42BFB271">
      <w:pPr>
        <w:pStyle w:val="Heading1"/>
      </w:pPr>
      <w:r w:rsidRPr="3570B21E">
        <w:rPr>
          <w:rFonts w:ascii="Calibri" w:hAnsi="Calibri" w:eastAsia="Calibri" w:cs="Calibri"/>
        </w:rPr>
        <w:t>Part 3: Install Claude Code CLI</w:t>
      </w:r>
    </w:p>
    <w:p w:rsidR="4BDD123E" w:rsidP="3570B21E" w:rsidRDefault="4BDD123E" w14:paraId="1FD777F3" w14:textId="582D5E21">
      <w:pPr>
        <w:pStyle w:val="Heading2"/>
      </w:pPr>
      <w:r w:rsidRPr="3570B21E">
        <w:rPr>
          <w:rFonts w:ascii="Calibri" w:hAnsi="Calibri" w:eastAsia="Calibri" w:cs="Calibri"/>
        </w:rPr>
        <w:t>Mac Installation</w:t>
      </w:r>
    </w:p>
    <w:p w:rsidR="4BDD123E" w:rsidP="3570B21E" w:rsidRDefault="4BDD123E" w14:paraId="1686176A" w14:textId="68B10F09">
      <w:pPr>
        <w:spacing w:before="80" w:after="80"/>
        <w:ind w:left="720"/>
      </w:pPr>
      <w:r w:rsidRPr="3570B21E">
        <w:rPr>
          <w:rFonts w:ascii="Consolas" w:hAnsi="Consolas" w:eastAsia="Consolas" w:cs="Consolas"/>
          <w:sz w:val="20"/>
          <w:szCs w:val="20"/>
        </w:rPr>
        <w:t xml:space="preserve">curl -fsSL </w:t>
      </w:r>
      <w:hyperlink r:id="rId13">
        <w:r w:rsidRPr="3570B21E">
          <w:rPr>
            <w:rStyle w:val="Hyperlink"/>
            <w:rFonts w:ascii="Consolas" w:hAnsi="Consolas" w:eastAsia="Consolas" w:cs="Consolas"/>
            <w:sz w:val="20"/>
            <w:szCs w:val="20"/>
          </w:rPr>
          <w:t>https://claude.ai/install.sh</w:t>
        </w:r>
      </w:hyperlink>
      <w:r w:rsidRPr="3570B21E">
        <w:rPr>
          <w:rFonts w:ascii="Consolas" w:hAnsi="Consolas" w:eastAsia="Consolas" w:cs="Consolas"/>
          <w:sz w:val="20"/>
          <w:szCs w:val="20"/>
        </w:rPr>
        <w:t xml:space="preserve"> | bash</w:t>
      </w:r>
    </w:p>
    <w:p w:rsidR="4BDD123E" w:rsidP="3570B21E" w:rsidRDefault="4BDD123E" w14:paraId="3A0580C0" w14:textId="1272672E">
      <w:pPr>
        <w:pStyle w:val="Heading2"/>
      </w:pPr>
      <w:r w:rsidRPr="3570B21E">
        <w:rPr>
          <w:rFonts w:ascii="Calibri" w:hAnsi="Calibri" w:eastAsia="Calibri" w:cs="Calibri"/>
        </w:rPr>
        <w:t>Windows Installation</w:t>
      </w:r>
    </w:p>
    <w:p w:rsidR="4BDD123E" w:rsidP="3570B21E" w:rsidRDefault="4BDD123E" w14:paraId="660DBE7F" w14:textId="7D897E6D">
      <w:r w:rsidRPr="3570B21E">
        <w:rPr>
          <w:rFonts w:eastAsia="Calibri" w:cs="Calibri"/>
        </w:rPr>
        <w:t>Option 1: Open Command Prompt and run:</w:t>
      </w:r>
    </w:p>
    <w:p w:rsidR="0AA376F3" w:rsidP="4452A5C4" w:rsidRDefault="0AA376F3" w14:paraId="0DCD4373" w14:textId="4A18C6C8">
      <w:pPr>
        <w:spacing w:before="120" w:after="120"/>
        <w:ind w:left="720"/>
      </w:pPr>
      <w:bookmarkStart w:name="OLE_LINK3" w:id="2"/>
      <w:r w:rsidRPr="4452A5C4">
        <w:rPr>
          <w:rFonts w:ascii="Consolas" w:hAnsi="Consolas" w:eastAsia="Consolas" w:cs="Consolas"/>
          <w:color w:val="333333"/>
          <w:sz w:val="18"/>
          <w:szCs w:val="18"/>
        </w:rPr>
        <w:t xml:space="preserve">curl -fsSL </w:t>
      </w:r>
      <w:hyperlink r:id="rId14">
        <w:r w:rsidRPr="4452A5C4">
          <w:rPr>
            <w:rStyle w:val="Hyperlink"/>
            <w:rFonts w:ascii="Consolas" w:hAnsi="Consolas" w:eastAsia="Consolas" w:cs="Consolas"/>
            <w:sz w:val="18"/>
            <w:szCs w:val="18"/>
          </w:rPr>
          <w:t>https://claude.ai/install.cmd</w:t>
        </w:r>
      </w:hyperlink>
      <w:r w:rsidRPr="4452A5C4">
        <w:rPr>
          <w:rFonts w:ascii="Consolas" w:hAnsi="Consolas" w:eastAsia="Consolas" w:cs="Consolas"/>
          <w:color w:val="333333"/>
          <w:sz w:val="18"/>
          <w:szCs w:val="18"/>
        </w:rPr>
        <w:t xml:space="preserve"> -o install.cmd &amp;&amp; install.cmd &amp;&amp; del install.cmd</w:t>
      </w:r>
    </w:p>
    <w:bookmarkEnd w:id="2"/>
    <w:p w:rsidR="4452A5C4" w:rsidP="4452A5C4" w:rsidRDefault="4452A5C4" w14:paraId="03639192" w14:textId="6134A9D5">
      <w:pPr>
        <w:spacing w:before="80" w:after="80"/>
        <w:ind w:left="720"/>
        <w:rPr>
          <w:rFonts w:ascii="Consolas" w:hAnsi="Consolas" w:eastAsia="Consolas" w:cs="Consolas"/>
          <w:sz w:val="20"/>
          <w:szCs w:val="20"/>
        </w:rPr>
      </w:pPr>
    </w:p>
    <w:p w:rsidR="4BDD123E" w:rsidP="3570B21E" w:rsidRDefault="4BDD123E" w14:paraId="31AD9D61" w14:textId="2DC2DD90">
      <w:r w:rsidRPr="3570B21E">
        <w:rPr>
          <w:rFonts w:eastAsia="Calibri" w:cs="Calibri"/>
        </w:rPr>
        <w:t xml:space="preserve"> </w:t>
      </w:r>
    </w:p>
    <w:p w:rsidR="4BDD123E" w:rsidP="3570B21E" w:rsidRDefault="4BDD123E" w14:paraId="3A042260" w14:textId="609FB56C">
      <w:r w:rsidRPr="3570B21E">
        <w:rPr>
          <w:rFonts w:eastAsia="Calibri" w:cs="Calibri"/>
        </w:rPr>
        <w:t xml:space="preserve">Option 2: </w:t>
      </w:r>
    </w:p>
    <w:p w:rsidR="4BDD123E" w:rsidP="3570B21E" w:rsidRDefault="4BDD123E" w14:paraId="3C3AF457" w14:textId="369359D8">
      <w:r w:rsidRPr="3570B21E">
        <w:rPr>
          <w:rFonts w:eastAsia="Calibri" w:cs="Calibri"/>
        </w:rPr>
        <w:t>Open PowerShell and run:</w:t>
      </w:r>
    </w:p>
    <w:p w:rsidR="4BDD123E" w:rsidP="3570B21E" w:rsidRDefault="4BDD123E" w14:paraId="675CF7CA" w14:textId="189F5BCF">
      <w:pPr>
        <w:spacing w:before="80" w:after="80"/>
        <w:ind w:left="720"/>
      </w:pPr>
      <w:r w:rsidRPr="3570B21E">
        <w:rPr>
          <w:rFonts w:ascii="Consolas" w:hAnsi="Consolas" w:eastAsia="Consolas" w:cs="Consolas"/>
          <w:sz w:val="20"/>
          <w:szCs w:val="20"/>
        </w:rPr>
        <w:t># Stable version (recommended)</w:t>
      </w:r>
      <w:r>
        <w:br/>
      </w:r>
      <w:r w:rsidRPr="3570B21E">
        <w:rPr>
          <w:rFonts w:ascii="Consolas" w:hAnsi="Consolas" w:eastAsia="Consolas" w:cs="Consolas"/>
          <w:sz w:val="20"/>
          <w:szCs w:val="20"/>
        </w:rPr>
        <w:t xml:space="preserve"> irm </w:t>
      </w:r>
      <w:hyperlink r:id="rId15">
        <w:r w:rsidRPr="3570B21E">
          <w:rPr>
            <w:rStyle w:val="Hyperlink"/>
            <w:rFonts w:ascii="Consolas" w:hAnsi="Consolas" w:eastAsia="Consolas" w:cs="Consolas"/>
            <w:sz w:val="20"/>
            <w:szCs w:val="20"/>
          </w:rPr>
          <w:t>https://claude.ai/install.ps1</w:t>
        </w:r>
      </w:hyperlink>
      <w:r w:rsidRPr="3570B21E">
        <w:rPr>
          <w:rFonts w:ascii="Consolas" w:hAnsi="Consolas" w:eastAsia="Consolas" w:cs="Consolas"/>
          <w:sz w:val="20"/>
          <w:szCs w:val="20"/>
        </w:rPr>
        <w:t xml:space="preserve"> | iex</w:t>
      </w:r>
    </w:p>
    <w:p w:rsidR="4BDD123E" w:rsidP="3570B21E" w:rsidRDefault="4BDD123E" w14:paraId="6FCCD04B" w14:textId="19E588B6">
      <w:pPr>
        <w:spacing w:before="80" w:after="80"/>
        <w:ind w:left="720"/>
      </w:pPr>
      <w:r w:rsidRPr="3570B21E">
        <w:rPr>
          <w:rFonts w:eastAsia="Calibri" w:cs="Calibri"/>
        </w:rPr>
        <w:t xml:space="preserve"> </w:t>
      </w:r>
    </w:p>
    <w:p w:rsidR="4BDD123E" w:rsidP="3570B21E" w:rsidRDefault="4BDD123E" w14:paraId="7D72F11D" w14:textId="142A9721">
      <w:r w:rsidRPr="3570B21E">
        <w:rPr>
          <w:rFonts w:eastAsia="Calibri" w:cs="Calibri"/>
          <w:i/>
          <w:iCs/>
          <w:color w:val="555555"/>
        </w:rPr>
        <w:t xml:space="preserve"> </w:t>
      </w:r>
    </w:p>
    <w:p w:rsidR="4BDD123E" w:rsidP="3570B21E" w:rsidRDefault="4BDD123E" w14:paraId="2B74ACFD" w14:textId="37ED20E3">
      <w:r>
        <w:rPr>
          <w:noProof/>
        </w:rPr>
        <w:drawing>
          <wp:inline distT="0" distB="0" distL="0" distR="0" wp14:anchorId="7125E580" wp14:editId="108B9AFE">
            <wp:extent cx="5486400" cy="1314450"/>
            <wp:effectExtent l="0" t="0" r="0" b="0"/>
            <wp:docPr id="1339798622" name="drawing">
              <a:extLst xmlns:a="http://schemas.openxmlformats.org/drawingml/2006/main">
                <a:ext uri="{FF2B5EF4-FFF2-40B4-BE49-F238E27FC236}">
                  <a16:creationId xmlns:a16="http://schemas.microsoft.com/office/drawing/2014/main" id="{B7566AEA-9DC3-403D-884B-C30C18CDA8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798622" name="Picture 1339798622"/>
                    <pic:cNvPicPr/>
                  </pic:nvPicPr>
                  <pic:blipFill>
                    <a:blip r:embed="rId16">
                      <a:extLst>
                        <a:ext uri="{28A0092B-C50C-407E-A947-70E740481C1C}">
                          <a14:useLocalDpi xmlns:a14="http://schemas.microsoft.com/office/drawing/2010/main"/>
                        </a:ext>
                      </a:extLst>
                    </a:blip>
                    <a:stretch>
                      <a:fillRect/>
                    </a:stretch>
                  </pic:blipFill>
                  <pic:spPr>
                    <a:xfrm>
                      <a:off x="0" y="0"/>
                      <a:ext cx="5486400" cy="1314450"/>
                    </a:xfrm>
                    <a:prstGeom prst="rect">
                      <a:avLst/>
                    </a:prstGeom>
                  </pic:spPr>
                </pic:pic>
              </a:graphicData>
            </a:graphic>
          </wp:inline>
        </w:drawing>
      </w:r>
      <w:r w:rsidRPr="3570B21E">
        <w:rPr>
          <w:rFonts w:eastAsia="Calibri" w:cs="Calibri"/>
          <w:i/>
          <w:iCs/>
          <w:color w:val="555555"/>
        </w:rPr>
        <w:t>NOTE: After install, it may show a message that it is installed but not in your PATH. This means you need to add the mentioned path to the environment variables. This may be due to using a VA to move through setup or not adding the path initially.</w:t>
      </w:r>
    </w:p>
    <w:p w:rsidR="4BDD123E" w:rsidP="3570B21E" w:rsidRDefault="6D4D6E80" w14:paraId="37E0902D" w14:textId="086F5DF5">
      <w:pPr>
        <w:pStyle w:val="Heading2"/>
        <w:rPr>
          <w:rFonts w:ascii="Calibri" w:hAnsi="Calibri" w:eastAsia="Calibri" w:cs="Calibri"/>
        </w:rPr>
      </w:pPr>
      <w:r w:rsidRPr="202BB1C2">
        <w:rPr>
          <w:rFonts w:ascii="Calibri" w:hAnsi="Calibri" w:eastAsia="Calibri" w:cs="Calibri"/>
        </w:rPr>
        <w:t>Verify Installation</w:t>
      </w:r>
    </w:p>
    <w:p w:rsidR="4BDD123E" w:rsidP="3570B21E" w:rsidRDefault="4BDD123E" w14:paraId="1F22B687" w14:textId="7035FD99">
      <w:pPr>
        <w:spacing w:before="80" w:after="80"/>
        <w:ind w:left="720"/>
      </w:pPr>
      <w:bookmarkStart w:name="OLE_LINK5" w:id="3"/>
      <w:r w:rsidRPr="3570B21E">
        <w:rPr>
          <w:rFonts w:ascii="Consolas" w:hAnsi="Consolas" w:eastAsia="Consolas" w:cs="Consolas"/>
          <w:sz w:val="20"/>
          <w:szCs w:val="20"/>
        </w:rPr>
        <w:t>claude -v</w:t>
      </w:r>
    </w:p>
    <w:bookmarkEnd w:id="3"/>
    <w:p w:rsidR="4BDD123E" w:rsidP="3570B21E" w:rsidRDefault="4BDD123E" w14:paraId="6F1C0F22" w14:textId="7C4D654E">
      <w:r w:rsidRPr="3570B21E">
        <w:rPr>
          <w:rFonts w:eastAsia="Calibri" w:cs="Calibri"/>
        </w:rPr>
        <w:t>Expected output: claude-code version 1.0.58 (or newer)</w:t>
      </w:r>
    </w:p>
    <w:p w:rsidR="4BDD123E" w:rsidP="3570B21E" w:rsidRDefault="4BDD123E" w14:paraId="16606820" w14:textId="656BBEA0">
      <w:pPr>
        <w:pStyle w:val="Heading3"/>
      </w:pPr>
      <w:r w:rsidRPr="3570B21E">
        <w:rPr>
          <w:rFonts w:ascii="Calibri" w:hAnsi="Calibri" w:eastAsia="Calibri" w:cs="Calibri"/>
        </w:rPr>
        <w:t>Troubleshooting</w:t>
      </w:r>
    </w:p>
    <w:p w:rsidR="4BDD123E" w:rsidP="3570B21E" w:rsidRDefault="4BDD123E" w14:paraId="2F6F47BF" w14:textId="24042B57">
      <w:pPr>
        <w:pStyle w:val="ListParagraph"/>
        <w:numPr>
          <w:ilvl w:val="0"/>
          <w:numId w:val="10"/>
        </w:numPr>
        <w:spacing w:after="0"/>
        <w:ind w:left="360"/>
        <w:rPr>
          <w:rFonts w:eastAsia="Calibri" w:cs="Calibri"/>
        </w:rPr>
      </w:pPr>
      <w:r w:rsidRPr="3570B21E">
        <w:rPr>
          <w:rFonts w:eastAsia="Calibri" w:cs="Calibri"/>
        </w:rPr>
        <w:t>Windows: Restart computer or log out/in to refresh PATH</w:t>
      </w:r>
    </w:p>
    <w:p w:rsidR="4BDD123E" w:rsidP="3570B21E" w:rsidRDefault="4BDD123E" w14:paraId="19638829" w14:textId="36C4DC10">
      <w:pPr>
        <w:pStyle w:val="ListParagraph"/>
        <w:numPr>
          <w:ilvl w:val="0"/>
          <w:numId w:val="10"/>
        </w:numPr>
        <w:spacing w:after="0"/>
        <w:ind w:left="360"/>
        <w:rPr>
          <w:rFonts w:eastAsia="Calibri" w:cs="Calibri"/>
        </w:rPr>
      </w:pPr>
      <w:r w:rsidRPr="3570B21E">
        <w:rPr>
          <w:rFonts w:eastAsia="Calibri" w:cs="Calibri"/>
        </w:rPr>
        <w:t>Mac: Run source ~/.zshrc or open new terminal</w:t>
      </w:r>
    </w:p>
    <w:p w:rsidR="4BDD123E" w:rsidP="3570B21E" w:rsidRDefault="4BDD123E" w14:paraId="77F4BB70" w14:textId="5A415E40">
      <w:r w:rsidRPr="3570B21E">
        <w:rPr>
          <w:rFonts w:eastAsia="Calibri" w:cs="Calibri"/>
          <w:color w:val="999999"/>
          <w:sz w:val="18"/>
          <w:szCs w:val="18"/>
        </w:rPr>
        <w:t>────────────────────────────────────────────────────────────</w:t>
      </w:r>
    </w:p>
    <w:p w:rsidR="346599E9" w:rsidP="670408C9" w:rsidRDefault="346599E9" w14:paraId="7267BC30" w14:textId="4591EDD3">
      <w:pPr>
        <w:pStyle w:val="Heading1"/>
      </w:pPr>
      <w:r w:rsidRPr="670408C9">
        <w:rPr>
          <w:rFonts w:ascii="Calibri" w:hAnsi="Calibri" w:eastAsia="Calibri" w:cs="Calibri"/>
        </w:rPr>
        <w:t>Part 4: Authenticate and Configure Claude Code with AI Foundry</w:t>
      </w:r>
    </w:p>
    <w:p w:rsidR="346599E9" w:rsidP="670408C9" w:rsidRDefault="346599E9" w14:paraId="364E552D" w14:textId="57638610">
      <w:r w:rsidRPr="670408C9">
        <w:rPr>
          <w:rFonts w:eastAsia="Calibri" w:cs="Calibri"/>
        </w:rPr>
        <w:t xml:space="preserve"> </w:t>
      </w:r>
    </w:p>
    <w:p w:rsidR="346599E9" w:rsidP="670408C9" w:rsidRDefault="346599E9" w14:paraId="7A467968" w14:textId="529E7D95">
      <w:pPr>
        <w:pStyle w:val="Heading2"/>
      </w:pPr>
      <w:r w:rsidRPr="670408C9">
        <w:rPr>
          <w:rFonts w:ascii="Calibri" w:hAnsi="Calibri" w:eastAsia="Calibri" w:cs="Calibri"/>
        </w:rPr>
        <w:t>Step 1: Configure Authentication</w:t>
      </w:r>
    </w:p>
    <w:p w:rsidR="346599E9" w:rsidP="670408C9" w:rsidRDefault="346599E9" w14:paraId="06C8E3DC" w14:textId="0F6240BD">
      <w:r w:rsidRPr="670408C9">
        <w:rPr>
          <w:rFonts w:eastAsia="Calibri" w:cs="Calibri"/>
        </w:rPr>
        <w:t>You have two options for authenticating Claude Code. Option A uses an Azure AI Foundry API key (recommended for team setups). Option B uses a personal Anthropic account.</w:t>
      </w:r>
    </w:p>
    <w:p w:rsidR="346599E9" w:rsidP="670408C9" w:rsidRDefault="346599E9" w14:paraId="04121BE1" w14:textId="365CE09F">
      <w:pPr>
        <w:pStyle w:val="Heading3"/>
        <w:spacing w:before="80" w:after="80"/>
        <w:ind w:left="720"/>
      </w:pPr>
      <w:r w:rsidRPr="670408C9">
        <w:rPr>
          <w:rFonts w:ascii="Calibri" w:hAnsi="Calibri" w:eastAsia="Calibri" w:cs="Calibri"/>
        </w:rPr>
        <w:t>Option A: Azure AI Foundry API Key (Recommended)</w:t>
      </w:r>
    </w:p>
    <w:p w:rsidR="346599E9" w:rsidP="670408C9" w:rsidRDefault="346599E9" w14:paraId="6C7D3AC1" w14:textId="39565850">
      <w:pPr>
        <w:spacing w:before="80" w:after="80"/>
        <w:ind w:left="720"/>
      </w:pPr>
      <w:r w:rsidRPr="670408C9">
        <w:rPr>
          <w:rFonts w:eastAsia="Calibri" w:cs="Calibri"/>
        </w:rPr>
        <w:t>This method uses a shared team API key through Azure AI Foundry. No personal Anthropic account is needed.</w:t>
      </w:r>
    </w:p>
    <w:p w:rsidR="346599E9" w:rsidP="670408C9" w:rsidRDefault="346599E9" w14:paraId="1C22E0DE" w14:textId="0017582E">
      <w:r w:rsidRPr="670408C9">
        <w:rPr>
          <w:rFonts w:eastAsia="Calibri" w:cs="Calibri"/>
        </w:rPr>
        <w:t>Open PowerShell (Windows) or Terminal (Mac) and run Claude once to initialize your config directory:</w:t>
      </w:r>
    </w:p>
    <w:p w:rsidR="346599E9" w:rsidP="670408C9" w:rsidRDefault="346599E9" w14:paraId="61E92EBD" w14:textId="346EA57F">
      <w:pPr>
        <w:spacing w:before="80" w:after="80"/>
        <w:ind w:left="720"/>
      </w:pPr>
      <w:r w:rsidRPr="670408C9">
        <w:rPr>
          <w:rFonts w:eastAsia="Calibri" w:cs="Calibri"/>
        </w:rPr>
        <w:t>claude</w:t>
      </w:r>
    </w:p>
    <w:p w:rsidR="346599E9" w:rsidP="670408C9" w:rsidRDefault="346599E9" w14:paraId="6D03EEFD" w14:textId="16E21FBD">
      <w:r w:rsidRPr="670408C9">
        <w:rPr>
          <w:rFonts w:eastAsia="Calibri" w:cs="Calibri"/>
        </w:rPr>
        <w:t>Press Ctrl+C to exit after the config directory is created. Then ask Claude to insert the following into your ~/.claude/settings.json (or add it manually):</w:t>
      </w:r>
    </w:p>
    <w:p w:rsidR="346599E9" w:rsidP="670408C9" w:rsidRDefault="346599E9" w14:paraId="1F9DAADF" w14:textId="4FC3A4E4">
      <w:pPr>
        <w:rPr>
          <w:rFonts w:eastAsia="Calibri" w:cs="Calibri"/>
        </w:rPr>
      </w:pPr>
      <w:r w:rsidRPr="670408C9">
        <w:rPr>
          <w:rFonts w:eastAsia="Calibri" w:cs="Calibri"/>
        </w:rPr>
        <w:t>"env": {</w:t>
      </w:r>
      <w:r>
        <w:br/>
      </w:r>
      <w:r w:rsidRPr="670408C9">
        <w:rPr>
          <w:rFonts w:eastAsia="Calibri" w:cs="Calibri"/>
        </w:rPr>
        <w:t xml:space="preserve">  </w:t>
      </w:r>
      <w:r w:rsidRPr="7485C9B5" w:rsidR="2524BBC3">
        <w:rPr>
          <w:rFonts w:eastAsia="Calibri" w:cs="Calibri"/>
        </w:rPr>
        <w:t>~</w:t>
      </w:r>
      <w:r w:rsidRPr="670408C9">
        <w:rPr>
          <w:rFonts w:eastAsia="Calibri" w:cs="Calibri"/>
        </w:rPr>
        <w:t xml:space="preserve"> "CLAUDE_CODE_USE_FOUNDRY": "1",</w:t>
      </w:r>
      <w:r>
        <w:br/>
      </w:r>
      <w:r w:rsidRPr="670408C9">
        <w:rPr>
          <w:rFonts w:eastAsia="Calibri" w:cs="Calibri"/>
        </w:rPr>
        <w:t xml:space="preserve">   "ANTHROPIC_FOUNDRY_RESOURCE": "haute-sdk-resource",</w:t>
      </w:r>
      <w:r>
        <w:br/>
      </w:r>
      <w:r w:rsidRPr="670408C9">
        <w:rPr>
          <w:rFonts w:eastAsia="Calibri" w:cs="Calibri"/>
        </w:rPr>
        <w:t xml:space="preserve">   "ANTHROPIC_FOUNDRY_API_KEY": "&lt;your-api-key-from-admin&gt;"</w:t>
      </w:r>
      <w:r>
        <w:br/>
      </w:r>
      <w:r w:rsidRPr="670408C9">
        <w:rPr>
          <w:rFonts w:eastAsia="Calibri" w:cs="Calibri"/>
        </w:rPr>
        <w:t xml:space="preserve"> }</w:t>
      </w:r>
    </w:p>
    <w:p w:rsidR="346599E9" w:rsidP="670408C9" w:rsidRDefault="346599E9" w14:paraId="1DF40394" w14:textId="25562E2E">
      <w:pPr>
        <w:rPr>
          <w:rFonts w:eastAsia="Calibri" w:cs="Calibri"/>
        </w:rPr>
      </w:pPr>
      <w:r w:rsidRPr="670408C9">
        <w:rPr>
          <w:rFonts w:eastAsia="Calibri" w:cs="Calibri"/>
        </w:rPr>
        <w:t>Ask your HAUTE administrator (</w:t>
      </w:r>
      <w:r w:rsidRPr="78A16DCF" w:rsidR="6C51E5C7">
        <w:rPr>
          <w:rFonts w:eastAsia="Calibri" w:cs="Calibri"/>
        </w:rPr>
        <w:t xml:space="preserve">Ray </w:t>
      </w:r>
      <w:r w:rsidRPr="78A16DCF">
        <w:rPr>
          <w:rFonts w:eastAsia="Calibri" w:cs="Calibri"/>
        </w:rPr>
        <w:t>or</w:t>
      </w:r>
      <w:r w:rsidRPr="670408C9">
        <w:rPr>
          <w:rFonts w:eastAsia="Calibri" w:cs="Calibri"/>
        </w:rPr>
        <w:t xml:space="preserve"> Donato) for your API key. Restart Claude Code after saving settings.json.</w:t>
      </w:r>
    </w:p>
    <w:p w:rsidR="346599E9" w:rsidP="670408C9" w:rsidRDefault="346599E9" w14:paraId="5E4D19C5" w14:textId="38392277">
      <w:r w:rsidRPr="670408C9">
        <w:rPr>
          <w:rFonts w:eastAsia="Calibri" w:cs="Calibri"/>
        </w:rPr>
        <w:t xml:space="preserve"> </w:t>
      </w:r>
    </w:p>
    <w:p w:rsidR="346599E9" w:rsidP="670408C9" w:rsidRDefault="346599E9" w14:paraId="00FB6ABB" w14:textId="192164D9">
      <w:pPr>
        <w:pStyle w:val="Heading3"/>
      </w:pPr>
      <w:r w:rsidRPr="670408C9">
        <w:rPr>
          <w:rFonts w:ascii="Calibri" w:hAnsi="Calibri" w:eastAsia="Calibri" w:cs="Calibri"/>
        </w:rPr>
        <w:t>Option B: Anthropic Account (Alternative)</w:t>
      </w:r>
    </w:p>
    <w:p w:rsidR="346599E9" w:rsidP="670408C9" w:rsidRDefault="346599E9" w14:paraId="7FBA49DF" w14:textId="6B954BBA">
      <w:r w:rsidRPr="670408C9">
        <w:rPr>
          <w:rFonts w:eastAsia="Calibri" w:cs="Calibri"/>
        </w:rPr>
        <w:t>If an Azure AI Foundry key is not available, you can authenticate with a personal Anthropic account:</w:t>
      </w:r>
    </w:p>
    <w:p w:rsidR="4BDD123E" w:rsidP="3570B21E" w:rsidRDefault="4BDD123E" w14:paraId="707ACEBB" w14:textId="383261B6">
      <w:r w:rsidRPr="3570B21E">
        <w:rPr>
          <w:rFonts w:eastAsia="Calibri" w:cs="Calibri"/>
        </w:rPr>
        <w:t>Open PowerShell (Windows) or Terminal (Mac) and navigate to your project:</w:t>
      </w:r>
    </w:p>
    <w:p w:rsidR="346599E9" w:rsidP="670408C9" w:rsidRDefault="346599E9" w14:paraId="1EE41531" w14:textId="653E475E">
      <w:r w:rsidRPr="670408C9">
        <w:rPr>
          <w:rFonts w:eastAsia="Calibri" w:cs="Calibri"/>
        </w:rPr>
        <w:t># Windows</w:t>
      </w:r>
      <w:r>
        <w:br/>
      </w:r>
      <w:r w:rsidRPr="670408C9">
        <w:rPr>
          <w:rFonts w:eastAsia="Calibri" w:cs="Calibri"/>
        </w:rPr>
        <w:t xml:space="preserve">  cd C:\Users\$env:USERNAME\Code\Claude-01</w:t>
      </w:r>
      <w:r>
        <w:br/>
      </w:r>
      <w:r w:rsidRPr="670408C9">
        <w:rPr>
          <w:rFonts w:eastAsia="Calibri" w:cs="Calibri"/>
        </w:rPr>
        <w:t xml:space="preserve"> </w:t>
      </w:r>
      <w:r>
        <w:br/>
      </w:r>
      <w:r w:rsidRPr="670408C9">
        <w:rPr>
          <w:rFonts w:eastAsia="Calibri" w:cs="Calibri"/>
        </w:rPr>
        <w:t># Mac</w:t>
      </w:r>
      <w:r>
        <w:br/>
      </w:r>
      <w:r w:rsidRPr="670408C9">
        <w:rPr>
          <w:rFonts w:eastAsia="Calibri" w:cs="Calibri"/>
        </w:rPr>
        <w:t xml:space="preserve">  cd ~/Code/Claude-01</w:t>
      </w:r>
    </w:p>
    <w:p w:rsidR="4BDD123E" w:rsidP="3570B21E" w:rsidRDefault="4BDD123E" w14:paraId="1BABE87B" w14:textId="4BA76C8B">
      <w:r w:rsidRPr="3570B21E">
        <w:rPr>
          <w:rFonts w:eastAsia="Calibri" w:cs="Calibri"/>
        </w:rPr>
        <w:t>Run authentication:</w:t>
      </w:r>
    </w:p>
    <w:p w:rsidR="4BDD123E" w:rsidP="670408C9" w:rsidRDefault="4BDD123E" w14:paraId="5D5A4061" w14:textId="51C20C16">
      <w:r w:rsidRPr="670408C9">
        <w:rPr>
          <w:rFonts w:eastAsia="Calibri" w:cs="Calibri"/>
        </w:rPr>
        <w:t>claude</w:t>
      </w:r>
    </w:p>
    <w:p w:rsidR="4BDD123E" w:rsidP="3570B21E" w:rsidRDefault="4BDD123E" w14:paraId="37002472" w14:textId="025935C7">
      <w:r w:rsidRPr="3570B21E">
        <w:rPr>
          <w:rFonts w:eastAsia="Calibri" w:cs="Calibri"/>
        </w:rPr>
        <w:t>Your browser opens — log in — authorize — return to your terminal.</w:t>
      </w:r>
    </w:p>
    <w:p w:rsidR="346599E9" w:rsidP="670408C9" w:rsidRDefault="346599E9" w14:paraId="29CD7133" w14:textId="40B5865B">
      <w:r w:rsidRPr="670408C9">
        <w:rPr>
          <w:rFonts w:eastAsia="Calibri" w:cs="Calibri"/>
        </w:rPr>
        <w:t>Note: If using a personal account, you will need manager budgetary approval and must submit the expense report monthly.</w:t>
      </w:r>
    </w:p>
    <w:p w:rsidR="4BDD123E" w:rsidP="3570B21E" w:rsidRDefault="4BDD123E" w14:paraId="2FEFE82C" w14:textId="7B173788">
      <w:pPr>
        <w:pStyle w:val="Heading2"/>
      </w:pPr>
      <w:r w:rsidRPr="3570B21E">
        <w:rPr>
          <w:rFonts w:ascii="Calibri" w:hAnsi="Calibri" w:eastAsia="Calibri" w:cs="Calibri"/>
        </w:rPr>
        <w:t>Step 2: Create Claude Configuration</w:t>
      </w:r>
    </w:p>
    <w:p w:rsidR="4BDD123E" w:rsidP="3570B21E" w:rsidRDefault="4BDD123E" w14:paraId="75E8EA0B" w14:textId="2AC94AA4">
      <w:r w:rsidRPr="3570B21E">
        <w:rPr>
          <w:rFonts w:eastAsia="Calibri" w:cs="Calibri"/>
        </w:rPr>
        <w:t>Show hidden files:</w:t>
      </w:r>
    </w:p>
    <w:p w:rsidR="4BDD123E" w:rsidP="670408C9" w:rsidRDefault="4BDD123E" w14:paraId="0A18C6E3" w14:textId="6FDCCE32">
      <w:pPr>
        <w:pStyle w:val="ListParagraph"/>
        <w:numPr>
          <w:ilvl w:val="0"/>
          <w:numId w:val="12"/>
        </w:numPr>
        <w:spacing w:after="0"/>
        <w:ind w:left="360"/>
        <w:rPr>
          <w:rFonts w:eastAsia="Calibri" w:cs="Calibri"/>
        </w:rPr>
      </w:pPr>
      <w:r w:rsidRPr="3570B21E">
        <w:rPr>
          <w:rFonts w:eastAsia="Calibri" w:cs="Calibri"/>
        </w:rPr>
        <w:t>Windows: File Explorer &gt; View &gt; Check "Hidden items"</w:t>
      </w:r>
    </w:p>
    <w:p w:rsidR="4BDD123E" w:rsidP="670408C9" w:rsidRDefault="4BDD123E" w14:paraId="26D98516" w14:textId="4C4B37A5">
      <w:pPr>
        <w:pStyle w:val="ListParagraph"/>
        <w:numPr>
          <w:ilvl w:val="0"/>
          <w:numId w:val="12"/>
        </w:numPr>
        <w:spacing w:after="0"/>
        <w:ind w:left="360"/>
        <w:rPr>
          <w:rFonts w:eastAsia="Calibri" w:cs="Calibri"/>
        </w:rPr>
      </w:pPr>
      <w:r w:rsidRPr="3570B21E">
        <w:rPr>
          <w:rFonts w:eastAsia="Calibri" w:cs="Calibri"/>
        </w:rPr>
        <w:t>Mac: Finder &gt; Press Cmd+Shift+.</w:t>
      </w:r>
    </w:p>
    <w:p w:rsidR="4BDD123E" w:rsidP="3570B21E" w:rsidRDefault="4BDD123E" w14:paraId="4714586B" w14:textId="711888AB">
      <w:r w:rsidRPr="3570B21E">
        <w:rPr>
          <w:rFonts w:eastAsia="Calibri" w:cs="Calibri"/>
        </w:rPr>
        <w:t>Create directory structure (from PowerShell or Terminal):</w:t>
      </w:r>
    </w:p>
    <w:p w:rsidR="346599E9" w:rsidP="670408C9" w:rsidRDefault="346599E9" w14:paraId="3CA44270" w14:textId="22315DDC">
      <w:pPr>
        <w:spacing w:before="80" w:after="80"/>
        <w:ind w:left="720"/>
      </w:pPr>
      <w:r w:rsidRPr="670408C9">
        <w:rPr>
          <w:rFonts w:ascii="Consolas" w:hAnsi="Consolas" w:eastAsia="Consolas" w:cs="Consolas"/>
          <w:sz w:val="20"/>
          <w:szCs w:val="20"/>
        </w:rPr>
        <w:t># Windows (PowerShell)</w:t>
      </w:r>
      <w:r>
        <w:br/>
      </w:r>
      <w:r w:rsidRPr="670408C9">
        <w:rPr>
          <w:rFonts w:eastAsia="Calibri" w:cs="Calibri"/>
        </w:rPr>
        <w:t xml:space="preserve"> </w:t>
      </w:r>
      <w:r w:rsidRPr="670408C9">
        <w:rPr>
          <w:rFonts w:ascii="Consolas" w:hAnsi="Consolas" w:eastAsia="Consolas" w:cs="Consolas"/>
          <w:sz w:val="20"/>
          <w:szCs w:val="20"/>
        </w:rPr>
        <w:t xml:space="preserve"> New-Item -ItemType Directory -Force -Path ".claude\agents"</w:t>
      </w:r>
      <w:r>
        <w:br/>
      </w:r>
      <w:r w:rsidRPr="670408C9">
        <w:rPr>
          <w:rFonts w:eastAsia="Calibri" w:cs="Calibri"/>
        </w:rPr>
        <w:t xml:space="preserve"> </w:t>
      </w:r>
      <w:r w:rsidRPr="670408C9">
        <w:rPr>
          <w:rFonts w:ascii="Consolas" w:hAnsi="Consolas" w:eastAsia="Consolas" w:cs="Consolas"/>
          <w:sz w:val="20"/>
          <w:szCs w:val="20"/>
        </w:rPr>
        <w:t xml:space="preserve"> </w:t>
      </w:r>
      <w:r>
        <w:br/>
      </w:r>
      <w:r w:rsidRPr="670408C9">
        <w:rPr>
          <w:rFonts w:eastAsia="Calibri" w:cs="Calibri"/>
        </w:rPr>
        <w:t xml:space="preserve"> </w:t>
      </w:r>
      <w:r w:rsidRPr="670408C9">
        <w:rPr>
          <w:rFonts w:ascii="Consolas" w:hAnsi="Consolas" w:eastAsia="Consolas" w:cs="Consolas"/>
          <w:sz w:val="20"/>
          <w:szCs w:val="20"/>
        </w:rPr>
        <w:t># Mac</w:t>
      </w:r>
      <w:r>
        <w:br/>
      </w:r>
      <w:r w:rsidRPr="670408C9">
        <w:rPr>
          <w:rFonts w:eastAsia="Calibri" w:cs="Calibri"/>
        </w:rPr>
        <w:t xml:space="preserve"> </w:t>
      </w:r>
      <w:r w:rsidRPr="670408C9">
        <w:rPr>
          <w:rFonts w:ascii="Consolas" w:hAnsi="Consolas" w:eastAsia="Consolas" w:cs="Consolas"/>
          <w:sz w:val="20"/>
          <w:szCs w:val="20"/>
        </w:rPr>
        <w:t xml:space="preserve"> mkdir -p .claude/agents</w:t>
      </w:r>
    </w:p>
    <w:p w:rsidR="4BDD123E" w:rsidP="3570B21E" w:rsidRDefault="4BDD123E" w14:paraId="66275E41" w14:textId="179040EC">
      <w:r w:rsidRPr="3570B21E">
        <w:rPr>
          <w:rFonts w:eastAsia="Calibri" w:cs="Calibri"/>
        </w:rPr>
        <w:t>Copy claude-code-expert.md into .claude/agents/</w:t>
      </w:r>
    </w:p>
    <w:p w:rsidR="4BDD123E" w:rsidP="3570B21E" w:rsidRDefault="4BDD123E" w14:paraId="01B96C62" w14:textId="4E847365">
      <w:pPr>
        <w:pStyle w:val="Heading2"/>
      </w:pPr>
      <w:r w:rsidRPr="3570B21E">
        <w:rPr>
          <w:rFonts w:ascii="Calibri" w:hAnsi="Calibri" w:eastAsia="Calibri" w:cs="Calibri"/>
        </w:rPr>
        <w:t>Step 3: Configure Claude Code Expert</w:t>
      </w:r>
    </w:p>
    <w:p w:rsidR="4BDD123E" w:rsidP="3570B21E" w:rsidRDefault="4BDD123E" w14:paraId="025A2F04" w14:textId="34E8652A">
      <w:r w:rsidRPr="3570B21E">
        <w:rPr>
          <w:rFonts w:eastAsia="Calibri" w:cs="Calibri"/>
        </w:rPr>
        <w:t>In the Claude terminal session, configure the agent:</w:t>
      </w:r>
    </w:p>
    <w:p w:rsidR="4BDD123E" w:rsidP="3570B21E" w:rsidRDefault="4BDD123E" w14:paraId="26D0B055" w14:textId="76667AC9">
      <w:pPr>
        <w:spacing w:before="80" w:after="80"/>
        <w:ind w:left="720"/>
      </w:pPr>
      <w:r w:rsidRPr="3570B21E">
        <w:rPr>
          <w:rFonts w:ascii="Consolas" w:hAnsi="Consolas" w:eastAsia="Consolas" w:cs="Consolas"/>
          <w:sz w:val="20"/>
          <w:szCs w:val="20"/>
        </w:rPr>
        <w:t>/agents</w:t>
      </w:r>
    </w:p>
    <w:p w:rsidR="4BDD123E" w:rsidP="670408C9" w:rsidRDefault="4BDD123E" w14:paraId="3DAE324E" w14:textId="2D475D28">
      <w:pPr>
        <w:pStyle w:val="ListParagraph"/>
        <w:numPr>
          <w:ilvl w:val="0"/>
          <w:numId w:val="12"/>
        </w:numPr>
        <w:spacing w:after="0"/>
        <w:ind w:left="360"/>
        <w:rPr>
          <w:rFonts w:eastAsia="Calibri" w:cs="Calibri"/>
        </w:rPr>
      </w:pPr>
      <w:r w:rsidRPr="3570B21E">
        <w:rPr>
          <w:rFonts w:eastAsia="Calibri" w:cs="Calibri"/>
        </w:rPr>
        <w:t>Select claude-code-expert</w:t>
      </w:r>
    </w:p>
    <w:p w:rsidR="4BDD123E" w:rsidP="670408C9" w:rsidRDefault="4BDD123E" w14:paraId="3AA4DA41" w14:textId="45F2613E">
      <w:pPr>
        <w:pStyle w:val="ListParagraph"/>
        <w:numPr>
          <w:ilvl w:val="0"/>
          <w:numId w:val="12"/>
        </w:numPr>
        <w:spacing w:after="0"/>
        <w:ind w:left="360"/>
        <w:rPr>
          <w:rFonts w:eastAsia="Calibri" w:cs="Calibri"/>
        </w:rPr>
      </w:pPr>
      <w:r w:rsidRPr="3570B21E">
        <w:rPr>
          <w:rFonts w:eastAsia="Calibri" w:cs="Calibri"/>
        </w:rPr>
        <w:t>Choose Edit</w:t>
      </w:r>
    </w:p>
    <w:p w:rsidR="4BDD123E" w:rsidP="670408C9" w:rsidRDefault="4BDD123E" w14:paraId="25F94596" w14:textId="5D5F81E9">
      <w:pPr>
        <w:pStyle w:val="ListParagraph"/>
        <w:numPr>
          <w:ilvl w:val="0"/>
          <w:numId w:val="12"/>
        </w:numPr>
        <w:spacing w:after="0"/>
        <w:ind w:left="360"/>
        <w:rPr>
          <w:rFonts w:eastAsia="Calibri" w:cs="Calibri"/>
        </w:rPr>
      </w:pPr>
      <w:r w:rsidRPr="3570B21E">
        <w:rPr>
          <w:rFonts w:eastAsia="Calibri" w:cs="Calibri"/>
        </w:rPr>
        <w:t>Select model: Opus</w:t>
      </w:r>
      <w:r w:rsidRPr="093F8AC0" w:rsidR="346599E9">
        <w:rPr>
          <w:rFonts w:eastAsia="Calibri" w:cs="Calibri"/>
        </w:rPr>
        <w:t xml:space="preserve"> </w:t>
      </w:r>
      <w:r w:rsidRPr="42B387B9" w:rsidR="346599E9">
        <w:rPr>
          <w:rFonts w:eastAsia="Calibri" w:cs="Calibri"/>
        </w:rPr>
        <w:t>[</w:t>
      </w:r>
      <w:r w:rsidRPr="5AB643D7" w:rsidR="346599E9">
        <w:rPr>
          <w:rFonts w:eastAsia="Calibri" w:cs="Calibri"/>
        </w:rPr>
        <w:t>1M</w:t>
      </w:r>
      <w:r w:rsidRPr="2C34CA55" w:rsidR="346599E9">
        <w:rPr>
          <w:rFonts w:eastAsia="Calibri" w:cs="Calibri"/>
        </w:rPr>
        <w:t>]</w:t>
      </w:r>
    </w:p>
    <w:p w:rsidR="4BDD123E" w:rsidP="670408C9" w:rsidRDefault="4BDD123E" w14:paraId="699FCFF6" w14:textId="3226BE85">
      <w:pPr>
        <w:pStyle w:val="ListParagraph"/>
        <w:numPr>
          <w:ilvl w:val="0"/>
          <w:numId w:val="12"/>
        </w:numPr>
        <w:spacing w:after="0"/>
        <w:ind w:left="360"/>
        <w:rPr>
          <w:rFonts w:eastAsia="Calibri" w:cs="Calibri"/>
        </w:rPr>
      </w:pPr>
      <w:r w:rsidRPr="3570B21E">
        <w:rPr>
          <w:rFonts w:eastAsia="Calibri" w:cs="Calibri"/>
        </w:rPr>
        <w:t>Save and close</w:t>
      </w:r>
    </w:p>
    <w:p w:rsidR="4BDD123E" w:rsidP="3570B21E" w:rsidRDefault="4BDD123E" w14:paraId="3B14C91D" w14:textId="2221EED2">
      <w:r w:rsidRPr="3570B21E">
        <w:rPr>
          <w:rFonts w:eastAsia="Calibri" w:cs="Calibri"/>
        </w:rPr>
        <w:t>You can hit ESC to back out.</w:t>
      </w:r>
    </w:p>
    <w:p w:rsidR="4BDD123E" w:rsidP="3570B21E" w:rsidRDefault="4BDD123E" w14:paraId="6122095B" w14:textId="1CF7FD7A">
      <w:r w:rsidRPr="3570B21E">
        <w:rPr>
          <w:rFonts w:eastAsia="Calibri" w:cs="Calibri"/>
        </w:rPr>
        <w:t>Initialize the project:</w:t>
      </w:r>
    </w:p>
    <w:p w:rsidR="4BDD123E" w:rsidP="3570B21E" w:rsidRDefault="4BDD123E" w14:paraId="66050C84" w14:textId="63951F69">
      <w:pPr>
        <w:spacing w:before="80" w:after="80"/>
        <w:ind w:left="720"/>
      </w:pPr>
      <w:r w:rsidRPr="3570B21E">
        <w:rPr>
          <w:rFonts w:ascii="Consolas" w:hAnsi="Consolas" w:eastAsia="Consolas" w:cs="Consolas"/>
          <w:sz w:val="20"/>
          <w:szCs w:val="20"/>
        </w:rPr>
        <w:t>/init</w:t>
      </w:r>
    </w:p>
    <w:p w:rsidR="4BDD123E" w:rsidP="3570B21E" w:rsidRDefault="4BDD123E" w14:paraId="5D548CAE" w14:textId="1A696DE8">
      <w:r w:rsidRPr="3570B21E">
        <w:rPr>
          <w:rFonts w:eastAsia="Calibri" w:cs="Calibri"/>
          <w:color w:val="999999"/>
          <w:sz w:val="18"/>
          <w:szCs w:val="18"/>
        </w:rPr>
        <w:t>────────────────────────────────────────────────────────────</w:t>
      </w:r>
    </w:p>
    <w:p w:rsidR="4BDD123E" w:rsidP="3570B21E" w:rsidRDefault="4BDD123E" w14:paraId="4AA3C3C8" w14:textId="5B318442">
      <w:r w:rsidRPr="3570B21E">
        <w:rPr>
          <w:rFonts w:eastAsia="Calibri" w:cs="Calibri"/>
        </w:rPr>
        <w:t xml:space="preserve"> </w:t>
      </w:r>
    </w:p>
    <w:p w:rsidR="4BDD123E" w:rsidP="3570B21E" w:rsidRDefault="4BDD123E" w14:paraId="1CF30712" w14:textId="3C6A8910">
      <w:r w:rsidRPr="3570B21E">
        <w:rPr>
          <w:rFonts w:eastAsia="Calibri" w:cs="Calibri"/>
          <w:b/>
          <w:bCs/>
        </w:rPr>
        <w:t>From this point onward, you can complete the installation guide on your own if you want. OR you can instruct Claude to read the Haute setup document and help you through the rest of the setup, starting at Part 5 through Part 8.</w:t>
      </w:r>
    </w:p>
    <w:p w:rsidR="4BDD123E" w:rsidP="3570B21E" w:rsidRDefault="4BDD123E" w14:paraId="619C1319" w14:textId="2EFF6A19">
      <w:r w:rsidRPr="3570B21E">
        <w:rPr>
          <w:rFonts w:eastAsia="Calibri" w:cs="Calibri"/>
        </w:rPr>
        <w:t>Prompt Claude with something like:</w:t>
      </w:r>
    </w:p>
    <w:p w:rsidR="4BDD123E" w:rsidP="409D0962" w:rsidRDefault="64324FE8" w14:paraId="5B846E03" w14:textId="705D72F7">
      <w:pPr>
        <w:spacing w:before="80" w:after="80"/>
        <w:ind w:left="720"/>
      </w:pPr>
      <w:r w:rsidRPr="409D0962">
        <w:rPr>
          <w:rFonts w:ascii="Consolas" w:hAnsi="Consolas" w:eastAsia="Consolas" w:cs="Consolas"/>
          <w:sz w:val="20"/>
          <w:szCs w:val="20"/>
        </w:rPr>
        <w:t>"</w:t>
      </w:r>
      <w:r w:rsidRPr="409D0962" w:rsidR="09214AA7">
        <w:rPr>
          <w:rFonts w:ascii="Consolas" w:hAnsi="Consolas" w:eastAsia="Consolas" w:cs="Consolas"/>
          <w:sz w:val="20"/>
          <w:szCs w:val="20"/>
        </w:rPr>
        <w:t xml:space="preserve"> Read the Haute setup guide located in the Downloads folder and complete the setup. The files the guide refers to are </w:t>
      </w:r>
      <w:r w:rsidRPr="71800350" w:rsidR="2E31C0EF">
        <w:rPr>
          <w:rFonts w:ascii="Consolas" w:hAnsi="Consolas" w:eastAsia="Consolas" w:cs="Consolas"/>
          <w:sz w:val="20"/>
          <w:szCs w:val="20"/>
        </w:rPr>
        <w:t>in the</w:t>
      </w:r>
      <w:r w:rsidRPr="71800350" w:rsidR="09214AA7">
        <w:rPr>
          <w:rFonts w:ascii="Consolas" w:hAnsi="Consolas" w:eastAsia="Consolas" w:cs="Consolas"/>
          <w:sz w:val="20"/>
          <w:szCs w:val="20"/>
        </w:rPr>
        <w:t xml:space="preserve"> </w:t>
      </w:r>
      <w:r w:rsidRPr="409D0962" w:rsidR="09214AA7">
        <w:rPr>
          <w:rFonts w:ascii="Consolas" w:hAnsi="Consolas" w:eastAsia="Consolas" w:cs="Consolas"/>
          <w:sz w:val="20"/>
          <w:szCs w:val="20"/>
        </w:rPr>
        <w:t>haute files folder also in the Downloads folder.</w:t>
      </w:r>
      <w:r w:rsidRPr="409D0962">
        <w:rPr>
          <w:rFonts w:ascii="Consolas" w:hAnsi="Consolas" w:eastAsia="Consolas" w:cs="Consolas"/>
          <w:sz w:val="20"/>
          <w:szCs w:val="20"/>
        </w:rPr>
        <w:t>."</w:t>
      </w:r>
    </w:p>
    <w:p w:rsidR="4BDD123E" w:rsidP="3570B21E" w:rsidRDefault="4BDD123E" w14:paraId="48A21489" w14:textId="2A8C0294">
      <w:r w:rsidRPr="3570B21E">
        <w:rPr>
          <w:rFonts w:eastAsia="Calibri" w:cs="Calibri"/>
          <w:color w:val="999999"/>
          <w:sz w:val="18"/>
          <w:szCs w:val="18"/>
        </w:rPr>
        <w:t>────────────────────────────────────────────────────────────</w:t>
      </w:r>
    </w:p>
    <w:p w:rsidR="670408C9" w:rsidP="670408C9" w:rsidRDefault="670408C9" w14:paraId="11412AB5" w14:textId="039A7748">
      <w:pPr>
        <w:rPr>
          <w:rFonts w:eastAsia="Calibri" w:cs="Calibri"/>
          <w:color w:val="999999"/>
          <w:sz w:val="18"/>
          <w:szCs w:val="18"/>
        </w:rPr>
      </w:pPr>
    </w:p>
    <w:p w:rsidR="342352C0" w:rsidP="071D1980" w:rsidRDefault="342352C0" w14:paraId="2E133A38" w14:textId="2AE814EE">
      <w:pPr>
        <w:pStyle w:val="Heading1"/>
      </w:pPr>
      <w:r w:rsidRPr="071D1980">
        <w:rPr>
          <w:rFonts w:ascii="Calibri" w:hAnsi="Calibri" w:eastAsia="Calibri" w:cs="Calibri"/>
        </w:rPr>
        <w:t>Part 5: Install MCP Servers</w:t>
      </w:r>
    </w:p>
    <w:p w:rsidR="342352C0" w:rsidP="071D1980" w:rsidRDefault="342352C0" w14:paraId="10546AB4" w14:textId="23BFDCE9">
      <w:pPr>
        <w:pStyle w:val="Heading2"/>
      </w:pPr>
      <w:r w:rsidRPr="071D1980">
        <w:rPr>
          <w:rFonts w:ascii="Calibri" w:hAnsi="Calibri" w:eastAsia="Calibri" w:cs="Calibri"/>
        </w:rPr>
        <w:t>Step 1: Check Status</w:t>
      </w:r>
    </w:p>
    <w:p w:rsidR="342352C0" w:rsidP="071D1980" w:rsidRDefault="342352C0" w14:paraId="65DCA308" w14:textId="78A839FF">
      <w:pPr>
        <w:spacing w:before="80" w:after="80"/>
        <w:ind w:left="720"/>
      </w:pPr>
      <w:r w:rsidRPr="071D1980">
        <w:rPr>
          <w:rFonts w:ascii="Consolas" w:hAnsi="Consolas" w:eastAsia="Consolas" w:cs="Consolas"/>
          <w:sz w:val="20"/>
          <w:szCs w:val="20"/>
        </w:rPr>
        <w:t>/mcp status</w:t>
      </w:r>
    </w:p>
    <w:p w:rsidR="342352C0" w:rsidRDefault="342352C0" w14:paraId="7D4994B7" w14:textId="50D3BE2B">
      <w:r w:rsidRPr="071D1980">
        <w:rPr>
          <w:rFonts w:eastAsia="Calibri" w:cs="Calibri"/>
        </w:rPr>
        <w:t>Expected: "No MCP servers configured"</w:t>
      </w:r>
    </w:p>
    <w:p w:rsidR="342352C0" w:rsidP="071D1980" w:rsidRDefault="342352C0" w14:paraId="7129B002" w14:textId="3F56D832">
      <w:pPr>
        <w:pStyle w:val="Heading2"/>
      </w:pPr>
      <w:r w:rsidRPr="071D1980">
        <w:rPr>
          <w:rFonts w:ascii="Calibri" w:hAnsi="Calibri" w:eastAsia="Calibri" w:cs="Calibri"/>
        </w:rPr>
        <w:t>Step 2: Install Servers</w:t>
      </w:r>
    </w:p>
    <w:p w:rsidR="342352C0" w:rsidRDefault="342352C0" w14:paraId="4809A2F3" w14:textId="5C2E33D9">
      <w:r w:rsidRPr="071D1980">
        <w:rPr>
          <w:rFonts w:eastAsia="Calibri" w:cs="Calibri"/>
        </w:rPr>
        <w:t>Ask Claude:</w:t>
      </w:r>
    </w:p>
    <w:p w:rsidR="342352C0" w:rsidP="071D1980" w:rsidRDefault="342352C0" w14:paraId="78D62238" w14:textId="2784490B">
      <w:pPr>
        <w:spacing w:before="80" w:after="80"/>
        <w:ind w:left="720"/>
      </w:pPr>
      <w:r w:rsidRPr="071D1980">
        <w:rPr>
          <w:rFonts w:ascii="Consolas" w:hAnsi="Consolas" w:eastAsia="Consolas" w:cs="Consolas"/>
          <w:sz w:val="20"/>
          <w:szCs w:val="20"/>
        </w:rPr>
        <w:t>"Using the mcp add command, please install all MCP servers listed</w:t>
      </w:r>
      <w:r>
        <w:br/>
      </w:r>
      <w:r w:rsidRPr="071D1980">
        <w:rPr>
          <w:rFonts w:ascii="Consolas" w:hAnsi="Consolas" w:eastAsia="Consolas" w:cs="Consolas"/>
          <w:sz w:val="20"/>
          <w:szCs w:val="20"/>
        </w:rPr>
        <w:t xml:space="preserve"> in the mcp-settings.json file"</w:t>
      </w:r>
    </w:p>
    <w:p w:rsidR="342352C0" w:rsidRDefault="342352C0" w14:paraId="011E4E03" w14:textId="516572F4">
      <w:r w:rsidRPr="071D1980">
        <w:rPr>
          <w:rFonts w:eastAsia="Calibri" w:cs="Calibri"/>
        </w:rPr>
        <w:t>Essential servers:</w:t>
      </w:r>
    </w:p>
    <w:p w:rsidR="342352C0" w:rsidP="071D1980" w:rsidRDefault="342352C0" w14:paraId="2AA90CB3" w14:textId="2B8566F3">
      <w:pPr>
        <w:pStyle w:val="ListParagraph"/>
        <w:numPr>
          <w:ilvl w:val="0"/>
          <w:numId w:val="10"/>
        </w:numPr>
        <w:spacing w:after="0"/>
        <w:ind w:left="360"/>
        <w:rPr>
          <w:rFonts w:eastAsia="Calibri" w:cs="Calibri"/>
        </w:rPr>
      </w:pPr>
      <w:r w:rsidRPr="55B7A55C">
        <w:rPr>
          <w:rFonts w:eastAsia="Calibri" w:cs="Calibri"/>
        </w:rPr>
        <w:t>obsidian</w:t>
      </w:r>
      <w:r w:rsidRPr="071D1980">
        <w:rPr>
          <w:rFonts w:eastAsia="Calibri" w:cs="Calibri"/>
        </w:rPr>
        <w:t xml:space="preserve"> - Obsidian vault integration</w:t>
      </w:r>
    </w:p>
    <w:p w:rsidR="342352C0" w:rsidP="071D1980" w:rsidRDefault="342352C0" w14:paraId="72570BB9" w14:textId="11EC0471">
      <w:pPr>
        <w:pStyle w:val="ListParagraph"/>
        <w:numPr>
          <w:ilvl w:val="0"/>
          <w:numId w:val="10"/>
        </w:numPr>
        <w:spacing w:after="0"/>
        <w:ind w:left="360"/>
        <w:rPr>
          <w:rFonts w:eastAsia="Calibri" w:cs="Calibri"/>
        </w:rPr>
      </w:pPr>
      <w:r w:rsidRPr="071D1980">
        <w:rPr>
          <w:rFonts w:eastAsia="Calibri" w:cs="Calibri"/>
        </w:rPr>
        <w:t>brave-search - Web search</w:t>
      </w:r>
    </w:p>
    <w:p w:rsidR="342352C0" w:rsidP="071D1980" w:rsidRDefault="342352C0" w14:paraId="21261027" w14:textId="7BEFDE2D">
      <w:pPr>
        <w:pStyle w:val="ListParagraph"/>
        <w:numPr>
          <w:ilvl w:val="0"/>
          <w:numId w:val="10"/>
        </w:numPr>
        <w:spacing w:after="0"/>
        <w:ind w:left="360"/>
        <w:rPr>
          <w:rFonts w:eastAsia="Calibri" w:cs="Calibri"/>
        </w:rPr>
      </w:pPr>
      <w:r w:rsidRPr="071D1980">
        <w:rPr>
          <w:rFonts w:eastAsia="Calibri" w:cs="Calibri"/>
        </w:rPr>
        <w:t>tavily - Advanced research</w:t>
      </w:r>
    </w:p>
    <w:p w:rsidR="342352C0" w:rsidP="071D1980" w:rsidRDefault="342352C0" w14:paraId="11719192" w14:textId="77050FA6">
      <w:pPr>
        <w:pStyle w:val="ListParagraph"/>
        <w:numPr>
          <w:ilvl w:val="0"/>
          <w:numId w:val="10"/>
        </w:numPr>
        <w:spacing w:after="0"/>
        <w:ind w:left="360"/>
        <w:rPr>
          <w:rFonts w:eastAsia="Calibri" w:cs="Calibri"/>
        </w:rPr>
      </w:pPr>
      <w:r w:rsidRPr="071D1980">
        <w:rPr>
          <w:rFonts w:eastAsia="Calibri" w:cs="Calibri"/>
        </w:rPr>
        <w:t>exa - Documentation search</w:t>
      </w:r>
    </w:p>
    <w:p w:rsidR="342352C0" w:rsidP="071D1980" w:rsidRDefault="342352C0" w14:paraId="33889D4E" w14:textId="0FD6869B">
      <w:pPr>
        <w:pStyle w:val="Heading2"/>
      </w:pPr>
      <w:r w:rsidRPr="071D1980">
        <w:rPr>
          <w:rFonts w:ascii="Calibri" w:hAnsi="Calibri" w:eastAsia="Calibri" w:cs="Calibri"/>
        </w:rPr>
        <w:t>Step 3: Verify Installation</w:t>
      </w:r>
    </w:p>
    <w:p w:rsidR="342352C0" w:rsidRDefault="342352C0" w14:paraId="74C6D977" w14:textId="09ECCCDF">
      <w:r w:rsidRPr="071D1980">
        <w:rPr>
          <w:rFonts w:eastAsia="Calibri" w:cs="Calibri"/>
        </w:rPr>
        <w:t>Exit and re-launch Claude Code in your terminal, then check status:</w:t>
      </w:r>
    </w:p>
    <w:p w:rsidR="342352C0" w:rsidP="071D1980" w:rsidRDefault="342352C0" w14:paraId="788535EE" w14:textId="636906E5">
      <w:pPr>
        <w:spacing w:before="80" w:after="80"/>
        <w:ind w:left="720"/>
      </w:pPr>
      <w:r w:rsidRPr="071D1980">
        <w:rPr>
          <w:rFonts w:ascii="Consolas" w:hAnsi="Consolas" w:eastAsia="Consolas" w:cs="Consolas"/>
          <w:sz w:val="20"/>
          <w:szCs w:val="20"/>
        </w:rPr>
        <w:t>/mcp status</w:t>
      </w:r>
    </w:p>
    <w:p w:rsidR="342352C0" w:rsidP="071D1980" w:rsidRDefault="342352C0" w14:paraId="4491F720" w14:textId="113E5371">
      <w:pPr>
        <w:pStyle w:val="Heading3"/>
      </w:pPr>
      <w:r w:rsidRPr="071D1980">
        <w:rPr>
          <w:rFonts w:ascii="Calibri" w:hAnsi="Calibri" w:eastAsia="Calibri" w:cs="Calibri"/>
        </w:rPr>
        <w:t>Troubleshooting</w:t>
      </w:r>
    </w:p>
    <w:p w:rsidR="342352C0" w:rsidRDefault="342352C0" w14:paraId="4394B124" w14:textId="2462FFF2">
      <w:r w:rsidRPr="071D1980">
        <w:rPr>
          <w:rFonts w:eastAsia="Calibri" w:cs="Calibri"/>
        </w:rPr>
        <w:t>If servers show "Failed":</w:t>
      </w:r>
    </w:p>
    <w:p w:rsidR="342352C0" w:rsidP="071D1980" w:rsidRDefault="342352C0" w14:paraId="679F8695" w14:textId="157F4872">
      <w:pPr>
        <w:pStyle w:val="ListParagraph"/>
        <w:numPr>
          <w:ilvl w:val="0"/>
          <w:numId w:val="10"/>
        </w:numPr>
        <w:spacing w:after="0"/>
        <w:ind w:left="360"/>
        <w:rPr>
          <w:rFonts w:eastAsia="Calibri" w:cs="Calibri"/>
        </w:rPr>
      </w:pPr>
      <w:r w:rsidRPr="071D1980">
        <w:rPr>
          <w:rFonts w:eastAsia="Calibri" w:cs="Calibri"/>
        </w:rPr>
        <w:t>Ask Claude to fix the MCPs that are failed</w:t>
      </w:r>
    </w:p>
    <w:p w:rsidR="342352C0" w:rsidP="071D1980" w:rsidRDefault="342352C0" w14:paraId="51D15BFF" w14:textId="79A9DBD7">
      <w:pPr>
        <w:pStyle w:val="ListParagraph"/>
        <w:numPr>
          <w:ilvl w:val="0"/>
          <w:numId w:val="10"/>
        </w:numPr>
        <w:spacing w:after="0"/>
        <w:ind w:left="360"/>
        <w:rPr>
          <w:rFonts w:eastAsia="Calibri" w:cs="Calibri"/>
        </w:rPr>
      </w:pPr>
      <w:r w:rsidRPr="071D1980">
        <w:rPr>
          <w:rFonts w:eastAsia="Calibri" w:cs="Calibri"/>
        </w:rPr>
        <w:t>Check ~/.claude.json configuration</w:t>
      </w:r>
    </w:p>
    <w:p w:rsidR="342352C0" w:rsidP="071D1980" w:rsidRDefault="342352C0" w14:paraId="45387783" w14:textId="1844F998">
      <w:pPr>
        <w:pStyle w:val="ListParagraph"/>
        <w:numPr>
          <w:ilvl w:val="0"/>
          <w:numId w:val="10"/>
        </w:numPr>
        <w:spacing w:after="0"/>
        <w:ind w:left="360"/>
        <w:rPr>
          <w:rFonts w:eastAsia="Calibri" w:cs="Calibri"/>
        </w:rPr>
      </w:pPr>
      <w:r w:rsidRPr="071D1980">
        <w:rPr>
          <w:rFonts w:eastAsia="Calibri" w:cs="Calibri"/>
        </w:rPr>
        <w:t>Verify API keys in env section</w:t>
      </w:r>
    </w:p>
    <w:p w:rsidR="342352C0" w:rsidP="071D1980" w:rsidRDefault="342352C0" w14:paraId="01968B0E" w14:textId="28D1C9CD">
      <w:pPr>
        <w:pStyle w:val="ListParagraph"/>
        <w:numPr>
          <w:ilvl w:val="0"/>
          <w:numId w:val="10"/>
        </w:numPr>
        <w:spacing w:after="0"/>
        <w:ind w:left="360"/>
        <w:rPr>
          <w:rFonts w:eastAsia="Calibri" w:cs="Calibri"/>
        </w:rPr>
      </w:pPr>
      <w:r w:rsidRPr="071D1980">
        <w:rPr>
          <w:rFonts w:eastAsia="Calibri" w:cs="Calibri"/>
        </w:rPr>
        <w:t>Manual addition: claude mcp add [server-name]</w:t>
      </w:r>
    </w:p>
    <w:p w:rsidR="342352C0" w:rsidRDefault="342352C0" w14:paraId="74C8EA6E" w14:textId="18A12510">
      <w:r w:rsidRPr="071D1980">
        <w:rPr>
          <w:rFonts w:eastAsia="Calibri" w:cs="Calibri"/>
          <w:color w:val="999999"/>
          <w:sz w:val="18"/>
          <w:szCs w:val="18"/>
        </w:rPr>
        <w:t>────────────────────────────────────────────────────────────</w:t>
      </w:r>
    </w:p>
    <w:p w:rsidR="006C2368" w:rsidP="3570B21E" w:rsidRDefault="006C2368" w14:paraId="67C11F75" w14:textId="1A0C530B">
      <w:pPr>
        <w:pStyle w:val="Heading1"/>
        <w:rPr>
          <w:rFonts w:ascii="Calibri" w:hAnsi="Calibri" w:eastAsia="Calibri" w:cs="Calibri"/>
        </w:rPr>
      </w:pPr>
    </w:p>
    <w:p w:rsidR="4BDD123E" w:rsidP="3570B21E" w:rsidRDefault="4BDD123E" w14:paraId="137A212E" w14:textId="18469B51">
      <w:pPr>
        <w:pStyle w:val="Heading1"/>
      </w:pPr>
      <w:r w:rsidRPr="3570B21E">
        <w:rPr>
          <w:rFonts w:ascii="Calibri" w:hAnsi="Calibri" w:eastAsia="Calibri" w:cs="Calibri"/>
        </w:rPr>
        <w:t>Part 6: Configure Obsidian</w:t>
      </w:r>
    </w:p>
    <w:p w:rsidR="4BDD123E" w:rsidP="3570B21E" w:rsidRDefault="4BDD123E" w14:paraId="4523E3BE" w14:textId="29EDB7EA">
      <w:pPr>
        <w:pStyle w:val="Heading2"/>
      </w:pPr>
      <w:r w:rsidRPr="3570B21E">
        <w:rPr>
          <w:rFonts w:ascii="Calibri" w:hAnsi="Calibri" w:eastAsia="Calibri" w:cs="Calibri"/>
        </w:rPr>
        <w:t>Install Community Plugins</w:t>
      </w:r>
    </w:p>
    <w:p w:rsidR="4BDD123E" w:rsidP="3570B21E" w:rsidRDefault="4BDD123E" w14:paraId="29B22847" w14:textId="35EAB38E">
      <w:pPr>
        <w:pStyle w:val="ListParagraph"/>
        <w:numPr>
          <w:ilvl w:val="0"/>
          <w:numId w:val="10"/>
        </w:numPr>
        <w:spacing w:after="0"/>
        <w:ind w:left="360"/>
        <w:rPr>
          <w:rFonts w:eastAsia="Calibri" w:cs="Calibri"/>
        </w:rPr>
      </w:pPr>
      <w:r w:rsidRPr="3570B21E">
        <w:rPr>
          <w:rFonts w:eastAsia="Calibri" w:cs="Calibri"/>
        </w:rPr>
        <w:t>Open Settings: Gear icon or Ctrl+,</w:t>
      </w:r>
    </w:p>
    <w:p w:rsidR="4BDD123E" w:rsidP="3570B21E" w:rsidRDefault="4BDD123E" w14:paraId="0A1F9049" w14:textId="432A25D2">
      <w:pPr>
        <w:pStyle w:val="ListParagraph"/>
        <w:numPr>
          <w:ilvl w:val="0"/>
          <w:numId w:val="10"/>
        </w:numPr>
        <w:spacing w:after="0"/>
        <w:ind w:left="360"/>
      </w:pPr>
      <w:r>
        <w:rPr>
          <w:noProof/>
        </w:rPr>
        <w:drawing>
          <wp:inline distT="0" distB="0" distL="0" distR="0" wp14:anchorId="2CE1F7BA" wp14:editId="6AF6CB93">
            <wp:extent cx="3590925" cy="1114425"/>
            <wp:effectExtent l="0" t="0" r="0" b="0"/>
            <wp:docPr id="1806550020" name="drawing">
              <a:extLst xmlns:a="http://schemas.openxmlformats.org/drawingml/2006/main">
                <a:ext uri="{FF2B5EF4-FFF2-40B4-BE49-F238E27FC236}">
                  <a16:creationId xmlns:a16="http://schemas.microsoft.com/office/drawing/2014/main" id="{0A9B2F49-6820-43E6-9204-D04F617335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550020" name="Picture 1806550020"/>
                    <pic:cNvPicPr/>
                  </pic:nvPicPr>
                  <pic:blipFill>
                    <a:blip r:embed="rId17">
                      <a:extLst>
                        <a:ext uri="{28A0092B-C50C-407E-A947-70E740481C1C}">
                          <a14:useLocalDpi xmlns:a14="http://schemas.microsoft.com/office/drawing/2010/main"/>
                        </a:ext>
                      </a:extLst>
                    </a:blip>
                    <a:stretch>
                      <a:fillRect/>
                    </a:stretch>
                  </pic:blipFill>
                  <pic:spPr>
                    <a:xfrm>
                      <a:off x="0" y="0"/>
                      <a:ext cx="3590925" cy="1114425"/>
                    </a:xfrm>
                    <a:prstGeom prst="rect">
                      <a:avLst/>
                    </a:prstGeom>
                  </pic:spPr>
                </pic:pic>
              </a:graphicData>
            </a:graphic>
          </wp:inline>
        </w:drawing>
      </w:r>
    </w:p>
    <w:p w:rsidR="4BDD123E" w:rsidP="3570B21E" w:rsidRDefault="4BDD123E" w14:paraId="4317AFE3" w14:textId="28F8518A">
      <w:pPr>
        <w:pStyle w:val="ListParagraph"/>
        <w:numPr>
          <w:ilvl w:val="0"/>
          <w:numId w:val="10"/>
        </w:numPr>
        <w:spacing w:after="0"/>
        <w:ind w:left="360"/>
        <w:rPr>
          <w:rFonts w:eastAsia="Calibri" w:cs="Calibri"/>
        </w:rPr>
      </w:pPr>
      <w:r w:rsidRPr="3570B21E">
        <w:rPr>
          <w:rFonts w:eastAsia="Calibri" w:cs="Calibri"/>
        </w:rPr>
        <w:t>Navigate to: Community plugins and enable</w:t>
      </w:r>
    </w:p>
    <w:p w:rsidR="4BDD123E" w:rsidP="3570B21E" w:rsidRDefault="4BDD123E" w14:paraId="0D58B550" w14:textId="2056B277">
      <w:pPr>
        <w:pStyle w:val="ListParagraph"/>
        <w:numPr>
          <w:ilvl w:val="0"/>
          <w:numId w:val="10"/>
        </w:numPr>
        <w:spacing w:after="0"/>
        <w:ind w:left="360"/>
      </w:pPr>
      <w:r>
        <w:rPr>
          <w:noProof/>
        </w:rPr>
        <w:drawing>
          <wp:inline distT="0" distB="0" distL="0" distR="0" wp14:anchorId="7F64C1A8" wp14:editId="77F72675">
            <wp:extent cx="3248025" cy="3648075"/>
            <wp:effectExtent l="0" t="0" r="0" b="0"/>
            <wp:docPr id="604582876" name="drawing">
              <a:extLst xmlns:a="http://schemas.openxmlformats.org/drawingml/2006/main">
                <a:ext uri="{FF2B5EF4-FFF2-40B4-BE49-F238E27FC236}">
                  <a16:creationId xmlns:a16="http://schemas.microsoft.com/office/drawing/2014/main" id="{6EF58FE8-3A5C-49C5-8B8E-EC7218369B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582876" name="Picture 604582876"/>
                    <pic:cNvPicPr/>
                  </pic:nvPicPr>
                  <pic:blipFill>
                    <a:blip r:embed="rId18">
                      <a:extLst>
                        <a:ext uri="{28A0092B-C50C-407E-A947-70E740481C1C}">
                          <a14:useLocalDpi xmlns:a14="http://schemas.microsoft.com/office/drawing/2010/main"/>
                        </a:ext>
                      </a:extLst>
                    </a:blip>
                    <a:stretch>
                      <a:fillRect/>
                    </a:stretch>
                  </pic:blipFill>
                  <pic:spPr>
                    <a:xfrm>
                      <a:off x="0" y="0"/>
                      <a:ext cx="3248025" cy="3648075"/>
                    </a:xfrm>
                    <a:prstGeom prst="rect">
                      <a:avLst/>
                    </a:prstGeom>
                  </pic:spPr>
                </pic:pic>
              </a:graphicData>
            </a:graphic>
          </wp:inline>
        </w:drawing>
      </w:r>
    </w:p>
    <w:p w:rsidR="4BDD123E" w:rsidP="3570B21E" w:rsidRDefault="4BDD123E" w14:paraId="7FE1C2C1" w14:textId="3F9068B7">
      <w:pPr>
        <w:pStyle w:val="ListParagraph"/>
        <w:numPr>
          <w:ilvl w:val="0"/>
          <w:numId w:val="10"/>
        </w:numPr>
        <w:spacing w:after="0"/>
        <w:ind w:left="360"/>
        <w:rPr>
          <w:rFonts w:eastAsia="Calibri" w:cs="Calibri"/>
        </w:rPr>
      </w:pPr>
      <w:r w:rsidRPr="3570B21E">
        <w:rPr>
          <w:rFonts w:eastAsia="Calibri" w:cs="Calibri"/>
        </w:rPr>
        <w:t>Click "Browse" and install the plugins below. Also ENABLE each plugin after install.</w:t>
      </w:r>
    </w:p>
    <w:p w:rsidR="4BDD123E" w:rsidP="3570B21E" w:rsidRDefault="4BDD123E" w14:paraId="55452691" w14:textId="509567F3">
      <w:r w:rsidRPr="3570B21E">
        <w:rPr>
          <w:rFonts w:eastAsia="Calibri" w:cs="Calibri"/>
        </w:rPr>
        <w:t>Essential Plugins:</w:t>
      </w:r>
    </w:p>
    <w:p w:rsidR="4BDD123E" w:rsidP="3570B21E" w:rsidRDefault="4BDD123E" w14:paraId="456E3EB4" w14:textId="41AF5987">
      <w:pPr>
        <w:pStyle w:val="ListParagraph"/>
        <w:numPr>
          <w:ilvl w:val="0"/>
          <w:numId w:val="10"/>
        </w:numPr>
        <w:spacing w:after="0"/>
        <w:ind w:left="360"/>
        <w:rPr>
          <w:rFonts w:eastAsia="Calibri" w:cs="Calibri"/>
        </w:rPr>
      </w:pPr>
      <w:bookmarkStart w:name="OLE_LINK2" w:id="4"/>
      <w:r w:rsidRPr="3570B21E">
        <w:rPr>
          <w:rFonts w:eastAsia="Calibri" w:cs="Calibri"/>
        </w:rPr>
        <w:t>Dataview - Query vault data</w:t>
      </w:r>
    </w:p>
    <w:p w:rsidR="4BDD123E" w:rsidP="3570B21E" w:rsidRDefault="4BDD123E" w14:paraId="2A8163C4" w14:textId="68F5A94B">
      <w:pPr>
        <w:pStyle w:val="ListParagraph"/>
        <w:numPr>
          <w:ilvl w:val="0"/>
          <w:numId w:val="10"/>
        </w:numPr>
        <w:spacing w:after="0"/>
        <w:ind w:left="360"/>
        <w:rPr>
          <w:rFonts w:eastAsia="Calibri" w:cs="Calibri"/>
        </w:rPr>
      </w:pPr>
      <w:r w:rsidRPr="3570B21E">
        <w:rPr>
          <w:rFonts w:eastAsia="Calibri" w:cs="Calibri"/>
        </w:rPr>
        <w:t>Templater - Advanced templating</w:t>
      </w:r>
    </w:p>
    <w:p w:rsidR="4BDD123E" w:rsidP="3570B21E" w:rsidRDefault="4BDD123E" w14:paraId="34AF8887" w14:textId="5B50DA04">
      <w:pPr>
        <w:pStyle w:val="ListParagraph"/>
        <w:numPr>
          <w:ilvl w:val="0"/>
          <w:numId w:val="10"/>
        </w:numPr>
        <w:spacing w:after="0"/>
        <w:ind w:left="360"/>
        <w:rPr>
          <w:rFonts w:eastAsia="Calibri" w:cs="Calibri"/>
        </w:rPr>
      </w:pPr>
      <w:r w:rsidRPr="3570B21E">
        <w:rPr>
          <w:rFonts w:eastAsia="Calibri" w:cs="Calibri"/>
        </w:rPr>
        <w:t>Git - Version control</w:t>
      </w:r>
    </w:p>
    <w:p w:rsidR="4BDD123E" w:rsidP="3570B21E" w:rsidRDefault="4BDD123E" w14:paraId="67C53474" w14:textId="1F4A55DC">
      <w:pPr>
        <w:pStyle w:val="ListParagraph"/>
        <w:numPr>
          <w:ilvl w:val="0"/>
          <w:numId w:val="10"/>
        </w:numPr>
        <w:spacing w:after="0"/>
        <w:ind w:left="360"/>
        <w:rPr>
          <w:rFonts w:eastAsia="Calibri" w:cs="Calibri"/>
        </w:rPr>
      </w:pPr>
      <w:r w:rsidRPr="3570B21E">
        <w:rPr>
          <w:rFonts w:eastAsia="Calibri" w:cs="Calibri"/>
        </w:rPr>
        <w:t>Excalidraw - Visual diagramming</w:t>
      </w:r>
    </w:p>
    <w:p w:rsidR="4BDD123E" w:rsidP="3570B21E" w:rsidRDefault="4BDD123E" w14:paraId="635C8DAD" w14:textId="65EAA313">
      <w:pPr>
        <w:pStyle w:val="ListParagraph"/>
        <w:numPr>
          <w:ilvl w:val="0"/>
          <w:numId w:val="10"/>
        </w:numPr>
        <w:spacing w:after="0"/>
        <w:ind w:left="360"/>
        <w:rPr>
          <w:rFonts w:eastAsia="Calibri" w:cs="Calibri"/>
        </w:rPr>
      </w:pPr>
      <w:r w:rsidRPr="3570B21E">
        <w:rPr>
          <w:rFonts w:eastAsia="Calibri" w:cs="Calibri"/>
        </w:rPr>
        <w:t>Mermaid Tools - Diagram generation</w:t>
      </w:r>
    </w:p>
    <w:p w:rsidR="4BDD123E" w:rsidP="3570B21E" w:rsidRDefault="4BDD123E" w14:paraId="06913484" w14:textId="429C2F53">
      <w:pPr>
        <w:pStyle w:val="ListParagraph"/>
        <w:numPr>
          <w:ilvl w:val="0"/>
          <w:numId w:val="10"/>
        </w:numPr>
        <w:spacing w:after="0"/>
        <w:ind w:left="360"/>
        <w:rPr>
          <w:rFonts w:eastAsia="Calibri" w:cs="Calibri"/>
        </w:rPr>
      </w:pPr>
      <w:r w:rsidRPr="3570B21E">
        <w:rPr>
          <w:rFonts w:eastAsia="Calibri" w:cs="Calibri"/>
        </w:rPr>
        <w:t>Smart Connections - AI-powered linking</w:t>
      </w:r>
    </w:p>
    <w:p w:rsidR="4BDD123E" w:rsidP="3570B21E" w:rsidRDefault="4BDD123E" w14:paraId="3E815113" w14:textId="40699906">
      <w:pPr>
        <w:pStyle w:val="ListParagraph"/>
        <w:numPr>
          <w:ilvl w:val="0"/>
          <w:numId w:val="10"/>
        </w:numPr>
        <w:spacing w:after="0"/>
        <w:ind w:left="360"/>
        <w:rPr>
          <w:rFonts w:eastAsia="Calibri" w:cs="Calibri"/>
        </w:rPr>
      </w:pPr>
      <w:r w:rsidRPr="3570B21E">
        <w:rPr>
          <w:rFonts w:eastAsia="Calibri" w:cs="Calibri"/>
        </w:rPr>
        <w:t>Local REST API - Required for Claude integration</w:t>
      </w:r>
    </w:p>
    <w:p w:rsidR="4BDD123E" w:rsidP="3570B21E" w:rsidRDefault="4BDD123E" w14:paraId="07AD4E94" w14:textId="5274C9E6">
      <w:pPr>
        <w:pStyle w:val="ListParagraph"/>
        <w:numPr>
          <w:ilvl w:val="0"/>
          <w:numId w:val="10"/>
        </w:numPr>
        <w:spacing w:after="0"/>
        <w:ind w:left="360"/>
        <w:rPr>
          <w:rFonts w:eastAsia="Calibri" w:cs="Calibri"/>
        </w:rPr>
      </w:pPr>
      <w:r w:rsidRPr="3570B21E">
        <w:rPr>
          <w:rFonts w:eastAsia="Calibri" w:cs="Calibri"/>
        </w:rPr>
        <w:t>MCP Tools - Additional MCP integration</w:t>
      </w:r>
    </w:p>
    <w:bookmarkEnd w:id="4"/>
    <w:p w:rsidR="4BDD123E" w:rsidP="3570B21E" w:rsidRDefault="4BDD123E" w14:paraId="262AC6B1" w14:textId="199EBC73">
      <w:pPr>
        <w:pStyle w:val="Heading2"/>
      </w:pPr>
      <w:r w:rsidRPr="3570B21E">
        <w:rPr>
          <w:rFonts w:ascii="Calibri" w:hAnsi="Calibri" w:eastAsia="Calibri" w:cs="Calibri"/>
        </w:rPr>
        <w:t>Configure Critical Settings</w:t>
      </w:r>
    </w:p>
    <w:p w:rsidR="4BDD123E" w:rsidP="3570B21E" w:rsidRDefault="4BDD123E" w14:paraId="4C2E853D" w14:textId="1F878102">
      <w:r w:rsidRPr="3570B21E">
        <w:rPr>
          <w:rFonts w:eastAsia="Calibri" w:cs="Calibri"/>
        </w:rPr>
        <w:t>Local REST API:</w:t>
      </w:r>
    </w:p>
    <w:p w:rsidR="4BDD123E" w:rsidP="3570B21E" w:rsidRDefault="4BDD123E" w14:paraId="5298052F" w14:textId="51CDD117">
      <w:pPr>
        <w:pStyle w:val="ListParagraph"/>
        <w:numPr>
          <w:ilvl w:val="0"/>
          <w:numId w:val="10"/>
        </w:numPr>
        <w:spacing w:after="0"/>
        <w:ind w:left="360"/>
        <w:rPr>
          <w:rFonts w:eastAsia="Calibri" w:cs="Calibri"/>
        </w:rPr>
      </w:pPr>
      <w:r w:rsidRPr="3570B21E">
        <w:rPr>
          <w:rFonts w:eastAsia="Calibri" w:cs="Calibri"/>
        </w:rPr>
        <w:t>Settings &gt; Local REST API</w:t>
      </w:r>
    </w:p>
    <w:p w:rsidR="4BDD123E" w:rsidP="3570B21E" w:rsidRDefault="4BDD123E" w14:paraId="587193B2" w14:textId="4F2E8BD3">
      <w:pPr>
        <w:pStyle w:val="ListParagraph"/>
        <w:numPr>
          <w:ilvl w:val="0"/>
          <w:numId w:val="10"/>
        </w:numPr>
        <w:spacing w:after="0"/>
        <w:ind w:left="360"/>
        <w:rPr>
          <w:rFonts w:eastAsia="Calibri" w:cs="Calibri"/>
        </w:rPr>
      </w:pPr>
      <w:r w:rsidRPr="3570B21E">
        <w:rPr>
          <w:rFonts w:eastAsia="Calibri" w:cs="Calibri"/>
        </w:rPr>
        <w:t>Enable: "Enable Unencrypted HTTP"</w:t>
      </w:r>
    </w:p>
    <w:p w:rsidR="4BDD123E" w:rsidP="3570B21E" w:rsidRDefault="4BDD123E" w14:paraId="4D0F8532" w14:textId="5DDE63B1">
      <w:pPr>
        <w:pStyle w:val="ListParagraph"/>
        <w:numPr>
          <w:ilvl w:val="0"/>
          <w:numId w:val="10"/>
        </w:numPr>
        <w:spacing w:after="0"/>
        <w:ind w:left="360"/>
        <w:rPr>
          <w:rFonts w:eastAsia="Calibri" w:cs="Calibri"/>
        </w:rPr>
      </w:pPr>
      <w:r w:rsidRPr="3570B21E">
        <w:rPr>
          <w:rFonts w:eastAsia="Calibri" w:cs="Calibri"/>
        </w:rPr>
        <w:t>Note API key (if needed)</w:t>
      </w:r>
    </w:p>
    <w:p w:rsidR="4BDD123E" w:rsidP="3570B21E" w:rsidRDefault="4BDD123E" w14:paraId="0D47C613" w14:textId="4825043B">
      <w:pPr>
        <w:pStyle w:val="ListParagraph"/>
        <w:numPr>
          <w:ilvl w:val="0"/>
          <w:numId w:val="10"/>
        </w:numPr>
        <w:spacing w:after="0"/>
        <w:ind w:left="360"/>
        <w:rPr>
          <w:rFonts w:eastAsia="Calibri" w:cs="Calibri"/>
        </w:rPr>
      </w:pPr>
      <w:r w:rsidRPr="3570B21E">
        <w:rPr>
          <w:rFonts w:eastAsia="Calibri" w:cs="Calibri"/>
        </w:rPr>
        <w:t>Verify port: 27123</w:t>
      </w:r>
    </w:p>
    <w:p w:rsidR="4BDD123E" w:rsidP="3570B21E" w:rsidRDefault="4BDD123E" w14:paraId="15127A30" w14:textId="068B48E2">
      <w:r w:rsidRPr="3570B21E">
        <w:rPr>
          <w:rFonts w:eastAsia="Calibri" w:cs="Calibri"/>
        </w:rPr>
        <w:t>MCP Tools:</w:t>
      </w:r>
    </w:p>
    <w:p w:rsidR="4BDD123E" w:rsidP="3570B21E" w:rsidRDefault="4BDD123E" w14:paraId="7803788D" w14:textId="56B65986">
      <w:pPr>
        <w:pStyle w:val="ListParagraph"/>
        <w:numPr>
          <w:ilvl w:val="0"/>
          <w:numId w:val="10"/>
        </w:numPr>
        <w:spacing w:after="0"/>
        <w:ind w:left="360"/>
        <w:rPr>
          <w:rFonts w:eastAsia="Calibri" w:cs="Calibri"/>
        </w:rPr>
      </w:pPr>
      <w:r w:rsidRPr="3570B21E">
        <w:rPr>
          <w:rFonts w:eastAsia="Calibri" w:cs="Calibri"/>
        </w:rPr>
        <w:t>Settings &gt; MCP Tools</w:t>
      </w:r>
    </w:p>
    <w:p w:rsidR="4BDD123E" w:rsidP="3570B21E" w:rsidRDefault="4BDD123E" w14:paraId="2789FFCC" w14:textId="14FC6FBD">
      <w:pPr>
        <w:pStyle w:val="ListParagraph"/>
        <w:numPr>
          <w:ilvl w:val="0"/>
          <w:numId w:val="10"/>
        </w:numPr>
        <w:spacing w:after="0"/>
        <w:ind w:left="360"/>
        <w:rPr>
          <w:rFonts w:eastAsia="Calibri" w:cs="Calibri"/>
        </w:rPr>
      </w:pPr>
      <w:r w:rsidRPr="3570B21E">
        <w:rPr>
          <w:rFonts w:eastAsia="Calibri" w:cs="Calibri"/>
        </w:rPr>
        <w:t>Click "Test Connection"</w:t>
      </w:r>
    </w:p>
    <w:p w:rsidR="4BDD123E" w:rsidP="3570B21E" w:rsidRDefault="4BDD123E" w14:paraId="02202D48" w14:textId="75D6A8B9">
      <w:pPr>
        <w:pStyle w:val="ListParagraph"/>
        <w:numPr>
          <w:ilvl w:val="0"/>
          <w:numId w:val="10"/>
        </w:numPr>
        <w:spacing w:after="0"/>
        <w:ind w:left="360"/>
        <w:rPr>
          <w:rFonts w:eastAsia="Calibri" w:cs="Calibri"/>
        </w:rPr>
      </w:pPr>
      <w:r w:rsidRPr="3570B21E">
        <w:rPr>
          <w:rFonts w:eastAsia="Calibri" w:cs="Calibri"/>
        </w:rPr>
        <w:t>Verify all indicators show green</w:t>
      </w:r>
    </w:p>
    <w:p w:rsidR="4BDD123E" w:rsidP="3570B21E" w:rsidRDefault="372679BB" w14:paraId="7A01D64B" w14:textId="2CA6EA47">
      <w:pPr>
        <w:pStyle w:val="ListParagraph"/>
        <w:numPr>
          <w:ilvl w:val="0"/>
          <w:numId w:val="10"/>
        </w:numPr>
        <w:spacing w:after="0"/>
        <w:ind w:left="360"/>
        <w:rPr>
          <w:rFonts w:eastAsia="Calibri" w:cs="Calibri"/>
        </w:rPr>
      </w:pPr>
      <w:r w:rsidRPr="031E5A90">
        <w:rPr>
          <w:rFonts w:eastAsia="Calibri" w:cs="Calibri"/>
        </w:rPr>
        <w:t>Click "Install MCP Server"</w:t>
      </w:r>
    </w:p>
    <w:p w:rsidR="4EB91D65" w:rsidP="031E5A90" w:rsidRDefault="4EB91D65" w14:paraId="52C38C9C" w14:textId="66FB11B3">
      <w:pPr>
        <w:pStyle w:val="ListParagraph"/>
        <w:numPr>
          <w:ilvl w:val="0"/>
          <w:numId w:val="10"/>
        </w:numPr>
        <w:spacing w:after="0"/>
        <w:ind w:left="360"/>
        <w:rPr>
          <w:rFonts w:eastAsia="Calibri" w:cs="Calibri"/>
        </w:rPr>
      </w:pPr>
      <w:r w:rsidRPr="031E5A90">
        <w:rPr>
          <w:rFonts w:eastAsia="Calibri" w:cs="Calibri"/>
        </w:rPr>
        <w:t xml:space="preserve">Copy the api key from LOCAL REST API plugin  and notify claude your setup with obsidian is ready. </w:t>
      </w:r>
    </w:p>
    <w:p w:rsidR="4BDD123E" w:rsidP="3570B21E" w:rsidRDefault="4BDD123E" w14:paraId="569A42FE" w14:textId="31AF14A4">
      <w:r w:rsidRPr="3570B21E">
        <w:rPr>
          <w:rFonts w:eastAsia="Calibri" w:cs="Calibri"/>
          <w:color w:val="999999"/>
          <w:sz w:val="18"/>
          <w:szCs w:val="18"/>
        </w:rPr>
        <w:t>────────────────────────────────────────────────────────────</w:t>
      </w:r>
    </w:p>
    <w:p w:rsidR="1CB95999" w:rsidP="5B3042F2" w:rsidRDefault="4BDD123E" w14:paraId="6A200027" w14:textId="6ECCF249">
      <w:pPr>
        <w:pStyle w:val="Heading1"/>
      </w:pPr>
      <w:r w:rsidRPr="3570B21E">
        <w:rPr>
          <w:rFonts w:ascii="Calibri" w:hAnsi="Calibri" w:eastAsia="Calibri" w:cs="Calibri"/>
        </w:rPr>
        <w:t xml:space="preserve">Part 7: Set Up </w:t>
      </w:r>
      <w:r w:rsidRPr="5B3042F2" w:rsidR="1CB95999">
        <w:rPr>
          <w:rFonts w:ascii="Calibri" w:hAnsi="Calibri" w:eastAsia="Calibri" w:cs="Calibri"/>
        </w:rPr>
        <w:t>Your 5-Tier Memory Architecture with Neo4j</w:t>
      </w:r>
    </w:p>
    <w:p w:rsidR="1CB95999" w:rsidRDefault="1CB95999" w14:paraId="46A4B1AF" w14:textId="26AE6A8C">
      <w:r w:rsidRPr="5B3042F2">
        <w:rPr>
          <w:rFonts w:eastAsia="Calibri" w:cs="Calibri"/>
        </w:rPr>
        <w:t>If you do not have Neo4j installed, install it via Company Portal or:</w:t>
      </w:r>
    </w:p>
    <w:p w:rsidR="1CB95999" w:rsidRDefault="1CB95999" w14:paraId="5A568F7F" w14:textId="6D30C649">
      <w:hyperlink r:id="rId19">
        <w:r w:rsidRPr="5B3042F2">
          <w:rPr>
            <w:rStyle w:val="Hyperlink"/>
            <w:rFonts w:eastAsia="Calibri" w:cs="Calibri"/>
          </w:rPr>
          <w:t>https://neo4j.com/download/</w:t>
        </w:r>
      </w:hyperlink>
    </w:p>
    <w:p w:rsidR="1CB95999" w:rsidRDefault="1CB95999" w14:paraId="4F75E626" w14:textId="646E2507">
      <w:r w:rsidRPr="5B3042F2">
        <w:rPr>
          <w:rFonts w:eastAsia="Calibri" w:cs="Calibri"/>
        </w:rPr>
        <w:t>You need to set up an MCP. Mac users can just ask Claude to do it, but it's a bit trickier for Windows. Have Claude use this setup to assist. Prompt Claude to read this doc and assist you with the setup. It will guide you on next steps:</w:t>
      </w:r>
    </w:p>
    <w:p w:rsidR="1CB95999" w:rsidP="5B3042F2" w:rsidRDefault="1CB95999" w14:paraId="6E8393FF" w14:textId="4C089AA2">
      <w:pPr>
        <w:pStyle w:val="ListParagraph"/>
        <w:numPr>
          <w:ilvl w:val="0"/>
          <w:numId w:val="10"/>
        </w:numPr>
        <w:spacing w:after="0"/>
        <w:ind w:left="360"/>
        <w:rPr>
          <w:rFonts w:eastAsia="Calibri" w:cs="Calibri"/>
        </w:rPr>
      </w:pPr>
      <w:r w:rsidRPr="5B3042F2">
        <w:rPr>
          <w:rFonts w:eastAsia="Calibri" w:cs="Calibri"/>
        </w:rPr>
        <w:t>Neo4j MCP Setup Guide.docx</w:t>
      </w:r>
    </w:p>
    <w:p w:rsidR="1CB95999" w:rsidRDefault="1CB95999" w14:paraId="24431409" w14:textId="2BA66806">
      <w:r w:rsidRPr="5B3042F2">
        <w:rPr>
          <w:rFonts w:eastAsia="Calibri" w:cs="Calibri"/>
        </w:rPr>
        <w:t>Then have Claude set up your memory architecture based on the enterprise memory architecture file:</w:t>
      </w:r>
    </w:p>
    <w:p w:rsidR="1CB95999" w:rsidP="5B3042F2" w:rsidRDefault="1CB95999" w14:paraId="1BDC8C1A" w14:textId="52E81175">
      <w:pPr>
        <w:pStyle w:val="ListParagraph"/>
        <w:numPr>
          <w:ilvl w:val="0"/>
          <w:numId w:val="10"/>
        </w:numPr>
        <w:spacing w:after="0"/>
        <w:ind w:left="360"/>
        <w:rPr>
          <w:rFonts w:eastAsia="Calibri" w:cs="Calibri"/>
        </w:rPr>
      </w:pPr>
      <w:r w:rsidRPr="5B3042F2">
        <w:rPr>
          <w:rFonts w:eastAsia="Calibri" w:cs="Calibri"/>
        </w:rPr>
        <w:t>enterprise-memory-architecture.tex</w:t>
      </w:r>
    </w:p>
    <w:p w:rsidR="1CB95999" w:rsidRDefault="1CB95999" w14:paraId="099A9B37" w14:textId="0E1D0D9A">
      <w:r w:rsidRPr="5B3042F2">
        <w:rPr>
          <w:rFonts w:eastAsia="Calibri" w:cs="Calibri"/>
          <w:color w:val="999999"/>
          <w:sz w:val="18"/>
          <w:szCs w:val="18"/>
        </w:rPr>
        <w:t>────────────────────────────────────────────────────────────</w:t>
      </w:r>
    </w:p>
    <w:p w:rsidR="5B3042F2" w:rsidP="5B3042F2" w:rsidRDefault="5B3042F2" w14:paraId="1B1C53D4" w14:textId="5F1E5D82">
      <w:pPr>
        <w:rPr>
          <w:rFonts w:eastAsia="Calibri" w:cs="Calibri"/>
          <w:color w:val="999999"/>
          <w:sz w:val="18"/>
          <w:szCs w:val="18"/>
        </w:rPr>
      </w:pPr>
    </w:p>
    <w:p w:rsidR="4BDD123E" w:rsidP="3570B21E" w:rsidRDefault="4BDD123E" w14:paraId="3E0C3341" w14:textId="242F3A68">
      <w:pPr>
        <w:pStyle w:val="Heading1"/>
      </w:pPr>
      <w:r w:rsidRPr="5B3042F2">
        <w:rPr>
          <w:rFonts w:ascii="Calibri" w:hAnsi="Calibri" w:eastAsia="Calibri" w:cs="Calibri"/>
        </w:rPr>
        <w:t xml:space="preserve">Part </w:t>
      </w:r>
      <w:r w:rsidRPr="5B3042F2" w:rsidR="047B66F4">
        <w:rPr>
          <w:rFonts w:ascii="Calibri" w:hAnsi="Calibri" w:eastAsia="Calibri" w:cs="Calibri"/>
        </w:rPr>
        <w:t>8</w:t>
      </w:r>
      <w:r w:rsidRPr="5B3042F2">
        <w:rPr>
          <w:rFonts w:ascii="Calibri" w:hAnsi="Calibri" w:eastAsia="Calibri" w:cs="Calibri"/>
        </w:rPr>
        <w:t xml:space="preserve">: Set Up </w:t>
      </w:r>
      <w:r w:rsidRPr="3570B21E">
        <w:rPr>
          <w:rFonts w:ascii="Calibri" w:hAnsi="Calibri" w:eastAsia="Calibri" w:cs="Calibri"/>
        </w:rPr>
        <w:t>Obsidian Digital Twin</w:t>
      </w:r>
    </w:p>
    <w:p w:rsidR="4BDD123E" w:rsidP="3570B21E" w:rsidRDefault="4BDD123E" w14:paraId="197E1A06" w14:textId="0C0ACFAA">
      <w:r w:rsidRPr="3570B21E">
        <w:rPr>
          <w:rFonts w:eastAsia="Calibri" w:cs="Calibri"/>
        </w:rPr>
        <w:t>For our first "project", we will be using the tool to implement the connectivity between Claude Code and Obsidian to set up your digital twin.</w:t>
      </w:r>
    </w:p>
    <w:p w:rsidR="4BDD123E" w:rsidP="3570B21E" w:rsidRDefault="4BDD123E" w14:paraId="46964A6E" w14:textId="51B740A9">
      <w:r w:rsidRPr="3570B21E">
        <w:rPr>
          <w:rFonts w:eastAsia="Calibri" w:cs="Calibri"/>
        </w:rPr>
        <w:t>When prompted enter:</w:t>
      </w:r>
    </w:p>
    <w:p w:rsidR="4BDD123E" w:rsidP="3570B21E" w:rsidRDefault="4BDD123E" w14:paraId="198F4498" w14:textId="6D15A582">
      <w:pPr>
        <w:spacing w:before="80" w:after="80"/>
        <w:ind w:left="720"/>
      </w:pPr>
      <w:r w:rsidRPr="3570B21E">
        <w:rPr>
          <w:rFonts w:ascii="Consolas" w:hAnsi="Consolas" w:eastAsia="Consolas" w:cs="Consolas"/>
          <w:sz w:val="20"/>
          <w:szCs w:val="20"/>
        </w:rPr>
        <w:t>"Create a round-trip connection between Claude Code and Obsidian using</w:t>
      </w:r>
      <w:r>
        <w:br/>
      </w:r>
      <w:r w:rsidRPr="3570B21E">
        <w:rPr>
          <w:rFonts w:ascii="Consolas" w:hAnsi="Consolas" w:eastAsia="Consolas" w:cs="Consolas"/>
          <w:sz w:val="20"/>
          <w:szCs w:val="20"/>
        </w:rPr>
        <w:t xml:space="preserve"> jacksteamdev's MCP tools for bidirectional knowledge management with</w:t>
      </w:r>
      <w:r>
        <w:br/>
      </w:r>
      <w:r w:rsidRPr="3570B21E">
        <w:rPr>
          <w:rFonts w:ascii="Consolas" w:hAnsi="Consolas" w:eastAsia="Consolas" w:cs="Consolas"/>
          <w:sz w:val="20"/>
          <w:szCs w:val="20"/>
        </w:rPr>
        <w:t xml:space="preserve"> PARA methodology"</w:t>
      </w:r>
    </w:p>
    <w:p w:rsidR="4BDD123E" w:rsidP="3570B21E" w:rsidRDefault="4BDD123E" w14:paraId="653A9F48" w14:textId="38587A32">
      <w:r w:rsidRPr="3570B21E">
        <w:rPr>
          <w:rFonts w:eastAsia="Calibri" w:cs="Calibri"/>
          <w:i/>
          <w:iCs/>
          <w:color w:val="555555"/>
        </w:rPr>
        <w:t>Note: PARA methodology is a digital twin organizational standard - Projects, Areas, Resources, Archive</w:t>
      </w:r>
    </w:p>
    <w:p w:rsidR="4BDD123E" w:rsidP="3570B21E" w:rsidRDefault="4BDD123E" w14:paraId="028CB0BC" w14:textId="41652A2E">
      <w:r w:rsidRPr="3570B21E">
        <w:rPr>
          <w:rFonts w:eastAsia="Calibri" w:cs="Calibri"/>
          <w:color w:val="999999"/>
          <w:sz w:val="18"/>
          <w:szCs w:val="18"/>
        </w:rPr>
        <w:t>────────────────────────────────────────────────────────────</w:t>
      </w:r>
    </w:p>
    <w:p w:rsidR="4BDD123E" w:rsidP="3570B21E" w:rsidRDefault="4BDD123E" w14:paraId="6AC11BA1" w14:textId="55394B78">
      <w:pPr>
        <w:pStyle w:val="Heading1"/>
      </w:pPr>
      <w:r w:rsidRPr="3570B21E">
        <w:rPr>
          <w:rFonts w:ascii="Calibri" w:hAnsi="Calibri" w:eastAsia="Calibri" w:cs="Calibri"/>
        </w:rPr>
        <w:t>Part 9: HT Plugins</w:t>
      </w:r>
    </w:p>
    <w:p w:rsidR="4BDD123E" w:rsidP="3570B21E" w:rsidRDefault="4BDD123E" w14:paraId="27246645" w14:textId="3BCC9A67">
      <w:r w:rsidRPr="3570B21E">
        <w:rPr>
          <w:rFonts w:eastAsia="Calibri" w:cs="Calibri"/>
        </w:rPr>
        <w:t>Like in Part 8, prompt Claude to read the guide and install the plugins for you.</w:t>
      </w:r>
    </w:p>
    <w:p w:rsidR="4BDD123E" w:rsidP="3570B21E" w:rsidRDefault="4BDD123E" w14:paraId="2D205686" w14:textId="7E4AE426">
      <w:pPr>
        <w:spacing w:before="210" w:after="210"/>
      </w:pPr>
      <w:r w:rsidRPr="3570B21E">
        <w:rPr>
          <w:rFonts w:eastAsia="Calibri" w:cs="Calibri"/>
        </w:rPr>
        <w:t>“</w:t>
      </w:r>
      <w:r w:rsidRPr="3570B21E">
        <w:rPr>
          <w:rFonts w:ascii="Segoe UI" w:hAnsi="Segoe UI" w:eastAsia="Segoe UI" w:cs="Segoe UI"/>
          <w:sz w:val="21"/>
          <w:szCs w:val="21"/>
        </w:rPr>
        <w:t xml:space="preserve">Claude to read the ht-plugins.zip located in my downloads and install the plugins for me” </w:t>
      </w:r>
      <w:r w:rsidRPr="3570B21E">
        <w:rPr>
          <w:rFonts w:eastAsia="Calibri" w:cs="Calibri"/>
        </w:rPr>
        <w:t xml:space="preserve"> </w:t>
      </w:r>
    </w:p>
    <w:p w:rsidR="4BDD123E" w:rsidP="3570B21E" w:rsidRDefault="4BDD123E" w14:paraId="34AAFBB2" w14:textId="304A790E">
      <w:r w:rsidRPr="3570B21E">
        <w:rPr>
          <w:rFonts w:eastAsia="Calibri" w:cs="Calibri"/>
          <w:color w:val="999999"/>
          <w:sz w:val="18"/>
          <w:szCs w:val="18"/>
        </w:rPr>
        <w:t>────────────────────────────────────────────────────────────</w:t>
      </w:r>
    </w:p>
    <w:p w:rsidR="4BDD123E" w:rsidP="3570B21E" w:rsidRDefault="4BDD123E" w14:paraId="291C1C2D" w14:textId="2D9E8DAD">
      <w:pPr>
        <w:pStyle w:val="Heading1"/>
      </w:pPr>
      <w:r w:rsidRPr="3570B21E">
        <w:rPr>
          <w:rFonts w:ascii="Calibri" w:hAnsi="Calibri" w:eastAsia="Calibri" w:cs="Calibri"/>
        </w:rPr>
        <w:t>Part 10: Microsoft o365 MCP</w:t>
      </w:r>
    </w:p>
    <w:p w:rsidR="4BDD123E" w:rsidP="3570B21E" w:rsidRDefault="4BDD123E" w14:paraId="447651AB" w14:textId="78D61DA3">
      <w:r w:rsidRPr="3570B21E">
        <w:rPr>
          <w:rFonts w:eastAsia="Calibri" w:cs="Calibri"/>
        </w:rPr>
        <w:t>Like in Part 8, prompt Claude to read and review the files  and install the plugins for you.</w:t>
      </w:r>
    </w:p>
    <w:p w:rsidR="4BDD123E" w:rsidP="3570B21E" w:rsidRDefault="4BDD123E" w14:paraId="795BF8F3" w14:textId="6D6496DD">
      <w:pPr>
        <w:spacing w:before="210" w:after="210"/>
      </w:pPr>
      <w:r w:rsidRPr="3570B21E">
        <w:rPr>
          <w:rFonts w:eastAsia="Calibri" w:cs="Calibri"/>
        </w:rPr>
        <w:t>“</w:t>
      </w:r>
      <w:r w:rsidRPr="3570B21E">
        <w:rPr>
          <w:rFonts w:ascii="Segoe UI" w:hAnsi="Segoe UI" w:eastAsia="Segoe UI" w:cs="Segoe UI"/>
          <w:sz w:val="21"/>
          <w:szCs w:val="21"/>
        </w:rPr>
        <w:t xml:space="preserve">Claude to read the mcp-servers-m365.zip located in my downloads and install for me” </w:t>
      </w:r>
      <w:r w:rsidRPr="3570B21E">
        <w:rPr>
          <w:rFonts w:eastAsia="Calibri" w:cs="Calibri"/>
        </w:rPr>
        <w:t xml:space="preserve"> </w:t>
      </w:r>
    </w:p>
    <w:p w:rsidR="4BDD123E" w:rsidP="3570B21E" w:rsidRDefault="4BDD123E" w14:paraId="13AE619C" w14:textId="66B307AD">
      <w:r w:rsidRPr="3570B21E">
        <w:rPr>
          <w:rFonts w:eastAsia="Calibri" w:cs="Calibri"/>
          <w:color w:val="999999"/>
          <w:sz w:val="18"/>
          <w:szCs w:val="18"/>
        </w:rPr>
        <w:t>────────────────────────────────────────────────────────────</w:t>
      </w:r>
    </w:p>
    <w:p w:rsidR="4BDD123E" w:rsidP="3570B21E" w:rsidRDefault="4BDD123E" w14:paraId="2A9CDEC1" w14:textId="260BCF51">
      <w:r w:rsidRPr="3570B21E">
        <w:rPr>
          <w:rFonts w:eastAsia="Calibri" w:cs="Calibri"/>
          <w:color w:val="999999"/>
          <w:sz w:val="18"/>
          <w:szCs w:val="18"/>
        </w:rPr>
        <w:t xml:space="preserve"> </w:t>
      </w:r>
    </w:p>
    <w:p w:rsidR="4BDD123E" w:rsidP="3570B21E" w:rsidRDefault="4BDD123E" w14:paraId="079B6431" w14:textId="269F8FCD">
      <w:pPr>
        <w:pStyle w:val="Heading1"/>
      </w:pPr>
      <w:r w:rsidRPr="3570B21E">
        <w:rPr>
          <w:rFonts w:ascii="Calibri" w:hAnsi="Calibri" w:eastAsia="Calibri" w:cs="Calibri"/>
        </w:rPr>
        <w:t>Part 11: Claude Hooks and EA Persona</w:t>
      </w:r>
    </w:p>
    <w:p w:rsidR="4BDD123E" w:rsidP="3570B21E" w:rsidRDefault="4BDD123E" w14:paraId="3CDDCDF4" w14:textId="24AB60B8">
      <w:r w:rsidRPr="3570B21E">
        <w:rPr>
          <w:rFonts w:eastAsia="Calibri" w:cs="Calibri"/>
        </w:rPr>
        <w:t>Like in Part 9, prompt Claude to read the guide and install the plugins for you.</w:t>
      </w:r>
    </w:p>
    <w:p w:rsidR="4BDD123E" w:rsidP="3570B21E" w:rsidRDefault="4BDD123E" w14:paraId="1DC7EF4B" w14:textId="59866295">
      <w:pPr>
        <w:spacing w:before="210" w:after="210"/>
      </w:pPr>
      <w:r w:rsidRPr="3570B21E">
        <w:rPr>
          <w:rFonts w:eastAsia="Calibri" w:cs="Calibri"/>
        </w:rPr>
        <w:t>“claude read and review both claude-hooks.zip and persona-bootstrap-package.zip in my downloads folder and install them for me</w:t>
      </w:r>
      <w:r w:rsidRPr="3570B21E">
        <w:rPr>
          <w:rFonts w:ascii="Segoe UI" w:hAnsi="Segoe UI" w:eastAsia="Segoe UI" w:cs="Segoe UI"/>
          <w:sz w:val="21"/>
          <w:szCs w:val="21"/>
        </w:rPr>
        <w:t xml:space="preserve">” </w:t>
      </w:r>
      <w:r w:rsidRPr="3570B21E">
        <w:rPr>
          <w:rFonts w:eastAsia="Calibri" w:cs="Calibri"/>
        </w:rPr>
        <w:t xml:space="preserve"> </w:t>
      </w:r>
    </w:p>
    <w:p w:rsidR="2D43A179" w:rsidP="2D43A179" w:rsidRDefault="2D43A179" w14:paraId="6DCF92A1" w14:textId="46A0EC92">
      <w:pPr>
        <w:spacing w:before="210" w:after="210"/>
        <w:rPr>
          <w:rFonts w:eastAsia="Calibri" w:cs="Calibri"/>
        </w:rPr>
      </w:pPr>
    </w:p>
    <w:p w:rsidR="4BDD123E" w:rsidP="3570B21E" w:rsidRDefault="4BDD123E" w14:paraId="0855DEB3" w14:textId="34EA8CAA">
      <w:r w:rsidRPr="3570B21E">
        <w:rPr>
          <w:rFonts w:eastAsia="Calibri" w:cs="Calibri"/>
          <w:color w:val="999999"/>
          <w:sz w:val="18"/>
          <w:szCs w:val="18"/>
        </w:rPr>
        <w:t>────────────────────────────────────────────────────────────</w:t>
      </w:r>
    </w:p>
    <w:p w:rsidR="4BDD123E" w:rsidP="3570B21E" w:rsidRDefault="4BDD123E" w14:paraId="287A4E9B" w14:textId="5C87D87B">
      <w:pPr>
        <w:pStyle w:val="Heading1"/>
      </w:pPr>
      <w:r w:rsidRPr="3570B21E">
        <w:rPr>
          <w:rFonts w:ascii="Calibri" w:hAnsi="Calibri" w:eastAsia="Calibri" w:cs="Calibri"/>
        </w:rPr>
        <w:t xml:space="preserve">Part 12: ServiceNow MCP </w:t>
      </w:r>
    </w:p>
    <w:p w:rsidR="4BDD123E" w:rsidP="3570B21E" w:rsidRDefault="4BDD123E" w14:paraId="7D6EC249" w14:textId="46A65386">
      <w:r w:rsidRPr="3570B21E">
        <w:rPr>
          <w:rFonts w:eastAsia="Calibri" w:cs="Calibri"/>
        </w:rPr>
        <w:t>Like in Part 8, prompt Claude to review servicenow-mcp and install the mcp.</w:t>
      </w:r>
    </w:p>
    <w:p w:rsidR="4BDD123E" w:rsidP="3570B21E" w:rsidRDefault="4BDD123E" w14:paraId="6F8F1618" w14:textId="2C95F77E">
      <w:pPr>
        <w:spacing w:before="210" w:after="210"/>
      </w:pPr>
      <w:r w:rsidRPr="3570B21E">
        <w:rPr>
          <w:rFonts w:eastAsia="Calibri" w:cs="Calibri"/>
        </w:rPr>
        <w:t>“claude read and review servicenow-mcp.zip located in my downloads and install for me</w:t>
      </w:r>
      <w:r w:rsidRPr="3570B21E">
        <w:rPr>
          <w:rFonts w:ascii="Segoe UI" w:hAnsi="Segoe UI" w:eastAsia="Segoe UI" w:cs="Segoe UI"/>
          <w:sz w:val="21"/>
          <w:szCs w:val="21"/>
        </w:rPr>
        <w:t xml:space="preserve">” </w:t>
      </w:r>
      <w:r w:rsidRPr="3570B21E">
        <w:rPr>
          <w:rFonts w:eastAsia="Calibri" w:cs="Calibri"/>
        </w:rPr>
        <w:t xml:space="preserve"> </w:t>
      </w:r>
    </w:p>
    <w:p w:rsidR="4BDD123E" w:rsidP="3570B21E" w:rsidRDefault="4BDD123E" w14:paraId="2B721EF1" w14:textId="444429CC">
      <w:r w:rsidRPr="3570B21E">
        <w:rPr>
          <w:rFonts w:eastAsia="Calibri" w:cs="Calibri"/>
          <w:color w:val="999999"/>
          <w:sz w:val="18"/>
          <w:szCs w:val="18"/>
        </w:rPr>
        <w:t>────────────────────────────────────────────────────────────</w:t>
      </w:r>
    </w:p>
    <w:p w:rsidR="4BDD123E" w:rsidP="3570B21E" w:rsidRDefault="4BDD123E" w14:paraId="58E7D392" w14:textId="62125641">
      <w:r w:rsidRPr="3570B21E">
        <w:rPr>
          <w:rFonts w:eastAsia="Calibri" w:cs="Calibri"/>
          <w:color w:val="999999"/>
          <w:sz w:val="18"/>
          <w:szCs w:val="18"/>
        </w:rPr>
        <w:t xml:space="preserve"> </w:t>
      </w:r>
    </w:p>
    <w:p w:rsidR="4BDD123E" w:rsidP="3570B21E" w:rsidRDefault="4BDD123E" w14:paraId="704EA4CE" w14:textId="780595DB">
      <w:r w:rsidRPr="3570B21E">
        <w:rPr>
          <w:rFonts w:eastAsia="Calibri" w:cs="Calibri"/>
          <w:color w:val="999999"/>
          <w:sz w:val="18"/>
          <w:szCs w:val="18"/>
        </w:rPr>
        <w:t xml:space="preserve"> </w:t>
      </w:r>
    </w:p>
    <w:p w:rsidR="4BDD123E" w:rsidP="3570B21E" w:rsidRDefault="4BDD123E" w14:paraId="0865E6EF" w14:textId="1754AE37">
      <w:pPr>
        <w:pStyle w:val="Heading1"/>
      </w:pPr>
      <w:r w:rsidRPr="3570B21E">
        <w:rPr>
          <w:rFonts w:ascii="Calibri" w:hAnsi="Calibri" w:eastAsia="Calibri" w:cs="Calibri"/>
        </w:rPr>
        <w:t>Part 13: Optional Enhancements</w:t>
      </w:r>
    </w:p>
    <w:p w:rsidR="4BDD123E" w:rsidP="3570B21E" w:rsidRDefault="4BDD123E" w14:paraId="3946BD40" w14:textId="0CE39EC5">
      <w:r w:rsidRPr="3570B21E">
        <w:rPr>
          <w:rFonts w:eastAsia="Calibri" w:cs="Calibri"/>
        </w:rPr>
        <w:t>Advanced Agents</w:t>
      </w:r>
    </w:p>
    <w:p w:rsidR="4BDD123E" w:rsidP="3570B21E" w:rsidRDefault="4BDD123E" w14:paraId="4B09FC30" w14:textId="3D2A8571">
      <w:pPr>
        <w:pStyle w:val="ListParagraph"/>
        <w:numPr>
          <w:ilvl w:val="0"/>
          <w:numId w:val="10"/>
        </w:numPr>
        <w:spacing w:after="0"/>
        <w:ind w:left="360"/>
        <w:rPr>
          <w:rFonts w:eastAsia="Calibri" w:cs="Calibri"/>
        </w:rPr>
      </w:pPr>
      <w:r w:rsidRPr="3570B21E">
        <w:rPr>
          <w:rFonts w:eastAsia="Calibri" w:cs="Calibri"/>
        </w:rPr>
        <w:t>LaTeX Expert - Scientific documentation</w:t>
      </w:r>
    </w:p>
    <w:p w:rsidR="4BDD123E" w:rsidP="3570B21E" w:rsidRDefault="4BDD123E" w14:paraId="3A9BEE04" w14:textId="6A1C8B33">
      <w:pPr>
        <w:pStyle w:val="ListParagraph"/>
        <w:numPr>
          <w:ilvl w:val="0"/>
          <w:numId w:val="10"/>
        </w:numPr>
        <w:spacing w:after="0"/>
        <w:ind w:left="360"/>
        <w:rPr>
          <w:rFonts w:eastAsia="Calibri" w:cs="Calibri"/>
        </w:rPr>
      </w:pPr>
      <w:r w:rsidRPr="3570B21E">
        <w:rPr>
          <w:rFonts w:eastAsia="Calibri" w:cs="Calibri"/>
        </w:rPr>
        <w:t>TikZ Flowchart - Technical diagrams</w:t>
      </w:r>
    </w:p>
    <w:p w:rsidR="4BDD123E" w:rsidP="3570B21E" w:rsidRDefault="4BDD123E" w14:paraId="0D7F4DE8" w14:textId="03FA7761">
      <w:r w:rsidRPr="3570B21E">
        <w:rPr>
          <w:rFonts w:eastAsia="Calibri" w:cs="Calibri"/>
        </w:rPr>
        <w:t>Task Management</w:t>
      </w:r>
    </w:p>
    <w:p w:rsidR="4BDD123E" w:rsidP="3570B21E" w:rsidRDefault="4BDD123E" w14:paraId="0C339EFC" w14:textId="2B1DB822">
      <w:pPr>
        <w:pStyle w:val="ListParagraph"/>
        <w:numPr>
          <w:ilvl w:val="0"/>
          <w:numId w:val="10"/>
        </w:numPr>
        <w:spacing w:after="0"/>
        <w:ind w:left="360"/>
        <w:rPr>
          <w:rFonts w:eastAsia="Calibri" w:cs="Calibri"/>
        </w:rPr>
      </w:pPr>
      <w:r w:rsidRPr="3570B21E">
        <w:rPr>
          <w:rFonts w:eastAsia="Calibri" w:cs="Calibri"/>
        </w:rPr>
        <w:t xml:space="preserve">Beads: </w:t>
      </w:r>
      <w:hyperlink r:id="rId20">
        <w:r w:rsidRPr="3570B21E">
          <w:rPr>
            <w:rStyle w:val="Hyperlink"/>
            <w:rFonts w:eastAsia="Calibri" w:cs="Calibri"/>
          </w:rPr>
          <w:t>https://github.com/steveyegge/beads</w:t>
        </w:r>
      </w:hyperlink>
    </w:p>
    <w:p w:rsidR="4BDD123E" w:rsidP="3570B21E" w:rsidRDefault="4BDD123E" w14:paraId="1E8AC9AC" w14:textId="2C0F065F">
      <w:pPr>
        <w:pStyle w:val="ListParagraph"/>
        <w:numPr>
          <w:ilvl w:val="0"/>
          <w:numId w:val="10"/>
        </w:numPr>
        <w:spacing w:after="0"/>
        <w:ind w:left="360"/>
        <w:rPr>
          <w:rFonts w:eastAsia="Calibri" w:cs="Calibri"/>
        </w:rPr>
      </w:pPr>
      <w:r w:rsidRPr="3570B21E">
        <w:rPr>
          <w:rFonts w:eastAsia="Calibri" w:cs="Calibri"/>
        </w:rPr>
        <w:t xml:space="preserve">Perles: </w:t>
      </w:r>
      <w:hyperlink r:id="rId21">
        <w:r w:rsidRPr="3570B21E">
          <w:rPr>
            <w:rStyle w:val="Hyperlink"/>
            <w:rFonts w:eastAsia="Calibri" w:cs="Calibri"/>
          </w:rPr>
          <w:t>https://github.com/zjrosen/perles</w:t>
        </w:r>
      </w:hyperlink>
    </w:p>
    <w:p w:rsidR="4BDD123E" w:rsidP="3570B21E" w:rsidRDefault="4BDD123E" w14:paraId="3094883E" w14:textId="0183CCC2">
      <w:r w:rsidRPr="3570B21E">
        <w:rPr>
          <w:rFonts w:eastAsia="Calibri" w:cs="Calibri"/>
        </w:rPr>
        <w:t>Development Tools</w:t>
      </w:r>
    </w:p>
    <w:p w:rsidR="4BDD123E" w:rsidP="3570B21E" w:rsidRDefault="4BDD123E" w14:paraId="58000BF0" w14:textId="65B94A2A">
      <w:pPr>
        <w:pStyle w:val="ListParagraph"/>
        <w:numPr>
          <w:ilvl w:val="0"/>
          <w:numId w:val="10"/>
        </w:numPr>
        <w:spacing w:after="0"/>
        <w:ind w:left="360"/>
        <w:rPr>
          <w:rFonts w:eastAsia="Calibri" w:cs="Calibri"/>
        </w:rPr>
      </w:pPr>
      <w:r w:rsidRPr="3570B21E">
        <w:rPr>
          <w:rFonts w:eastAsia="Calibri" w:cs="Calibri"/>
        </w:rPr>
        <w:t xml:space="preserve">Codebak: </w:t>
      </w:r>
      <w:hyperlink r:id="rId22">
        <w:r w:rsidRPr="3570B21E">
          <w:rPr>
            <w:rStyle w:val="Hyperlink"/>
            <w:rFonts w:eastAsia="Calibri" w:cs="Calibri"/>
          </w:rPr>
          <w:t>https://github.com/jmcdonald/codebak</w:t>
        </w:r>
      </w:hyperlink>
    </w:p>
    <w:p w:rsidR="4BDD123E" w:rsidP="3570B21E" w:rsidRDefault="4BDD123E" w14:paraId="1A24DDD7" w14:textId="0F1E968A">
      <w:pPr>
        <w:pStyle w:val="ListParagraph"/>
        <w:numPr>
          <w:ilvl w:val="0"/>
          <w:numId w:val="10"/>
        </w:numPr>
        <w:spacing w:after="0"/>
        <w:ind w:left="360"/>
        <w:rPr>
          <w:rFonts w:eastAsia="Calibri" w:cs="Calibri"/>
        </w:rPr>
      </w:pPr>
      <w:r w:rsidRPr="3570B21E">
        <w:rPr>
          <w:rFonts w:eastAsia="Calibri" w:cs="Calibri"/>
        </w:rPr>
        <w:t>Magnitude: Performance testing</w:t>
      </w:r>
    </w:p>
    <w:p w:rsidR="4BDD123E" w:rsidP="3570B21E" w:rsidRDefault="4BDD123E" w14:paraId="358E430E" w14:textId="32FF14BD">
      <w:r w:rsidRPr="3570B21E">
        <w:rPr>
          <w:rFonts w:eastAsia="Calibri" w:cs="Calibri"/>
          <w:color w:val="999999"/>
          <w:sz w:val="18"/>
          <w:szCs w:val="18"/>
        </w:rPr>
        <w:t>────────────────────────────────────────────────────────────</w:t>
      </w:r>
    </w:p>
    <w:p w:rsidR="4BDD123E" w:rsidP="3570B21E" w:rsidRDefault="4BDD123E" w14:paraId="2CBAF241" w14:textId="6008EA91">
      <w:pPr>
        <w:pStyle w:val="Heading1"/>
      </w:pPr>
      <w:r w:rsidRPr="3570B21E">
        <w:rPr>
          <w:rFonts w:ascii="Calibri" w:hAnsi="Calibri" w:eastAsia="Calibri" w:cs="Calibri"/>
        </w:rPr>
        <w:t>Verification Checklist</w:t>
      </w:r>
    </w:p>
    <w:p w:rsidR="4BDD123E" w:rsidP="3570B21E" w:rsidRDefault="4BDD123E" w14:paraId="4679024F" w14:textId="791177F1">
      <w:r w:rsidRPr="3570B21E">
        <w:rPr>
          <w:rFonts w:eastAsia="Calibri" w:cs="Calibri"/>
        </w:rPr>
        <w:t>Work through each part in order. Every check should pass before moving to the next section.</w:t>
      </w:r>
    </w:p>
    <w:p w:rsidR="4BDD123E" w:rsidP="3570B21E" w:rsidRDefault="4BDD123E" w14:paraId="72781463" w14:textId="300E6F16">
      <w:pPr>
        <w:pStyle w:val="Heading2"/>
      </w:pPr>
      <w:r w:rsidRPr="3570B21E">
        <w:rPr>
          <w:rFonts w:ascii="Calibri" w:hAnsi="Calibri" w:eastAsia="Calibri" w:cs="Calibri"/>
        </w:rPr>
        <w:t>Part 1: Base Software</w:t>
      </w:r>
    </w:p>
    <w:p w:rsidR="4BDD123E" w:rsidP="3570B21E" w:rsidRDefault="4BDD123E" w14:paraId="108C2047" w14:textId="1ADF39A6">
      <w:pPr>
        <w:pStyle w:val="ListParagraph"/>
        <w:numPr>
          <w:ilvl w:val="0"/>
          <w:numId w:val="10"/>
        </w:numPr>
        <w:spacing w:after="0"/>
        <w:ind w:left="360"/>
        <w:rPr>
          <w:rFonts w:eastAsia="Calibri" w:cs="Calibri"/>
        </w:rPr>
      </w:pPr>
      <w:r w:rsidRPr="3570B21E">
        <w:rPr>
          <w:rFonts w:eastAsia="Calibri" w:cs="Calibri"/>
        </w:rPr>
        <w:t>[ ] node -v  returns version number (e.g., v20.x.x)</w:t>
      </w:r>
    </w:p>
    <w:p w:rsidR="4BDD123E" w:rsidP="3570B21E" w:rsidRDefault="4BDD123E" w14:paraId="5BBE26D4" w14:textId="1E15DA72">
      <w:pPr>
        <w:pStyle w:val="ListParagraph"/>
        <w:numPr>
          <w:ilvl w:val="0"/>
          <w:numId w:val="10"/>
        </w:numPr>
        <w:spacing w:after="0"/>
        <w:ind w:left="360"/>
        <w:rPr>
          <w:rFonts w:eastAsia="Calibri" w:cs="Calibri"/>
        </w:rPr>
      </w:pPr>
      <w:r w:rsidRPr="3570B21E">
        <w:rPr>
          <w:rFonts w:eastAsia="Calibri" w:cs="Calibri"/>
        </w:rPr>
        <w:t>[ ] git -v  returns version number (e.g., git version 2.x.x)</w:t>
      </w:r>
    </w:p>
    <w:p w:rsidR="4BDD123E" w:rsidP="3570B21E" w:rsidRDefault="4BDD123E" w14:paraId="1342DBD9" w14:textId="32742D55">
      <w:pPr>
        <w:pStyle w:val="ListParagraph"/>
        <w:numPr>
          <w:ilvl w:val="0"/>
          <w:numId w:val="10"/>
        </w:numPr>
        <w:spacing w:after="0"/>
        <w:ind w:left="360"/>
        <w:rPr>
          <w:rFonts w:eastAsia="Calibri" w:cs="Calibri"/>
        </w:rPr>
      </w:pPr>
      <w:r w:rsidRPr="3570B21E">
        <w:rPr>
          <w:rFonts w:eastAsia="Calibri" w:cs="Calibri"/>
        </w:rPr>
        <w:t>[ ] Obsidian launches from Start Menu / Spotlight</w:t>
      </w:r>
    </w:p>
    <w:p w:rsidR="4BDD123E" w:rsidP="3570B21E" w:rsidRDefault="4BDD123E" w14:paraId="48770535" w14:textId="3EAD92FA">
      <w:pPr>
        <w:pStyle w:val="ListParagraph"/>
        <w:numPr>
          <w:ilvl w:val="0"/>
          <w:numId w:val="10"/>
        </w:numPr>
        <w:spacing w:after="0"/>
        <w:ind w:left="360"/>
        <w:rPr>
          <w:rFonts w:eastAsia="Calibri" w:cs="Calibri"/>
        </w:rPr>
      </w:pPr>
      <w:r w:rsidRPr="3570B21E">
        <w:rPr>
          <w:rFonts w:eastAsia="Calibri" w:cs="Calibri"/>
        </w:rPr>
        <w:t>[ ] PATH contains Node.js and Git paths (echo $env:PATH on Windows, echo $PATH on Mac)</w:t>
      </w:r>
    </w:p>
    <w:p w:rsidR="4BDD123E" w:rsidP="3570B21E" w:rsidRDefault="4BDD123E" w14:paraId="4B30842B" w14:textId="68028EE1">
      <w:pPr>
        <w:pStyle w:val="Heading2"/>
      </w:pPr>
      <w:r w:rsidRPr="3570B21E">
        <w:rPr>
          <w:rFonts w:ascii="Calibri" w:hAnsi="Calibri" w:eastAsia="Calibri" w:cs="Calibri"/>
        </w:rPr>
        <w:t>Part 2: Project Structure</w:t>
      </w:r>
    </w:p>
    <w:p w:rsidR="4BDD123E" w:rsidP="3570B21E" w:rsidRDefault="4BDD123E" w14:paraId="0DE45548" w14:textId="4439356B">
      <w:pPr>
        <w:pStyle w:val="ListParagraph"/>
        <w:numPr>
          <w:ilvl w:val="0"/>
          <w:numId w:val="10"/>
        </w:numPr>
        <w:spacing w:after="0"/>
        <w:ind w:left="360"/>
        <w:rPr>
          <w:rFonts w:eastAsia="Calibri" w:cs="Calibri"/>
        </w:rPr>
      </w:pPr>
      <w:r w:rsidRPr="3570B21E">
        <w:rPr>
          <w:rFonts w:eastAsia="Calibri" w:cs="Calibri"/>
        </w:rPr>
        <w:t>[ ] Code directory exists (C:\Users\%USERNAME%\Code on Windows, ~/Code on Mac)</w:t>
      </w:r>
    </w:p>
    <w:p w:rsidR="4BDD123E" w:rsidP="3570B21E" w:rsidRDefault="4BDD123E" w14:paraId="02E7DFA4" w14:textId="6E1C76FD">
      <w:pPr>
        <w:pStyle w:val="ListParagraph"/>
        <w:numPr>
          <w:ilvl w:val="0"/>
          <w:numId w:val="10"/>
        </w:numPr>
        <w:spacing w:after="0"/>
        <w:ind w:left="360"/>
        <w:rPr>
          <w:rFonts w:eastAsia="Calibri" w:cs="Calibri"/>
        </w:rPr>
      </w:pPr>
      <w:r w:rsidRPr="3570B21E">
        <w:rPr>
          <w:rFonts w:eastAsia="Calibri" w:cs="Calibri"/>
        </w:rPr>
        <w:t>[ ] Claude-01 folder exists inside Code/</w:t>
      </w:r>
    </w:p>
    <w:p w:rsidR="4BDD123E" w:rsidP="3570B21E" w:rsidRDefault="4BDD123E" w14:paraId="6E63955E" w14:textId="3C4088DD">
      <w:pPr>
        <w:pStyle w:val="Heading2"/>
      </w:pPr>
      <w:r w:rsidRPr="3570B21E">
        <w:rPr>
          <w:rFonts w:ascii="Calibri" w:hAnsi="Calibri" w:eastAsia="Calibri" w:cs="Calibri"/>
        </w:rPr>
        <w:t>Part 3: Claude Code CLI</w:t>
      </w:r>
    </w:p>
    <w:p w:rsidR="4BDD123E" w:rsidP="3570B21E" w:rsidRDefault="4BDD123E" w14:paraId="2BCAFF46" w14:textId="56695ADC">
      <w:pPr>
        <w:pStyle w:val="ListParagraph"/>
        <w:numPr>
          <w:ilvl w:val="0"/>
          <w:numId w:val="10"/>
        </w:numPr>
        <w:spacing w:after="0"/>
        <w:ind w:left="360"/>
        <w:rPr>
          <w:rFonts w:eastAsia="Calibri" w:cs="Calibri"/>
        </w:rPr>
      </w:pPr>
      <w:r w:rsidRPr="3570B21E">
        <w:rPr>
          <w:rFonts w:eastAsia="Calibri" w:cs="Calibri"/>
        </w:rPr>
        <w:t>[ ] claude -v  returns version 1.0.58 or newer</w:t>
      </w:r>
    </w:p>
    <w:p w:rsidR="4BDD123E" w:rsidP="3570B21E" w:rsidRDefault="4BDD123E" w14:paraId="0AB074F8" w14:textId="7078D210">
      <w:pPr>
        <w:pStyle w:val="ListParagraph"/>
        <w:numPr>
          <w:ilvl w:val="0"/>
          <w:numId w:val="10"/>
        </w:numPr>
        <w:spacing w:after="0"/>
        <w:ind w:left="360"/>
        <w:rPr>
          <w:rFonts w:eastAsia="Calibri" w:cs="Calibri"/>
        </w:rPr>
      </w:pPr>
      <w:r w:rsidRPr="3570B21E">
        <w:rPr>
          <w:rFonts w:eastAsia="Calibri" w:cs="Calibri"/>
        </w:rPr>
        <w:t>[ ] where.exe claude (Windows) or which claude (Mac)  shows path to binary</w:t>
      </w:r>
    </w:p>
    <w:p w:rsidR="4BDD123E" w:rsidP="3570B21E" w:rsidRDefault="4BDD123E" w14:paraId="7BECB92B" w14:textId="24CEE65F">
      <w:pPr>
        <w:pStyle w:val="Heading2"/>
      </w:pPr>
      <w:r w:rsidRPr="3570B21E">
        <w:rPr>
          <w:rFonts w:ascii="Calibri" w:hAnsi="Calibri" w:eastAsia="Calibri" w:cs="Calibri"/>
        </w:rPr>
        <w:t>Part 4: Claude Code Configuration</w:t>
      </w:r>
    </w:p>
    <w:p w:rsidR="4BDD123E" w:rsidP="3570B21E" w:rsidRDefault="4BDD123E" w14:paraId="68C04A24" w14:textId="4A0A2997">
      <w:pPr>
        <w:pStyle w:val="ListParagraph"/>
        <w:numPr>
          <w:ilvl w:val="0"/>
          <w:numId w:val="10"/>
        </w:numPr>
        <w:spacing w:after="0"/>
        <w:ind w:left="360"/>
        <w:rPr>
          <w:rFonts w:eastAsia="Calibri" w:cs="Calibri"/>
        </w:rPr>
      </w:pPr>
      <w:r w:rsidRPr="3570B21E">
        <w:rPr>
          <w:rFonts w:eastAsia="Calibri" w:cs="Calibri"/>
        </w:rPr>
        <w:t>[ ] Running claude in terminal does not prompt for login (already authenticated)</w:t>
      </w:r>
    </w:p>
    <w:p w:rsidR="4BDD123E" w:rsidP="3570B21E" w:rsidRDefault="4BDD123E" w14:paraId="1A1D4EA5" w14:textId="1AE92E11">
      <w:pPr>
        <w:pStyle w:val="ListParagraph"/>
        <w:numPr>
          <w:ilvl w:val="0"/>
          <w:numId w:val="10"/>
        </w:numPr>
        <w:spacing w:after="0"/>
        <w:ind w:left="360"/>
        <w:rPr>
          <w:rFonts w:eastAsia="Calibri" w:cs="Calibri"/>
        </w:rPr>
      </w:pPr>
      <w:r w:rsidRPr="3570B21E">
        <w:rPr>
          <w:rFonts w:eastAsia="Calibri" w:cs="Calibri"/>
        </w:rPr>
        <w:t>[ ] .claude/ directory exists in Claude-01 project</w:t>
      </w:r>
    </w:p>
    <w:p w:rsidR="4BDD123E" w:rsidP="3570B21E" w:rsidRDefault="4BDD123E" w14:paraId="4BDC46B5" w14:textId="5D1A4ECE">
      <w:pPr>
        <w:pStyle w:val="ListParagraph"/>
        <w:numPr>
          <w:ilvl w:val="0"/>
          <w:numId w:val="10"/>
        </w:numPr>
        <w:spacing w:after="0"/>
        <w:ind w:left="360"/>
        <w:rPr>
          <w:rFonts w:eastAsia="Calibri" w:cs="Calibri"/>
        </w:rPr>
      </w:pPr>
      <w:r w:rsidRPr="3570B21E">
        <w:rPr>
          <w:rFonts w:eastAsia="Calibri" w:cs="Calibri"/>
        </w:rPr>
        <w:t>[ ] .claude/agents/ directory exists</w:t>
      </w:r>
    </w:p>
    <w:p w:rsidR="4BDD123E" w:rsidP="3570B21E" w:rsidRDefault="4BDD123E" w14:paraId="2D4CDA58" w14:textId="24B3503F">
      <w:pPr>
        <w:pStyle w:val="ListParagraph"/>
        <w:numPr>
          <w:ilvl w:val="0"/>
          <w:numId w:val="10"/>
        </w:numPr>
        <w:spacing w:after="0"/>
        <w:ind w:left="360"/>
        <w:rPr>
          <w:rFonts w:eastAsia="Calibri" w:cs="Calibri"/>
        </w:rPr>
      </w:pPr>
      <w:r w:rsidRPr="3570B21E">
        <w:rPr>
          <w:rFonts w:eastAsia="Calibri" w:cs="Calibri"/>
        </w:rPr>
        <w:t>[ ] /agents in Claude shows claude-code-expert</w:t>
      </w:r>
    </w:p>
    <w:p w:rsidR="4BDD123E" w:rsidP="3570B21E" w:rsidRDefault="4BDD123E" w14:paraId="6792ED9D" w14:textId="64D6EBEB">
      <w:pPr>
        <w:pStyle w:val="ListParagraph"/>
        <w:numPr>
          <w:ilvl w:val="0"/>
          <w:numId w:val="10"/>
        </w:numPr>
        <w:spacing w:after="0"/>
        <w:ind w:left="360"/>
        <w:rPr>
          <w:rFonts w:eastAsia="Calibri" w:cs="Calibri"/>
        </w:rPr>
      </w:pPr>
      <w:r w:rsidRPr="3570B21E">
        <w:rPr>
          <w:rFonts w:eastAsia="Calibri" w:cs="Calibri"/>
        </w:rPr>
        <w:t>[ ] /model in Claude shows Opus</w:t>
      </w:r>
    </w:p>
    <w:p w:rsidR="4BDD123E" w:rsidP="3570B21E" w:rsidRDefault="4BDD123E" w14:paraId="62AD0B74" w14:textId="56DBF177">
      <w:pPr>
        <w:pStyle w:val="Heading2"/>
      </w:pPr>
      <w:r w:rsidRPr="3570B21E">
        <w:rPr>
          <w:rFonts w:ascii="Calibri" w:hAnsi="Calibri" w:eastAsia="Calibri" w:cs="Calibri"/>
        </w:rPr>
        <w:t>Part 5: MCP Servers</w:t>
      </w:r>
    </w:p>
    <w:p w:rsidR="4BDD123E" w:rsidP="3570B21E" w:rsidRDefault="4BDD123E" w14:paraId="58E5BC3E" w14:textId="4B3FD70B">
      <w:pPr>
        <w:pStyle w:val="ListParagraph"/>
        <w:numPr>
          <w:ilvl w:val="0"/>
          <w:numId w:val="10"/>
        </w:numPr>
        <w:spacing w:after="0"/>
        <w:ind w:left="360"/>
        <w:rPr>
          <w:rFonts w:eastAsia="Calibri" w:cs="Calibri"/>
        </w:rPr>
      </w:pPr>
      <w:r w:rsidRPr="3570B21E">
        <w:rPr>
          <w:rFonts w:eastAsia="Calibri" w:cs="Calibri"/>
        </w:rPr>
        <w:t>[ ] /mcp in Claude lists installed servers</w:t>
      </w:r>
    </w:p>
    <w:p w:rsidR="4BDD123E" w:rsidP="3570B21E" w:rsidRDefault="4BDD123E" w14:paraId="1056A1F8" w14:textId="057D138D">
      <w:pPr>
        <w:pStyle w:val="ListParagraph"/>
        <w:numPr>
          <w:ilvl w:val="0"/>
          <w:numId w:val="10"/>
        </w:numPr>
        <w:spacing w:after="0"/>
        <w:ind w:left="360"/>
        <w:rPr>
          <w:rFonts w:eastAsia="Calibri" w:cs="Calibri"/>
        </w:rPr>
      </w:pPr>
      <w:r w:rsidRPr="3570B21E">
        <w:rPr>
          <w:rFonts w:eastAsia="Calibri" w:cs="Calibri"/>
        </w:rPr>
        <w:t>[ ] obsidian server  status: connected</w:t>
      </w:r>
    </w:p>
    <w:p w:rsidR="4BDD123E" w:rsidP="3570B21E" w:rsidRDefault="4BDD123E" w14:paraId="2D61DA91" w14:textId="2EA159BF">
      <w:pPr>
        <w:pStyle w:val="ListParagraph"/>
        <w:numPr>
          <w:ilvl w:val="0"/>
          <w:numId w:val="10"/>
        </w:numPr>
        <w:spacing w:after="0"/>
        <w:ind w:left="360"/>
        <w:rPr>
          <w:rFonts w:eastAsia="Calibri" w:cs="Calibri"/>
        </w:rPr>
      </w:pPr>
      <w:r w:rsidRPr="3570B21E">
        <w:rPr>
          <w:rFonts w:eastAsia="Calibri" w:cs="Calibri"/>
        </w:rPr>
        <w:t>[ ] brave-search server  status: connected</w:t>
      </w:r>
    </w:p>
    <w:p w:rsidR="4BDD123E" w:rsidP="3570B21E" w:rsidRDefault="4BDD123E" w14:paraId="73807133" w14:textId="375A2B88">
      <w:pPr>
        <w:pStyle w:val="ListParagraph"/>
        <w:numPr>
          <w:ilvl w:val="0"/>
          <w:numId w:val="10"/>
        </w:numPr>
        <w:spacing w:after="0"/>
        <w:ind w:left="360"/>
        <w:rPr>
          <w:rFonts w:eastAsia="Calibri" w:cs="Calibri"/>
        </w:rPr>
      </w:pPr>
      <w:r w:rsidRPr="3570B21E">
        <w:rPr>
          <w:rFonts w:eastAsia="Calibri" w:cs="Calibri"/>
        </w:rPr>
        <w:t>[ ] tavily server  status: connected</w:t>
      </w:r>
    </w:p>
    <w:p w:rsidR="4BDD123E" w:rsidP="3570B21E" w:rsidRDefault="4BDD123E" w14:paraId="184F8FA7" w14:textId="457AB220">
      <w:pPr>
        <w:pStyle w:val="ListParagraph"/>
        <w:numPr>
          <w:ilvl w:val="0"/>
          <w:numId w:val="10"/>
        </w:numPr>
        <w:spacing w:after="0"/>
        <w:ind w:left="360"/>
        <w:rPr>
          <w:rFonts w:eastAsia="Calibri" w:cs="Calibri"/>
        </w:rPr>
      </w:pPr>
      <w:r w:rsidRPr="3570B21E">
        <w:rPr>
          <w:rFonts w:eastAsia="Calibri" w:cs="Calibri"/>
        </w:rPr>
        <w:t>[ ] exa server  status: connected</w:t>
      </w:r>
    </w:p>
    <w:p w:rsidR="4BDD123E" w:rsidP="3570B21E" w:rsidRDefault="4BDD123E" w14:paraId="5D81EF9D" w14:textId="49AA4B3F">
      <w:pPr>
        <w:pStyle w:val="ListParagraph"/>
        <w:numPr>
          <w:ilvl w:val="0"/>
          <w:numId w:val="10"/>
        </w:numPr>
        <w:spacing w:after="0"/>
        <w:ind w:left="360"/>
        <w:rPr>
          <w:rFonts w:eastAsia="Calibri" w:cs="Calibri"/>
        </w:rPr>
      </w:pPr>
      <w:r w:rsidRPr="3570B21E">
        <w:rPr>
          <w:rFonts w:eastAsia="Calibri" w:cs="Calibri"/>
        </w:rPr>
        <w:t>[ ] No servers show "failed" status</w:t>
      </w:r>
    </w:p>
    <w:p w:rsidR="4BDD123E" w:rsidP="3570B21E" w:rsidRDefault="4BDD123E" w14:paraId="194FEC33" w14:textId="2BB9198E">
      <w:pPr>
        <w:pStyle w:val="Heading2"/>
      </w:pPr>
      <w:r w:rsidRPr="3570B21E">
        <w:rPr>
          <w:rFonts w:ascii="Calibri" w:hAnsi="Calibri" w:eastAsia="Calibri" w:cs="Calibri"/>
        </w:rPr>
        <w:t>Part 6: Obsidian Plugins &amp; Configuration</w:t>
      </w:r>
    </w:p>
    <w:p w:rsidR="4BDD123E" w:rsidP="3570B21E" w:rsidRDefault="4BDD123E" w14:paraId="429D585F" w14:textId="2C0458CA">
      <w:pPr>
        <w:pStyle w:val="ListParagraph"/>
        <w:numPr>
          <w:ilvl w:val="0"/>
          <w:numId w:val="10"/>
        </w:numPr>
        <w:spacing w:after="0"/>
        <w:ind w:left="360"/>
        <w:rPr>
          <w:rFonts w:eastAsia="Calibri" w:cs="Calibri"/>
        </w:rPr>
      </w:pPr>
      <w:r w:rsidRPr="3570B21E">
        <w:rPr>
          <w:rFonts w:eastAsia="Calibri" w:cs="Calibri"/>
        </w:rPr>
        <w:t>[ ] Community plugins toggle is ON (Settings &gt; Community Plugins)</w:t>
      </w:r>
    </w:p>
    <w:p w:rsidR="4BDD123E" w:rsidP="3570B21E" w:rsidRDefault="4BDD123E" w14:paraId="39564F15" w14:textId="648E65D3">
      <w:pPr>
        <w:pStyle w:val="ListParagraph"/>
        <w:numPr>
          <w:ilvl w:val="0"/>
          <w:numId w:val="10"/>
        </w:numPr>
        <w:spacing w:after="0"/>
        <w:ind w:left="360"/>
        <w:rPr>
          <w:rFonts w:eastAsia="Calibri" w:cs="Calibri"/>
        </w:rPr>
      </w:pPr>
      <w:r w:rsidRPr="3570B21E">
        <w:rPr>
          <w:rFonts w:eastAsia="Calibri" w:cs="Calibri"/>
        </w:rPr>
        <w:t>[ ] Local REST API  installed and enabled</w:t>
      </w:r>
    </w:p>
    <w:p w:rsidR="4BDD123E" w:rsidP="3570B21E" w:rsidRDefault="4BDD123E" w14:paraId="7DE7F6AC" w14:textId="088E46C3">
      <w:pPr>
        <w:pStyle w:val="ListParagraph"/>
        <w:numPr>
          <w:ilvl w:val="0"/>
          <w:numId w:val="10"/>
        </w:numPr>
        <w:spacing w:after="0"/>
        <w:ind w:left="360"/>
        <w:rPr>
          <w:rFonts w:eastAsia="Calibri" w:cs="Calibri"/>
        </w:rPr>
      </w:pPr>
      <w:r w:rsidRPr="3570B21E">
        <w:rPr>
          <w:rFonts w:eastAsia="Calibri" w:cs="Calibri"/>
        </w:rPr>
        <w:t>[ ] Dataview  installed and enabled</w:t>
      </w:r>
    </w:p>
    <w:p w:rsidR="4BDD123E" w:rsidP="3570B21E" w:rsidRDefault="4BDD123E" w14:paraId="2819FD4D" w14:textId="39361FA6">
      <w:pPr>
        <w:pStyle w:val="ListParagraph"/>
        <w:numPr>
          <w:ilvl w:val="0"/>
          <w:numId w:val="10"/>
        </w:numPr>
        <w:spacing w:after="0"/>
        <w:ind w:left="360"/>
        <w:rPr>
          <w:rFonts w:eastAsia="Calibri" w:cs="Calibri"/>
        </w:rPr>
      </w:pPr>
      <w:r w:rsidRPr="3570B21E">
        <w:rPr>
          <w:rFonts w:eastAsia="Calibri" w:cs="Calibri"/>
        </w:rPr>
        <w:t>[ ] Templater  installed and enabled</w:t>
      </w:r>
    </w:p>
    <w:p w:rsidR="4BDD123E" w:rsidP="3570B21E" w:rsidRDefault="4BDD123E" w14:paraId="25372CC7" w14:textId="74EB1AE8">
      <w:pPr>
        <w:pStyle w:val="ListParagraph"/>
        <w:numPr>
          <w:ilvl w:val="0"/>
          <w:numId w:val="10"/>
        </w:numPr>
        <w:spacing w:after="0"/>
        <w:ind w:left="360"/>
        <w:rPr>
          <w:rFonts w:eastAsia="Calibri" w:cs="Calibri"/>
        </w:rPr>
      </w:pPr>
      <w:r w:rsidRPr="3570B21E">
        <w:rPr>
          <w:rFonts w:eastAsia="Calibri" w:cs="Calibri"/>
        </w:rPr>
        <w:t>[ ] Git  installed and enabled</w:t>
      </w:r>
    </w:p>
    <w:p w:rsidR="4BDD123E" w:rsidP="3570B21E" w:rsidRDefault="4BDD123E" w14:paraId="4C077A24" w14:textId="0FB85E3D">
      <w:pPr>
        <w:pStyle w:val="ListParagraph"/>
        <w:numPr>
          <w:ilvl w:val="0"/>
          <w:numId w:val="10"/>
        </w:numPr>
        <w:spacing w:after="0"/>
        <w:ind w:left="360"/>
        <w:rPr>
          <w:rFonts w:eastAsia="Calibri" w:cs="Calibri"/>
        </w:rPr>
      </w:pPr>
      <w:r w:rsidRPr="3570B21E">
        <w:rPr>
          <w:rFonts w:eastAsia="Calibri" w:cs="Calibri"/>
        </w:rPr>
        <w:t>[ ] Mermaid Tools  installed and enabled</w:t>
      </w:r>
    </w:p>
    <w:p w:rsidR="4BDD123E" w:rsidP="3570B21E" w:rsidRDefault="4BDD123E" w14:paraId="7654D511" w14:textId="01B18DCF">
      <w:pPr>
        <w:pStyle w:val="ListParagraph"/>
        <w:numPr>
          <w:ilvl w:val="0"/>
          <w:numId w:val="10"/>
        </w:numPr>
        <w:spacing w:after="0"/>
        <w:ind w:left="360"/>
        <w:rPr>
          <w:rFonts w:eastAsia="Calibri" w:cs="Calibri"/>
        </w:rPr>
      </w:pPr>
      <w:r w:rsidRPr="3570B21E">
        <w:rPr>
          <w:rFonts w:eastAsia="Calibri" w:cs="Calibri"/>
        </w:rPr>
        <w:t>[ ] Smart Connections  installed and enabled</w:t>
      </w:r>
    </w:p>
    <w:p w:rsidR="4BDD123E" w:rsidP="3570B21E" w:rsidRDefault="4BDD123E" w14:paraId="2F00CA72" w14:textId="21F24B3C">
      <w:pPr>
        <w:pStyle w:val="ListParagraph"/>
        <w:numPr>
          <w:ilvl w:val="0"/>
          <w:numId w:val="10"/>
        </w:numPr>
        <w:spacing w:after="0"/>
        <w:ind w:left="360"/>
        <w:rPr>
          <w:rFonts w:eastAsia="Calibri" w:cs="Calibri"/>
        </w:rPr>
      </w:pPr>
      <w:r w:rsidRPr="3570B21E">
        <w:rPr>
          <w:rFonts w:eastAsia="Calibri" w:cs="Calibri"/>
        </w:rPr>
        <w:t>[ ] MCP Tools  installed and enabled</w:t>
      </w:r>
    </w:p>
    <w:p w:rsidR="4BDD123E" w:rsidP="3570B21E" w:rsidRDefault="4BDD123E" w14:paraId="26F472F1" w14:textId="1185AB9D">
      <w:pPr>
        <w:pStyle w:val="ListParagraph"/>
        <w:numPr>
          <w:ilvl w:val="0"/>
          <w:numId w:val="10"/>
        </w:numPr>
        <w:spacing w:after="0"/>
        <w:ind w:left="360"/>
        <w:rPr>
          <w:rFonts w:eastAsia="Calibri" w:cs="Calibri"/>
        </w:rPr>
      </w:pPr>
      <w:r w:rsidRPr="3570B21E">
        <w:rPr>
          <w:rFonts w:eastAsia="Calibri" w:cs="Calibri"/>
        </w:rPr>
        <w:t>[ ] Local REST API: "Enable Unencrypted HTTP" is checked</w:t>
      </w:r>
    </w:p>
    <w:p w:rsidR="4BDD123E" w:rsidP="3570B21E" w:rsidRDefault="4BDD123E" w14:paraId="0780E17F" w14:textId="086A9363">
      <w:pPr>
        <w:pStyle w:val="ListParagraph"/>
        <w:numPr>
          <w:ilvl w:val="0"/>
          <w:numId w:val="10"/>
        </w:numPr>
        <w:spacing w:after="0"/>
        <w:ind w:left="360"/>
        <w:rPr>
          <w:rFonts w:eastAsia="Calibri" w:cs="Calibri"/>
        </w:rPr>
      </w:pPr>
      <w:r w:rsidRPr="3570B21E">
        <w:rPr>
          <w:rFonts w:eastAsia="Calibri" w:cs="Calibri"/>
        </w:rPr>
        <w:t>[ ] Local REST API: port shows 27123</w:t>
      </w:r>
    </w:p>
    <w:p w:rsidR="4BDD123E" w:rsidP="3570B21E" w:rsidRDefault="4BDD123E" w14:paraId="328DDA8B" w14:textId="1541353F">
      <w:pPr>
        <w:pStyle w:val="ListParagraph"/>
        <w:numPr>
          <w:ilvl w:val="0"/>
          <w:numId w:val="10"/>
        </w:numPr>
        <w:spacing w:after="0"/>
        <w:ind w:left="360"/>
        <w:rPr>
          <w:rFonts w:eastAsia="Calibri" w:cs="Calibri"/>
        </w:rPr>
      </w:pPr>
      <w:r w:rsidRPr="3570B21E">
        <w:rPr>
          <w:rFonts w:eastAsia="Calibri" w:cs="Calibri"/>
        </w:rPr>
        <w:t>[ ] MCP Tools: "Test Connection" shows all green checkmarks</w:t>
      </w:r>
    </w:p>
    <w:p w:rsidR="4BDD123E" w:rsidP="3570B21E" w:rsidRDefault="4BDD123E" w14:paraId="545E0AC1" w14:textId="46A2581A">
      <w:pPr>
        <w:pStyle w:val="ListParagraph"/>
        <w:numPr>
          <w:ilvl w:val="0"/>
          <w:numId w:val="10"/>
        </w:numPr>
        <w:spacing w:after="0"/>
        <w:ind w:left="360"/>
        <w:rPr>
          <w:rFonts w:eastAsia="Calibri" w:cs="Calibri"/>
        </w:rPr>
      </w:pPr>
      <w:r w:rsidRPr="3570B21E">
        <w:rPr>
          <w:rFonts w:eastAsia="Calibri" w:cs="Calibri"/>
        </w:rPr>
        <w:t>[ ] MCP Tools: "Install MCP Server" has been completed</w:t>
      </w:r>
    </w:p>
    <w:p w:rsidR="4BDD123E" w:rsidP="3570B21E" w:rsidRDefault="4BDD123E" w14:paraId="7FD5D73C" w14:textId="1EB307F1">
      <w:pPr>
        <w:pStyle w:val="Heading2"/>
      </w:pPr>
      <w:r w:rsidRPr="3570B21E">
        <w:rPr>
          <w:rFonts w:ascii="Calibri" w:hAnsi="Calibri" w:eastAsia="Calibri" w:cs="Calibri"/>
        </w:rPr>
        <w:t>Part 7: Digital Twin (Obsidian &lt;&gt; Claude)</w:t>
      </w:r>
    </w:p>
    <w:p w:rsidR="4BDD123E" w:rsidP="3570B21E" w:rsidRDefault="4BDD123E" w14:paraId="1B35C239" w14:textId="723293E4">
      <w:pPr>
        <w:pStyle w:val="ListParagraph"/>
        <w:numPr>
          <w:ilvl w:val="0"/>
          <w:numId w:val="10"/>
        </w:numPr>
        <w:spacing w:after="0"/>
        <w:ind w:left="360"/>
        <w:rPr>
          <w:rFonts w:eastAsia="Calibri" w:cs="Calibri"/>
        </w:rPr>
      </w:pPr>
      <w:r w:rsidRPr="3570B21E">
        <w:rPr>
          <w:rFonts w:eastAsia="Calibri" w:cs="Calibri"/>
        </w:rPr>
        <w:t>[ ] PARA folders visible in Obsidian: Projects/, Areas/, Resources/, Archives/</w:t>
      </w:r>
    </w:p>
    <w:p w:rsidR="4BDD123E" w:rsidP="3570B21E" w:rsidRDefault="4BDD123E" w14:paraId="6B7507CC" w14:textId="2007255B">
      <w:pPr>
        <w:pStyle w:val="ListParagraph"/>
        <w:numPr>
          <w:ilvl w:val="0"/>
          <w:numId w:val="10"/>
        </w:numPr>
        <w:spacing w:after="0"/>
        <w:ind w:left="360"/>
        <w:rPr>
          <w:rFonts w:eastAsia="Calibri" w:cs="Calibri"/>
        </w:rPr>
      </w:pPr>
      <w:r w:rsidRPr="3570B21E">
        <w:rPr>
          <w:rFonts w:eastAsia="Calibri" w:cs="Calibri"/>
        </w:rPr>
        <w:t>[ ] /capture "test" in Claude runs without error</w:t>
      </w:r>
    </w:p>
    <w:p w:rsidR="4BDD123E" w:rsidP="3570B21E" w:rsidRDefault="4BDD123E" w14:paraId="7B84A0D2" w14:textId="79D80CBF">
      <w:pPr>
        <w:pStyle w:val="ListParagraph"/>
        <w:numPr>
          <w:ilvl w:val="0"/>
          <w:numId w:val="10"/>
        </w:numPr>
        <w:spacing w:after="0"/>
        <w:ind w:left="360"/>
        <w:rPr>
          <w:rFonts w:eastAsia="Calibri" w:cs="Calibri"/>
        </w:rPr>
      </w:pPr>
      <w:r w:rsidRPr="3570B21E">
        <w:rPr>
          <w:rFonts w:eastAsia="Calibri" w:cs="Calibri"/>
        </w:rPr>
        <w:t>[ ] Write a note in Obsidian, then /retrieve it from Claude  content matches</w:t>
      </w:r>
    </w:p>
    <w:p w:rsidR="4BDD123E" w:rsidP="3570B21E" w:rsidRDefault="4BDD123E" w14:paraId="7FA6754D" w14:textId="5F79CD81">
      <w:pPr>
        <w:pStyle w:val="Heading2"/>
      </w:pPr>
      <w:r w:rsidRPr="3570B21E">
        <w:rPr>
          <w:rFonts w:ascii="Calibri" w:hAnsi="Calibri" w:eastAsia="Calibri" w:cs="Calibri"/>
        </w:rPr>
        <w:t>Part 8: Neo4j 5-Tier Memory</w:t>
      </w:r>
    </w:p>
    <w:p w:rsidR="4BDD123E" w:rsidP="3570B21E" w:rsidRDefault="4BDD123E" w14:paraId="34B0F7EF" w14:textId="503BC44B">
      <w:pPr>
        <w:pStyle w:val="ListParagraph"/>
        <w:numPr>
          <w:ilvl w:val="0"/>
          <w:numId w:val="10"/>
        </w:numPr>
        <w:spacing w:after="0"/>
        <w:ind w:left="360"/>
        <w:rPr>
          <w:rFonts w:eastAsia="Calibri" w:cs="Calibri"/>
        </w:rPr>
      </w:pPr>
      <w:r w:rsidRPr="3570B21E">
        <w:rPr>
          <w:rFonts w:eastAsia="Calibri" w:cs="Calibri"/>
        </w:rPr>
        <w:t>[ ] Neo4j Desktop launches</w:t>
      </w:r>
    </w:p>
    <w:p w:rsidR="4BDD123E" w:rsidP="3570B21E" w:rsidRDefault="4BDD123E" w14:paraId="547395A1" w14:textId="5067F782">
      <w:pPr>
        <w:pStyle w:val="ListParagraph"/>
        <w:numPr>
          <w:ilvl w:val="0"/>
          <w:numId w:val="10"/>
        </w:numPr>
        <w:spacing w:after="0"/>
        <w:ind w:left="360"/>
        <w:rPr>
          <w:rFonts w:eastAsia="Calibri" w:cs="Calibri"/>
        </w:rPr>
      </w:pPr>
      <w:r w:rsidRPr="3570B21E">
        <w:rPr>
          <w:rFonts w:eastAsia="Calibri" w:cs="Calibri"/>
        </w:rPr>
        <w:t>[ ] Database shows green "Active" status in Neo4j Desktop</w:t>
      </w:r>
    </w:p>
    <w:p w:rsidR="4BDD123E" w:rsidP="3570B21E" w:rsidRDefault="4BDD123E" w14:paraId="4ED27D79" w14:textId="63E149DC">
      <w:pPr>
        <w:pStyle w:val="ListParagraph"/>
        <w:numPr>
          <w:ilvl w:val="0"/>
          <w:numId w:val="10"/>
        </w:numPr>
        <w:spacing w:after="0"/>
        <w:ind w:left="360"/>
        <w:rPr>
          <w:rFonts w:eastAsia="Calibri" w:cs="Calibri"/>
        </w:rPr>
      </w:pPr>
      <w:r w:rsidRPr="3570B21E">
        <w:rPr>
          <w:rFonts w:eastAsia="Calibri" w:cs="Calibri"/>
        </w:rPr>
        <w:t>[ ] /mcp in Claude shows neo4j server connected</w:t>
      </w:r>
    </w:p>
    <w:p w:rsidR="4BDD123E" w:rsidP="3570B21E" w:rsidRDefault="4BDD123E" w14:paraId="34DC86D3" w14:textId="0A7E3E42">
      <w:pPr>
        <w:pStyle w:val="ListParagraph"/>
        <w:numPr>
          <w:ilvl w:val="0"/>
          <w:numId w:val="10"/>
        </w:numPr>
        <w:spacing w:after="0"/>
        <w:ind w:left="360"/>
        <w:rPr>
          <w:rFonts w:eastAsia="Calibri" w:cs="Calibri"/>
        </w:rPr>
      </w:pPr>
      <w:r w:rsidRPr="3570B21E">
        <w:rPr>
          <w:rFonts w:eastAsia="Calibri" w:cs="Calibri"/>
        </w:rPr>
        <w:t>[ ] Ask Claude "query Neo4j for all nodes"  returns results without error</w:t>
      </w:r>
    </w:p>
    <w:p w:rsidR="4BDD123E" w:rsidP="3570B21E" w:rsidRDefault="4BDD123E" w14:paraId="00E869BD" w14:textId="0BF8ABC1">
      <w:pPr>
        <w:pStyle w:val="Heading2"/>
      </w:pPr>
      <w:r w:rsidRPr="3570B21E">
        <w:rPr>
          <w:rFonts w:ascii="Calibri" w:hAnsi="Calibri" w:eastAsia="Calibri" w:cs="Calibri"/>
        </w:rPr>
        <w:t>Part 9: HT Plugins</w:t>
      </w:r>
    </w:p>
    <w:p w:rsidR="4BDD123E" w:rsidP="3570B21E" w:rsidRDefault="4BDD123E" w14:paraId="1D7D1C28" w14:textId="744FA2B4">
      <w:pPr>
        <w:pStyle w:val="ListParagraph"/>
        <w:numPr>
          <w:ilvl w:val="0"/>
          <w:numId w:val="10"/>
        </w:numPr>
        <w:spacing w:after="0"/>
        <w:ind w:left="360"/>
        <w:rPr>
          <w:rFonts w:eastAsia="Calibri" w:cs="Calibri"/>
        </w:rPr>
      </w:pPr>
      <w:r w:rsidRPr="3570B21E">
        <w:rPr>
          <w:rFonts w:eastAsia="Calibri" w:cs="Calibri"/>
        </w:rPr>
        <w:t>[ ] ht binary is accessible from terminal (ht --version returns version)</w:t>
      </w:r>
    </w:p>
    <w:p w:rsidR="4BDD123E" w:rsidP="3570B21E" w:rsidRDefault="4BDD123E" w14:paraId="43E85320" w14:textId="69EA6B65">
      <w:pPr>
        <w:pStyle w:val="ListParagraph"/>
        <w:numPr>
          <w:ilvl w:val="0"/>
          <w:numId w:val="10"/>
        </w:numPr>
        <w:spacing w:after="0"/>
        <w:ind w:left="360"/>
        <w:rPr>
          <w:rFonts w:eastAsia="Calibri" w:cs="Calibri"/>
        </w:rPr>
      </w:pPr>
      <w:r w:rsidRPr="3570B21E">
        <w:rPr>
          <w:rFonts w:eastAsia="Calibri" w:cs="Calibri"/>
        </w:rPr>
        <w:t>[ ] Plugin skills appear in Claude when running /skills or / commands</w:t>
      </w:r>
    </w:p>
    <w:p w:rsidR="4BDD123E" w:rsidP="3570B21E" w:rsidRDefault="4BDD123E" w14:paraId="61C6B6A3" w14:textId="0E7B0AC4">
      <w:pPr>
        <w:pStyle w:val="ListParagraph"/>
        <w:numPr>
          <w:ilvl w:val="0"/>
          <w:numId w:val="10"/>
        </w:numPr>
        <w:spacing w:after="0"/>
        <w:ind w:left="360"/>
        <w:rPr>
          <w:rFonts w:eastAsia="Calibri" w:cs="Calibri"/>
        </w:rPr>
      </w:pPr>
      <w:r w:rsidRPr="3570B21E">
        <w:rPr>
          <w:rFonts w:eastAsia="Calibri" w:cs="Calibri"/>
        </w:rPr>
        <w:t>[ ] Plugin agents appear in /agents list</w:t>
      </w:r>
    </w:p>
    <w:p w:rsidR="4BDD123E" w:rsidP="3570B21E" w:rsidRDefault="4BDD123E" w14:paraId="1A40D74B" w14:textId="5928BE78">
      <w:pPr>
        <w:pStyle w:val="Heading2"/>
      </w:pPr>
      <w:r w:rsidRPr="3570B21E">
        <w:rPr>
          <w:rFonts w:ascii="Calibri" w:hAnsi="Calibri" w:eastAsia="Calibri" w:cs="Calibri"/>
        </w:rPr>
        <w:t>Part 10: Microsoft O365 MCP</w:t>
      </w:r>
    </w:p>
    <w:p w:rsidR="4BDD123E" w:rsidP="3570B21E" w:rsidRDefault="4BDD123E" w14:paraId="481D1A2F" w14:textId="19960661">
      <w:pPr>
        <w:pStyle w:val="ListParagraph"/>
        <w:numPr>
          <w:ilvl w:val="0"/>
          <w:numId w:val="10"/>
        </w:numPr>
        <w:spacing w:after="0"/>
        <w:ind w:left="360"/>
        <w:rPr>
          <w:rFonts w:eastAsia="Calibri" w:cs="Calibri"/>
        </w:rPr>
      </w:pPr>
      <w:r w:rsidRPr="3570B21E">
        <w:rPr>
          <w:rFonts w:eastAsia="Calibri" w:cs="Calibri"/>
        </w:rPr>
        <w:t>[ ] /mcp in Claude shows outlook server  status: connected</w:t>
      </w:r>
    </w:p>
    <w:p w:rsidR="4BDD123E" w:rsidP="3570B21E" w:rsidRDefault="4BDD123E" w14:paraId="6D3A96B5" w14:textId="481B1624">
      <w:pPr>
        <w:pStyle w:val="ListParagraph"/>
        <w:numPr>
          <w:ilvl w:val="0"/>
          <w:numId w:val="10"/>
        </w:numPr>
        <w:spacing w:after="0"/>
        <w:ind w:left="360"/>
        <w:rPr>
          <w:rFonts w:eastAsia="Calibri" w:cs="Calibri"/>
        </w:rPr>
      </w:pPr>
      <w:r w:rsidRPr="3570B21E">
        <w:rPr>
          <w:rFonts w:eastAsia="Calibri" w:cs="Calibri"/>
        </w:rPr>
        <w:t>[ ] /mcp in Claude shows teams server  status: connected</w:t>
      </w:r>
    </w:p>
    <w:p w:rsidR="4BDD123E" w:rsidP="3570B21E" w:rsidRDefault="4BDD123E" w14:paraId="45E52AD8" w14:textId="14CA84B7">
      <w:pPr>
        <w:pStyle w:val="ListParagraph"/>
        <w:numPr>
          <w:ilvl w:val="0"/>
          <w:numId w:val="10"/>
        </w:numPr>
        <w:spacing w:after="0"/>
        <w:ind w:left="360"/>
        <w:rPr>
          <w:rFonts w:eastAsia="Calibri" w:cs="Calibri"/>
        </w:rPr>
      </w:pPr>
      <w:r w:rsidRPr="3570B21E">
        <w:rPr>
          <w:rFonts w:eastAsia="Calibri" w:cs="Calibri"/>
        </w:rPr>
        <w:t>[ ] /mcp in Claude shows sharepoint server  status: connected</w:t>
      </w:r>
    </w:p>
    <w:p w:rsidR="4BDD123E" w:rsidP="3570B21E" w:rsidRDefault="4BDD123E" w14:paraId="6FCA2811" w14:textId="0C85AB03">
      <w:pPr>
        <w:pStyle w:val="ListParagraph"/>
        <w:numPr>
          <w:ilvl w:val="0"/>
          <w:numId w:val="10"/>
        </w:numPr>
        <w:spacing w:after="0"/>
        <w:ind w:left="360"/>
        <w:rPr>
          <w:rFonts w:eastAsia="Calibri" w:cs="Calibri"/>
        </w:rPr>
      </w:pPr>
      <w:r w:rsidRPr="3570B21E">
        <w:rPr>
          <w:rFonts w:eastAsia="Calibri" w:cs="Calibri"/>
        </w:rPr>
        <w:t>[ ] Ask Claude to "list my recent emails"  returns results without auth error</w:t>
      </w:r>
    </w:p>
    <w:p w:rsidR="4BDD123E" w:rsidP="3570B21E" w:rsidRDefault="4BDD123E" w14:paraId="29D86E60" w14:textId="08A714A1">
      <w:pPr>
        <w:pStyle w:val="ListParagraph"/>
        <w:numPr>
          <w:ilvl w:val="0"/>
          <w:numId w:val="10"/>
        </w:numPr>
        <w:spacing w:after="0"/>
        <w:ind w:left="360"/>
        <w:rPr>
          <w:rFonts w:eastAsia="Calibri" w:cs="Calibri"/>
        </w:rPr>
      </w:pPr>
      <w:r w:rsidRPr="3570B21E">
        <w:rPr>
          <w:rFonts w:eastAsia="Calibri" w:cs="Calibri"/>
        </w:rPr>
        <w:t>[ ] Ask Claude to "check my calendar for today"  returns results</w:t>
      </w:r>
    </w:p>
    <w:p w:rsidR="4BDD123E" w:rsidP="3570B21E" w:rsidRDefault="4BDD123E" w14:paraId="5DF73A6D" w14:textId="60967ECB">
      <w:pPr>
        <w:pStyle w:val="ListParagraph"/>
        <w:numPr>
          <w:ilvl w:val="0"/>
          <w:numId w:val="10"/>
        </w:numPr>
        <w:spacing w:after="0"/>
        <w:ind w:left="360"/>
        <w:rPr>
          <w:rFonts w:eastAsia="Calibri" w:cs="Calibri"/>
        </w:rPr>
      </w:pPr>
      <w:r w:rsidRPr="3570B21E">
        <w:rPr>
          <w:rFonts w:eastAsia="Calibri" w:cs="Calibri"/>
        </w:rPr>
        <w:t>[ ] Microsoft OAuth tokens are cached (no re-auth prompt on each request)</w:t>
      </w:r>
    </w:p>
    <w:p w:rsidR="4BDD123E" w:rsidP="3570B21E" w:rsidRDefault="4BDD123E" w14:paraId="32B621FC" w14:textId="3E09FC52">
      <w:pPr>
        <w:pStyle w:val="Heading2"/>
      </w:pPr>
      <w:r w:rsidRPr="3570B21E">
        <w:rPr>
          <w:rFonts w:ascii="Calibri" w:hAnsi="Calibri" w:eastAsia="Calibri" w:cs="Calibri"/>
        </w:rPr>
        <w:t>Part 11: Claude Hooks and EA Persona</w:t>
      </w:r>
    </w:p>
    <w:p w:rsidR="4BDD123E" w:rsidP="3570B21E" w:rsidRDefault="4BDD123E" w14:paraId="2079CD9B" w14:textId="68EF77B5">
      <w:r w:rsidRPr="3570B21E">
        <w:rPr>
          <w:rFonts w:eastAsia="Calibri" w:cs="Calibri"/>
        </w:rPr>
        <w:t>Hooks:</w:t>
      </w:r>
    </w:p>
    <w:p w:rsidR="4BDD123E" w:rsidP="3570B21E" w:rsidRDefault="4BDD123E" w14:paraId="478E1D32" w14:textId="5160B209">
      <w:pPr>
        <w:pStyle w:val="ListParagraph"/>
        <w:numPr>
          <w:ilvl w:val="0"/>
          <w:numId w:val="10"/>
        </w:numPr>
        <w:spacing w:after="0"/>
        <w:ind w:left="360"/>
        <w:rPr>
          <w:rFonts w:eastAsia="Calibri" w:cs="Calibri"/>
        </w:rPr>
      </w:pPr>
      <w:r w:rsidRPr="3570B21E">
        <w:rPr>
          <w:rFonts w:eastAsia="Calibri" w:cs="Calibri"/>
        </w:rPr>
        <w:t>[ ] ~/.claude/hooks/ directory exists and contains hook files</w:t>
      </w:r>
    </w:p>
    <w:p w:rsidR="4BDD123E" w:rsidP="3570B21E" w:rsidRDefault="4BDD123E" w14:paraId="0ADB4722" w14:textId="6085610C">
      <w:pPr>
        <w:pStyle w:val="ListParagraph"/>
        <w:numPr>
          <w:ilvl w:val="0"/>
          <w:numId w:val="10"/>
        </w:numPr>
        <w:spacing w:after="0"/>
        <w:ind w:left="360"/>
        <w:rPr>
          <w:rFonts w:eastAsia="Calibri" w:cs="Calibri"/>
        </w:rPr>
      </w:pPr>
      <w:r w:rsidRPr="3570B21E">
        <w:rPr>
          <w:rFonts w:eastAsia="Calibri" w:cs="Calibri"/>
        </w:rPr>
        <w:t>[ ] Session start hook fires on Claude launch (look for [EA SESSION START] or similar banner)</w:t>
      </w:r>
    </w:p>
    <w:p w:rsidR="4BDD123E" w:rsidP="3570B21E" w:rsidRDefault="4BDD123E" w14:paraId="39626498" w14:textId="6DB9372C">
      <w:pPr>
        <w:pStyle w:val="ListParagraph"/>
        <w:numPr>
          <w:ilvl w:val="0"/>
          <w:numId w:val="10"/>
        </w:numPr>
        <w:spacing w:after="0"/>
        <w:ind w:left="360"/>
        <w:rPr>
          <w:rFonts w:eastAsia="Calibri" w:cs="Calibri"/>
        </w:rPr>
      </w:pPr>
      <w:r w:rsidRPr="3570B21E">
        <w:rPr>
          <w:rFonts w:eastAsia="Calibri" w:cs="Calibri"/>
        </w:rPr>
        <w:t>[ ] Prompt submit hook fires when sending messages (look for [RIVR] or [TEMPORAL] tags)</w:t>
      </w:r>
    </w:p>
    <w:p w:rsidR="4BDD123E" w:rsidP="3570B21E" w:rsidRDefault="4BDD123E" w14:paraId="0324B7DB" w14:textId="09945DB3">
      <w:r w:rsidRPr="3570B21E">
        <w:rPr>
          <w:rFonts w:eastAsia="Calibri" w:cs="Calibri"/>
        </w:rPr>
        <w:t>EA Persona:</w:t>
      </w:r>
    </w:p>
    <w:p w:rsidR="4BDD123E" w:rsidP="3570B21E" w:rsidRDefault="4BDD123E" w14:paraId="5FA6DE0F" w14:textId="358BB118">
      <w:pPr>
        <w:pStyle w:val="ListParagraph"/>
        <w:numPr>
          <w:ilvl w:val="0"/>
          <w:numId w:val="10"/>
        </w:numPr>
        <w:spacing w:after="0"/>
        <w:ind w:left="360"/>
        <w:rPr>
          <w:rFonts w:eastAsia="Calibri" w:cs="Calibri"/>
        </w:rPr>
      </w:pPr>
      <w:r w:rsidRPr="3570B21E">
        <w:rPr>
          <w:rFonts w:eastAsia="Calibri" w:cs="Calibri"/>
        </w:rPr>
        <w:t>[ ] ~/.claude/personas/ or equivalent persona directory exists</w:t>
      </w:r>
    </w:p>
    <w:p w:rsidR="4BDD123E" w:rsidP="3570B21E" w:rsidRDefault="4BDD123E" w14:paraId="02D6B2A6" w14:textId="07649318">
      <w:pPr>
        <w:pStyle w:val="ListParagraph"/>
        <w:numPr>
          <w:ilvl w:val="0"/>
          <w:numId w:val="10"/>
        </w:numPr>
        <w:spacing w:after="0"/>
        <w:ind w:left="360"/>
        <w:rPr>
          <w:rFonts w:eastAsia="Calibri" w:cs="Calibri"/>
        </w:rPr>
      </w:pPr>
      <w:r w:rsidRPr="3570B21E">
        <w:rPr>
          <w:rFonts w:eastAsia="Calibri" w:cs="Calibri"/>
        </w:rPr>
        <w:t>[ ] EA persona files (ea, jervais) are present in persona directory</w:t>
      </w:r>
    </w:p>
    <w:p w:rsidR="4BDD123E" w:rsidP="3570B21E" w:rsidRDefault="4BDD123E" w14:paraId="097B974C" w14:textId="697D0053">
      <w:pPr>
        <w:pStyle w:val="ListParagraph"/>
        <w:numPr>
          <w:ilvl w:val="0"/>
          <w:numId w:val="10"/>
        </w:numPr>
        <w:spacing w:after="0"/>
        <w:ind w:left="360"/>
        <w:rPr>
          <w:rFonts w:eastAsia="Calibri" w:cs="Calibri"/>
        </w:rPr>
      </w:pPr>
      <w:r w:rsidRPr="3570B21E">
        <w:rPr>
          <w:rFonts w:eastAsia="Calibri" w:cs="Calibri"/>
        </w:rPr>
        <w:t>[ ] CLAUDE.md.template is installed and referenced</w:t>
      </w:r>
    </w:p>
    <w:p w:rsidR="4BDD123E" w:rsidP="3570B21E" w:rsidRDefault="4BDD123E" w14:paraId="2AA2E9B4" w14:textId="6C5D293D">
      <w:pPr>
        <w:pStyle w:val="ListParagraph"/>
        <w:numPr>
          <w:ilvl w:val="0"/>
          <w:numId w:val="10"/>
        </w:numPr>
        <w:spacing w:after="0"/>
        <w:ind w:left="360"/>
        <w:rPr>
          <w:rFonts w:eastAsia="Calibri" w:cs="Calibri"/>
        </w:rPr>
      </w:pPr>
      <w:r w:rsidRPr="3570B21E">
        <w:rPr>
          <w:rFonts w:eastAsia="Calibri" w:cs="Calibri"/>
        </w:rPr>
        <w:t>[ ] Starting a new Claude session shows EA bootstrap status messages</w:t>
      </w:r>
    </w:p>
    <w:p w:rsidR="4BDD123E" w:rsidP="3570B21E" w:rsidRDefault="4BDD123E" w14:paraId="7F5214E8" w14:textId="51E72529">
      <w:pPr>
        <w:pStyle w:val="ListParagraph"/>
        <w:numPr>
          <w:ilvl w:val="0"/>
          <w:numId w:val="10"/>
        </w:numPr>
        <w:spacing w:after="0"/>
        <w:ind w:left="360"/>
        <w:rPr>
          <w:rFonts w:eastAsia="Calibri" w:cs="Calibri"/>
        </w:rPr>
      </w:pPr>
      <w:r w:rsidRPr="3570B21E">
        <w:rPr>
          <w:rFonts w:eastAsia="Calibri" w:cs="Calibri"/>
        </w:rPr>
        <w:t>[ ] /ea skill is available in Claude (appears in /skills list)</w:t>
      </w:r>
    </w:p>
    <w:p w:rsidR="4BDD123E" w:rsidP="3570B21E" w:rsidRDefault="4BDD123E" w14:paraId="463E4DA7" w14:textId="3CBEAA08">
      <w:pPr>
        <w:pStyle w:val="Heading2"/>
      </w:pPr>
      <w:r w:rsidRPr="3570B21E">
        <w:rPr>
          <w:rFonts w:ascii="Calibri" w:hAnsi="Calibri" w:eastAsia="Calibri" w:cs="Calibri"/>
        </w:rPr>
        <w:t>Part 12: ServiceNow MCP</w:t>
      </w:r>
    </w:p>
    <w:p w:rsidR="4BDD123E" w:rsidP="3570B21E" w:rsidRDefault="4BDD123E" w14:paraId="0C323B56" w14:textId="328050AA">
      <w:pPr>
        <w:pStyle w:val="ListParagraph"/>
        <w:numPr>
          <w:ilvl w:val="0"/>
          <w:numId w:val="10"/>
        </w:numPr>
        <w:spacing w:after="0"/>
        <w:ind w:left="360"/>
        <w:rPr>
          <w:rFonts w:eastAsia="Calibri" w:cs="Calibri"/>
        </w:rPr>
      </w:pPr>
      <w:r w:rsidRPr="3570B21E">
        <w:rPr>
          <w:rFonts w:eastAsia="Calibri" w:cs="Calibri"/>
        </w:rPr>
        <w:t>[ ] /mcp in Claude shows servicenow server  status: connected</w:t>
      </w:r>
    </w:p>
    <w:p w:rsidR="4BDD123E" w:rsidP="3570B21E" w:rsidRDefault="4BDD123E" w14:paraId="4B143275" w14:textId="203F870A">
      <w:pPr>
        <w:pStyle w:val="ListParagraph"/>
        <w:numPr>
          <w:ilvl w:val="0"/>
          <w:numId w:val="10"/>
        </w:numPr>
        <w:spacing w:after="0"/>
        <w:ind w:left="360"/>
        <w:rPr>
          <w:rFonts w:eastAsia="Calibri" w:cs="Calibri"/>
        </w:rPr>
      </w:pPr>
      <w:r w:rsidRPr="3570B21E">
        <w:rPr>
          <w:rFonts w:eastAsia="Calibri" w:cs="Calibri"/>
        </w:rPr>
        <w:t>[ ] ServiceNow instance URL is configured in MCP settings</w:t>
      </w:r>
    </w:p>
    <w:p w:rsidR="4BDD123E" w:rsidP="3570B21E" w:rsidRDefault="4BDD123E" w14:paraId="5BA9F627" w14:textId="3DDCE214">
      <w:pPr>
        <w:pStyle w:val="ListParagraph"/>
        <w:numPr>
          <w:ilvl w:val="0"/>
          <w:numId w:val="10"/>
        </w:numPr>
        <w:spacing w:after="0"/>
        <w:ind w:left="360"/>
        <w:rPr>
          <w:rFonts w:eastAsia="Calibri" w:cs="Calibri"/>
        </w:rPr>
      </w:pPr>
      <w:r w:rsidRPr="3570B21E">
        <w:rPr>
          <w:rFonts w:eastAsia="Calibri" w:cs="Calibri"/>
        </w:rPr>
        <w:t>[ ] Ask Claude to "list recent ServiceNow incidents"  returns results without error</w:t>
      </w:r>
    </w:p>
    <w:p w:rsidR="4BDD123E" w:rsidP="3570B21E" w:rsidRDefault="4BDD123E" w14:paraId="23303627" w14:textId="0E159C5C">
      <w:pPr>
        <w:pStyle w:val="ListParagraph"/>
        <w:numPr>
          <w:ilvl w:val="0"/>
          <w:numId w:val="10"/>
        </w:numPr>
        <w:spacing w:after="0"/>
        <w:ind w:left="360"/>
        <w:rPr>
          <w:rFonts w:eastAsia="Calibri" w:cs="Calibri"/>
        </w:rPr>
      </w:pPr>
      <w:r w:rsidRPr="3570B21E">
        <w:rPr>
          <w:rFonts w:eastAsia="Calibri" w:cs="Calibri"/>
        </w:rPr>
        <w:t>[ ] ServiceNow OAuth or basic auth credentials are stored securely (not in plaintext)</w:t>
      </w:r>
    </w:p>
    <w:p w:rsidR="4BDD123E" w:rsidP="3570B21E" w:rsidRDefault="4BDD123E" w14:paraId="6B44C38C" w14:textId="54E6C3DF">
      <w:r w:rsidRPr="3570B21E">
        <w:rPr>
          <w:rFonts w:eastAsia="Calibri" w:cs="Calibri"/>
        </w:rPr>
        <w:t>────────────────────────────────────────────────────────────</w:t>
      </w:r>
    </w:p>
    <w:p w:rsidR="4BDD123E" w:rsidP="3570B21E" w:rsidRDefault="4BDD123E" w14:paraId="7C27076F" w14:textId="5BCA7EF7">
      <w:pPr>
        <w:pStyle w:val="Heading1"/>
      </w:pPr>
      <w:r w:rsidRPr="3570B21E">
        <w:rPr>
          <w:rFonts w:ascii="Calibri" w:hAnsi="Calibri" w:eastAsia="Calibri" w:cs="Calibri"/>
        </w:rPr>
        <w:t>Troubleshooting Guide</w:t>
      </w:r>
    </w:p>
    <w:p w:rsidR="4BDD123E" w:rsidP="3570B21E" w:rsidRDefault="4BDD123E" w14:paraId="6C89D488" w14:textId="4E76E4C2">
      <w:pPr>
        <w:pStyle w:val="Heading2"/>
      </w:pPr>
      <w:r w:rsidRPr="3570B21E">
        <w:rPr>
          <w:rFonts w:ascii="Calibri" w:hAnsi="Calibri" w:eastAsia="Calibri" w:cs="Calibri"/>
        </w:rPr>
        <w:t>Base Software: "node" or "git" is not recognized</w:t>
      </w:r>
    </w:p>
    <w:p w:rsidR="4BDD123E" w:rsidP="3570B21E" w:rsidRDefault="4BDD123E" w14:paraId="409FFBCF" w14:textId="1007EC35">
      <w:pPr>
        <w:pStyle w:val="ListParagraph"/>
        <w:numPr>
          <w:ilvl w:val="0"/>
          <w:numId w:val="10"/>
        </w:numPr>
        <w:spacing w:after="0"/>
        <w:ind w:left="360"/>
        <w:rPr>
          <w:rFonts w:eastAsia="Calibri" w:cs="Calibri"/>
        </w:rPr>
      </w:pPr>
      <w:r w:rsidRPr="3570B21E">
        <w:rPr>
          <w:rFonts w:eastAsia="Calibri" w:cs="Calibri"/>
        </w:rPr>
        <w:t>Confirm the software is actually installed (check Start Menu or Applications folder)</w:t>
      </w:r>
    </w:p>
    <w:p w:rsidR="4BDD123E" w:rsidP="3570B21E" w:rsidRDefault="4BDD123E" w14:paraId="5C46F2E6" w14:textId="78025ADC">
      <w:pPr>
        <w:pStyle w:val="ListParagraph"/>
        <w:numPr>
          <w:ilvl w:val="0"/>
          <w:numId w:val="10"/>
        </w:numPr>
        <w:spacing w:after="0"/>
        <w:ind w:left="360"/>
        <w:rPr>
          <w:rFonts w:eastAsia="Calibri" w:cs="Calibri"/>
        </w:rPr>
      </w:pPr>
      <w:r w:rsidRPr="3570B21E">
        <w:rPr>
          <w:rFonts w:eastAsia="Calibri" w:cs="Calibri"/>
        </w:rPr>
        <w:t>Open Environment Variables: Start &gt; search "environment variables" &gt; Advanced System Settings</w:t>
      </w:r>
    </w:p>
    <w:p w:rsidR="4BDD123E" w:rsidP="3570B21E" w:rsidRDefault="4BDD123E" w14:paraId="1E6D8D6D" w14:textId="1D59F56D">
      <w:pPr>
        <w:pStyle w:val="ListParagraph"/>
        <w:numPr>
          <w:ilvl w:val="0"/>
          <w:numId w:val="10"/>
        </w:numPr>
        <w:spacing w:after="0"/>
        <w:ind w:left="360"/>
        <w:rPr>
          <w:rFonts w:eastAsia="Calibri" w:cs="Calibri"/>
        </w:rPr>
      </w:pPr>
      <w:r w:rsidRPr="3570B21E">
        <w:rPr>
          <w:rFonts w:eastAsia="Calibri" w:cs="Calibri"/>
        </w:rPr>
        <w:t>Under User variables, edit Path and add if not present:</w:t>
      </w:r>
    </w:p>
    <w:p w:rsidR="4BDD123E" w:rsidP="3570B21E" w:rsidRDefault="4BDD123E" w14:paraId="105C4B69" w14:textId="1EA9B6CD">
      <w:r w:rsidRPr="3570B21E">
        <w:rPr>
          <w:rFonts w:eastAsia="Calibri" w:cs="Calibri"/>
        </w:rPr>
        <w:t>C:\Program Files\nodejs\</w:t>
      </w:r>
      <w:r>
        <w:br/>
      </w:r>
      <w:r w:rsidRPr="3570B21E">
        <w:rPr>
          <w:rFonts w:eastAsia="Calibri" w:cs="Calibri"/>
        </w:rPr>
        <w:t xml:space="preserve"> C:\Program Files\Git\bin\</w:t>
      </w:r>
      <w:r>
        <w:br/>
      </w:r>
      <w:r w:rsidRPr="3570B21E">
        <w:rPr>
          <w:rFonts w:eastAsia="Calibri" w:cs="Calibri"/>
        </w:rPr>
        <w:t xml:space="preserve"> C:\Users\%USERNAME%\.local\bin</w:t>
      </w:r>
    </w:p>
    <w:p w:rsidR="4BDD123E" w:rsidP="3570B21E" w:rsidRDefault="4BDD123E" w14:paraId="500BA197" w14:textId="09CD414E">
      <w:pPr>
        <w:pStyle w:val="ListParagraph"/>
        <w:numPr>
          <w:ilvl w:val="0"/>
          <w:numId w:val="10"/>
        </w:numPr>
        <w:spacing w:after="0"/>
        <w:ind w:left="360"/>
        <w:rPr>
          <w:rFonts w:eastAsia="Calibri" w:cs="Calibri"/>
        </w:rPr>
      </w:pPr>
      <w:r w:rsidRPr="3570B21E">
        <w:rPr>
          <w:rFonts w:eastAsia="Calibri" w:cs="Calibri"/>
        </w:rPr>
        <w:t>Click OK on all dialogs</w:t>
      </w:r>
    </w:p>
    <w:p w:rsidR="4BDD123E" w:rsidP="3570B21E" w:rsidRDefault="4BDD123E" w14:paraId="64AB78A2" w14:textId="43E86DC1">
      <w:pPr>
        <w:pStyle w:val="ListParagraph"/>
        <w:numPr>
          <w:ilvl w:val="0"/>
          <w:numId w:val="10"/>
        </w:numPr>
        <w:spacing w:after="0"/>
        <w:ind w:left="360"/>
        <w:rPr>
          <w:rFonts w:eastAsia="Calibri" w:cs="Calibri"/>
        </w:rPr>
      </w:pPr>
      <w:r w:rsidRPr="3570B21E">
        <w:rPr>
          <w:rFonts w:eastAsia="Calibri" w:cs="Calibri"/>
        </w:rPr>
        <w:t>Close and reopen your terminal, or restart your computer</w:t>
      </w:r>
    </w:p>
    <w:p w:rsidR="4BDD123E" w:rsidP="3570B21E" w:rsidRDefault="4BDD123E" w14:paraId="797E523E" w14:textId="5FCEA1C1">
      <w:pPr>
        <w:pStyle w:val="ListParagraph"/>
        <w:numPr>
          <w:ilvl w:val="0"/>
          <w:numId w:val="10"/>
        </w:numPr>
        <w:spacing w:after="0"/>
        <w:ind w:left="360"/>
        <w:rPr>
          <w:rFonts w:eastAsia="Calibri" w:cs="Calibri"/>
        </w:rPr>
      </w:pPr>
      <w:r w:rsidRPr="3570B21E">
        <w:rPr>
          <w:rFonts w:eastAsia="Calibri" w:cs="Calibri"/>
        </w:rPr>
        <w:t>Mac users: Run source ~/.zshrc or open a new terminal window</w:t>
      </w:r>
    </w:p>
    <w:p w:rsidR="4BDD123E" w:rsidP="3570B21E" w:rsidRDefault="4BDD123E" w14:paraId="31B2ACE9" w14:textId="19B4B109">
      <w:pPr>
        <w:pStyle w:val="Heading2"/>
      </w:pPr>
      <w:r w:rsidRPr="3570B21E">
        <w:rPr>
          <w:rFonts w:ascii="Calibri" w:hAnsi="Calibri" w:eastAsia="Calibri" w:cs="Calibri"/>
        </w:rPr>
        <w:t>Claude Code: "claude" is not recognized</w:t>
      </w:r>
    </w:p>
    <w:p w:rsidR="4BDD123E" w:rsidP="3570B21E" w:rsidRDefault="4BDD123E" w14:paraId="45174284" w14:textId="24AF3B8D">
      <w:pPr>
        <w:pStyle w:val="ListParagraph"/>
        <w:numPr>
          <w:ilvl w:val="0"/>
          <w:numId w:val="10"/>
        </w:numPr>
        <w:spacing w:after="0"/>
        <w:ind w:left="360"/>
        <w:rPr>
          <w:rFonts w:eastAsia="Calibri" w:cs="Calibri"/>
        </w:rPr>
      </w:pPr>
      <w:r w:rsidRPr="3570B21E">
        <w:rPr>
          <w:rFonts w:eastAsia="Calibri" w:cs="Calibri"/>
        </w:rPr>
        <w:t>Check if binary exists in %USERPROFILE%\.local\bin\ (Win) or ~/.local/bin/ (Mac)</w:t>
      </w:r>
    </w:p>
    <w:p w:rsidR="4BDD123E" w:rsidP="3570B21E" w:rsidRDefault="4BDD123E" w14:paraId="1A5141FF" w14:textId="0722B182">
      <w:pPr>
        <w:pStyle w:val="ListParagraph"/>
        <w:numPr>
          <w:ilvl w:val="0"/>
          <w:numId w:val="10"/>
        </w:numPr>
        <w:spacing w:after="0"/>
        <w:ind w:left="360"/>
        <w:rPr>
          <w:rFonts w:eastAsia="Calibri" w:cs="Calibri"/>
        </w:rPr>
      </w:pPr>
      <w:r w:rsidRPr="3570B21E">
        <w:rPr>
          <w:rFonts w:eastAsia="Calibri" w:cs="Calibri"/>
        </w:rPr>
        <w:t>If the binary is there but not found:</w:t>
      </w:r>
    </w:p>
    <w:p w:rsidR="4BDD123E" w:rsidP="3570B21E" w:rsidRDefault="4BDD123E" w14:paraId="4FD178E2" w14:textId="76A67CBE">
      <w:pPr>
        <w:pStyle w:val="ListParagraph"/>
        <w:numPr>
          <w:ilvl w:val="0"/>
          <w:numId w:val="10"/>
        </w:numPr>
        <w:spacing w:after="0"/>
        <w:ind w:left="360"/>
        <w:rPr>
          <w:rFonts w:eastAsia="Calibri" w:cs="Calibri"/>
        </w:rPr>
      </w:pPr>
      <w:r w:rsidRPr="3570B21E">
        <w:rPr>
          <w:rFonts w:eastAsia="Calibri" w:cs="Calibri"/>
        </w:rPr>
        <w:t>Windows: Add C:\Users\%USERNAME%\.local\bin to User PATH</w:t>
      </w:r>
    </w:p>
    <w:p w:rsidR="4BDD123E" w:rsidP="3570B21E" w:rsidRDefault="4BDD123E" w14:paraId="473218CE" w14:textId="0C89B721">
      <w:pPr>
        <w:pStyle w:val="ListParagraph"/>
        <w:numPr>
          <w:ilvl w:val="0"/>
          <w:numId w:val="10"/>
        </w:numPr>
        <w:spacing w:after="0"/>
        <w:ind w:left="360"/>
        <w:rPr>
          <w:rFonts w:eastAsia="Calibri" w:cs="Calibri"/>
        </w:rPr>
      </w:pPr>
      <w:r w:rsidRPr="3570B21E">
        <w:rPr>
          <w:rFonts w:eastAsia="Calibri" w:cs="Calibri"/>
        </w:rPr>
        <w:t>Mac: echo 'export PATH="$HOME/.local/bin:$PATH"' &gt;&gt; ~/.zshrc &amp;&amp; source ~/.zshrc</w:t>
      </w:r>
    </w:p>
    <w:p w:rsidR="4BDD123E" w:rsidP="3570B21E" w:rsidRDefault="4BDD123E" w14:paraId="065DBC90" w14:textId="12E43765">
      <w:pPr>
        <w:pStyle w:val="ListParagraph"/>
        <w:numPr>
          <w:ilvl w:val="0"/>
          <w:numId w:val="10"/>
        </w:numPr>
        <w:spacing w:after="0"/>
        <w:ind w:left="360"/>
        <w:rPr>
          <w:rFonts w:eastAsia="Calibri" w:cs="Calibri"/>
        </w:rPr>
      </w:pPr>
      <w:r w:rsidRPr="3570B21E">
        <w:rPr>
          <w:rFonts w:eastAsia="Calibri" w:cs="Calibri"/>
        </w:rPr>
        <w:t>If the binary is not there, re-run the installer from Part 3</w:t>
      </w:r>
    </w:p>
    <w:p w:rsidR="4BDD123E" w:rsidP="3570B21E" w:rsidRDefault="4BDD123E" w14:paraId="54E0B6A4" w14:textId="5409F236">
      <w:pPr>
        <w:pStyle w:val="ListParagraph"/>
        <w:numPr>
          <w:ilvl w:val="0"/>
          <w:numId w:val="10"/>
        </w:numPr>
        <w:spacing w:after="0"/>
        <w:ind w:left="360"/>
        <w:rPr>
          <w:rFonts w:eastAsia="Calibri" w:cs="Calibri"/>
        </w:rPr>
      </w:pPr>
      <w:r w:rsidRPr="3570B21E">
        <w:rPr>
          <w:rFonts w:eastAsia="Calibri" w:cs="Calibri"/>
        </w:rPr>
        <w:t>Restart your computer if PATH changes still not taking effect</w:t>
      </w:r>
    </w:p>
    <w:p w:rsidR="4BDD123E" w:rsidP="3570B21E" w:rsidRDefault="4BDD123E" w14:paraId="4499CEF5" w14:textId="7979E2F3">
      <w:pPr>
        <w:pStyle w:val="Heading2"/>
      </w:pPr>
      <w:r w:rsidRPr="3570B21E">
        <w:rPr>
          <w:rFonts w:ascii="Calibri" w:hAnsi="Calibri" w:eastAsia="Calibri" w:cs="Calibri"/>
        </w:rPr>
        <w:t>Claude Code: Authentication fails</w:t>
      </w:r>
    </w:p>
    <w:p w:rsidR="4BDD123E" w:rsidP="3570B21E" w:rsidRDefault="4BDD123E" w14:paraId="456F222B" w14:textId="671B0C71">
      <w:pPr>
        <w:pStyle w:val="ListParagraph"/>
        <w:numPr>
          <w:ilvl w:val="0"/>
          <w:numId w:val="10"/>
        </w:numPr>
        <w:spacing w:after="0"/>
        <w:ind w:left="360"/>
        <w:rPr>
          <w:rFonts w:eastAsia="Calibri" w:cs="Calibri"/>
        </w:rPr>
      </w:pPr>
      <w:r w:rsidRPr="3570B21E">
        <w:rPr>
          <w:rFonts w:eastAsia="Calibri" w:cs="Calibri"/>
        </w:rPr>
        <w:t>Run claude in the terminal</w:t>
      </w:r>
    </w:p>
    <w:p w:rsidR="4BDD123E" w:rsidP="3570B21E" w:rsidRDefault="4BDD123E" w14:paraId="0AF27361" w14:textId="698F6F61">
      <w:pPr>
        <w:pStyle w:val="ListParagraph"/>
        <w:numPr>
          <w:ilvl w:val="0"/>
          <w:numId w:val="10"/>
        </w:numPr>
        <w:spacing w:after="0"/>
        <w:ind w:left="360"/>
        <w:rPr>
          <w:rFonts w:eastAsia="Calibri" w:cs="Calibri"/>
        </w:rPr>
      </w:pPr>
      <w:r w:rsidRPr="3570B21E">
        <w:rPr>
          <w:rFonts w:eastAsia="Calibri" w:cs="Calibri"/>
        </w:rPr>
        <w:t>If browser does not open, copy URL from terminal into browser manually</w:t>
      </w:r>
    </w:p>
    <w:p w:rsidR="4BDD123E" w:rsidP="3570B21E" w:rsidRDefault="4BDD123E" w14:paraId="1EF28E43" w14:textId="2DDFCA6D">
      <w:pPr>
        <w:pStyle w:val="ListParagraph"/>
        <w:numPr>
          <w:ilvl w:val="0"/>
          <w:numId w:val="10"/>
        </w:numPr>
        <w:spacing w:after="0"/>
        <w:ind w:left="360"/>
        <w:rPr>
          <w:rFonts w:eastAsia="Calibri" w:cs="Calibri"/>
        </w:rPr>
      </w:pPr>
      <w:r w:rsidRPr="3570B21E">
        <w:rPr>
          <w:rFonts w:eastAsia="Calibri" w:cs="Calibri"/>
        </w:rPr>
        <w:t>Log in with Anthropic account and authorize</w:t>
      </w:r>
    </w:p>
    <w:p w:rsidR="4BDD123E" w:rsidP="3570B21E" w:rsidRDefault="4BDD123E" w14:paraId="52A48B1F" w14:textId="46CE1693">
      <w:pPr>
        <w:pStyle w:val="ListParagraph"/>
        <w:numPr>
          <w:ilvl w:val="0"/>
          <w:numId w:val="10"/>
        </w:numPr>
        <w:spacing w:after="0"/>
        <w:ind w:left="360"/>
        <w:rPr>
          <w:rFonts w:eastAsia="Calibri" w:cs="Calibri"/>
        </w:rPr>
      </w:pPr>
      <w:r w:rsidRPr="3570B21E">
        <w:rPr>
          <w:rFonts w:eastAsia="Calibri" w:cs="Calibri"/>
        </w:rPr>
        <w:t>Return to terminal  it should show "Authenticated"</w:t>
      </w:r>
    </w:p>
    <w:p w:rsidR="4BDD123E" w:rsidP="3570B21E" w:rsidRDefault="4BDD123E" w14:paraId="548FA652" w14:textId="0BE8C1CE">
      <w:pPr>
        <w:pStyle w:val="ListParagraph"/>
        <w:numPr>
          <w:ilvl w:val="0"/>
          <w:numId w:val="10"/>
        </w:numPr>
        <w:spacing w:after="0"/>
        <w:ind w:left="360"/>
        <w:rPr>
          <w:rFonts w:eastAsia="Calibri" w:cs="Calibri"/>
        </w:rPr>
      </w:pPr>
      <w:r w:rsidRPr="3570B21E">
        <w:rPr>
          <w:rFonts w:eastAsia="Calibri" w:cs="Calibri"/>
        </w:rPr>
        <w:t>If still failing, check network/VPN  corporate proxies may block auth callback</w:t>
      </w:r>
    </w:p>
    <w:p w:rsidR="4BDD123E" w:rsidP="3570B21E" w:rsidRDefault="4BDD123E" w14:paraId="3AAB5448" w14:textId="0F84E0AB">
      <w:pPr>
        <w:pStyle w:val="Heading2"/>
      </w:pPr>
      <w:r w:rsidRPr="3570B21E">
        <w:rPr>
          <w:rFonts w:ascii="Calibri" w:hAnsi="Calibri" w:eastAsia="Calibri" w:cs="Calibri"/>
        </w:rPr>
        <w:t>MCP: One or more servers show "failed"</w:t>
      </w:r>
    </w:p>
    <w:p w:rsidR="4BDD123E" w:rsidP="3570B21E" w:rsidRDefault="4BDD123E" w14:paraId="11347624" w14:textId="3F64D0FE">
      <w:pPr>
        <w:pStyle w:val="ListParagraph"/>
        <w:numPr>
          <w:ilvl w:val="0"/>
          <w:numId w:val="10"/>
        </w:numPr>
        <w:spacing w:after="0"/>
        <w:ind w:left="360"/>
        <w:rPr>
          <w:rFonts w:eastAsia="Calibri" w:cs="Calibri"/>
        </w:rPr>
      </w:pPr>
      <w:r w:rsidRPr="3570B21E">
        <w:rPr>
          <w:rFonts w:eastAsia="Calibri" w:cs="Calibri"/>
        </w:rPr>
        <w:t>First try: Ask Claude to "fix the failed MCP servers"</w:t>
      </w:r>
    </w:p>
    <w:p w:rsidR="4BDD123E" w:rsidP="3570B21E" w:rsidRDefault="4BDD123E" w14:paraId="7441B0C7" w14:textId="1919A8EB">
      <w:pPr>
        <w:pStyle w:val="ListParagraph"/>
        <w:numPr>
          <w:ilvl w:val="0"/>
          <w:numId w:val="10"/>
        </w:numPr>
        <w:spacing w:after="0"/>
        <w:ind w:left="360"/>
        <w:rPr>
          <w:rFonts w:eastAsia="Calibri" w:cs="Calibri"/>
        </w:rPr>
      </w:pPr>
      <w:r w:rsidRPr="3570B21E">
        <w:rPr>
          <w:rFonts w:eastAsia="Calibri" w:cs="Calibri"/>
        </w:rPr>
        <w:t>If Claude cannot fix automatically:</w:t>
      </w:r>
    </w:p>
    <w:p w:rsidR="4BDD123E" w:rsidP="3570B21E" w:rsidRDefault="4BDD123E" w14:paraId="692F4A2A" w14:textId="5A50A39F">
      <w:pPr>
        <w:pStyle w:val="ListParagraph"/>
        <w:numPr>
          <w:ilvl w:val="0"/>
          <w:numId w:val="10"/>
        </w:numPr>
        <w:spacing w:after="0"/>
        <w:ind w:left="360"/>
        <w:rPr>
          <w:rFonts w:eastAsia="Calibri" w:cs="Calibri"/>
        </w:rPr>
      </w:pPr>
      <w:r w:rsidRPr="3570B21E">
        <w:rPr>
          <w:rFonts w:eastAsia="Calibri" w:cs="Calibri"/>
        </w:rPr>
        <w:t>Exit and re-launch Claude Code</w:t>
      </w:r>
    </w:p>
    <w:p w:rsidR="4BDD123E" w:rsidP="3570B21E" w:rsidRDefault="4BDD123E" w14:paraId="1E4E7807" w14:textId="3B2BDFB1">
      <w:pPr>
        <w:pStyle w:val="ListParagraph"/>
        <w:numPr>
          <w:ilvl w:val="0"/>
          <w:numId w:val="10"/>
        </w:numPr>
        <w:spacing w:after="0"/>
        <w:ind w:left="360"/>
        <w:rPr>
          <w:rFonts w:eastAsia="Calibri" w:cs="Calibri"/>
        </w:rPr>
      </w:pPr>
      <w:r w:rsidRPr="3570B21E">
        <w:rPr>
          <w:rFonts w:eastAsia="Calibri" w:cs="Calibri"/>
        </w:rPr>
        <w:t>Check ~/.claude.json configuration for typos</w:t>
      </w:r>
    </w:p>
    <w:p w:rsidR="4BDD123E" w:rsidP="3570B21E" w:rsidRDefault="4BDD123E" w14:paraId="5CDF33B8" w14:textId="40F9BE82">
      <w:pPr>
        <w:pStyle w:val="ListParagraph"/>
        <w:numPr>
          <w:ilvl w:val="0"/>
          <w:numId w:val="10"/>
        </w:numPr>
        <w:spacing w:after="0"/>
        <w:ind w:left="360"/>
        <w:rPr>
          <w:rFonts w:eastAsia="Calibri" w:cs="Calibri"/>
        </w:rPr>
      </w:pPr>
      <w:r w:rsidRPr="3570B21E">
        <w:rPr>
          <w:rFonts w:eastAsia="Calibri" w:cs="Calibri"/>
        </w:rPr>
        <w:t>Verify API keys in env section are correct and not expired</w:t>
      </w:r>
    </w:p>
    <w:p w:rsidR="4BDD123E" w:rsidP="3570B21E" w:rsidRDefault="4BDD123E" w14:paraId="7A2002EB" w14:textId="67494B96">
      <w:pPr>
        <w:pStyle w:val="ListParagraph"/>
        <w:numPr>
          <w:ilvl w:val="0"/>
          <w:numId w:val="10"/>
        </w:numPr>
        <w:spacing w:after="0"/>
        <w:ind w:left="360"/>
        <w:rPr>
          <w:rFonts w:eastAsia="Calibri" w:cs="Calibri"/>
        </w:rPr>
      </w:pPr>
      <w:r w:rsidRPr="3570B21E">
        <w:rPr>
          <w:rFonts w:eastAsia="Calibri" w:cs="Calibri"/>
        </w:rPr>
        <w:t>Manually re-add: claude mcp add [server-name]</w:t>
      </w:r>
    </w:p>
    <w:p w:rsidR="4BDD123E" w:rsidP="3570B21E" w:rsidRDefault="4BDD123E" w14:paraId="23236762" w14:textId="55054A70">
      <w:pPr>
        <w:pStyle w:val="ListParagraph"/>
        <w:numPr>
          <w:ilvl w:val="0"/>
          <w:numId w:val="10"/>
        </w:numPr>
        <w:spacing w:after="0"/>
        <w:ind w:left="360"/>
        <w:rPr>
          <w:rFonts w:eastAsia="Calibri" w:cs="Calibri"/>
        </w:rPr>
      </w:pPr>
      <w:r w:rsidRPr="3570B21E">
        <w:rPr>
          <w:rFonts w:eastAsia="Calibri" w:cs="Calibri"/>
        </w:rPr>
        <w:t>If keeps failing: claude mcp remove [name] then claude mcp add [name]</w:t>
      </w:r>
    </w:p>
    <w:p w:rsidR="4BDD123E" w:rsidP="3570B21E" w:rsidRDefault="4BDD123E" w14:paraId="51F426EF" w14:textId="6BAE921E">
      <w:pPr>
        <w:pStyle w:val="Heading2"/>
      </w:pPr>
      <w:r w:rsidRPr="3570B21E">
        <w:rPr>
          <w:rFonts w:ascii="Calibri" w:hAnsi="Calibri" w:eastAsia="Calibri" w:cs="Calibri"/>
        </w:rPr>
        <w:t>Obsidian: Claude cannot connect to vault</w:t>
      </w:r>
    </w:p>
    <w:p w:rsidR="4BDD123E" w:rsidP="3570B21E" w:rsidRDefault="4BDD123E" w14:paraId="380EDCD5" w14:textId="2D3E7B7B">
      <w:pPr>
        <w:pStyle w:val="ListParagraph"/>
        <w:numPr>
          <w:ilvl w:val="0"/>
          <w:numId w:val="10"/>
        </w:numPr>
        <w:spacing w:after="0"/>
        <w:ind w:left="360"/>
        <w:rPr>
          <w:rFonts w:eastAsia="Calibri" w:cs="Calibri"/>
        </w:rPr>
      </w:pPr>
      <w:r w:rsidRPr="3570B21E">
        <w:rPr>
          <w:rFonts w:eastAsia="Calibri" w:cs="Calibri"/>
        </w:rPr>
        <w:t>Confirm Obsidian is open  REST API only works when Obsidian is running</w:t>
      </w:r>
    </w:p>
    <w:p w:rsidR="4BDD123E" w:rsidP="3570B21E" w:rsidRDefault="4BDD123E" w14:paraId="5B129F07" w14:textId="23B7A6B7">
      <w:pPr>
        <w:pStyle w:val="ListParagraph"/>
        <w:numPr>
          <w:ilvl w:val="0"/>
          <w:numId w:val="10"/>
        </w:numPr>
        <w:spacing w:after="0"/>
        <w:ind w:left="360"/>
        <w:rPr>
          <w:rFonts w:eastAsia="Calibri" w:cs="Calibri"/>
        </w:rPr>
      </w:pPr>
      <w:r w:rsidRPr="3570B21E">
        <w:rPr>
          <w:rFonts w:eastAsia="Calibri" w:cs="Calibri"/>
        </w:rPr>
        <w:t>Settings &gt; Community Plugins &gt; Local REST API installed AND toggle ON</w:t>
      </w:r>
    </w:p>
    <w:p w:rsidR="4BDD123E" w:rsidP="3570B21E" w:rsidRDefault="4BDD123E" w14:paraId="7104738C" w14:textId="3E7F2D68">
      <w:pPr>
        <w:pStyle w:val="ListParagraph"/>
        <w:numPr>
          <w:ilvl w:val="0"/>
          <w:numId w:val="10"/>
        </w:numPr>
        <w:spacing w:after="0"/>
        <w:ind w:left="360"/>
        <w:rPr>
          <w:rFonts w:eastAsia="Calibri" w:cs="Calibri"/>
        </w:rPr>
      </w:pPr>
      <w:r w:rsidRPr="3570B21E">
        <w:rPr>
          <w:rFonts w:eastAsia="Calibri" w:cs="Calibri"/>
        </w:rPr>
        <w:t>Settings &gt; Local REST API &gt; "Enable Unencrypted HTTP" checked</w:t>
      </w:r>
    </w:p>
    <w:p w:rsidR="4BDD123E" w:rsidP="3570B21E" w:rsidRDefault="4BDD123E" w14:paraId="6FAD9598" w14:textId="3A499D11">
      <w:pPr>
        <w:pStyle w:val="ListParagraph"/>
        <w:numPr>
          <w:ilvl w:val="0"/>
          <w:numId w:val="10"/>
        </w:numPr>
        <w:spacing w:after="0"/>
        <w:ind w:left="360"/>
        <w:rPr>
          <w:rFonts w:eastAsia="Calibri" w:cs="Calibri"/>
        </w:rPr>
      </w:pPr>
      <w:r w:rsidRPr="3570B21E">
        <w:rPr>
          <w:rFonts w:eastAsia="Calibri" w:cs="Calibri"/>
        </w:rPr>
        <w:t>Settings &gt; Local REST API &gt; port is 27123</w:t>
      </w:r>
    </w:p>
    <w:p w:rsidR="4BDD123E" w:rsidP="3570B21E" w:rsidRDefault="4BDD123E" w14:paraId="7AD02522" w14:textId="7EB29BDA">
      <w:pPr>
        <w:pStyle w:val="ListParagraph"/>
        <w:numPr>
          <w:ilvl w:val="0"/>
          <w:numId w:val="10"/>
        </w:numPr>
        <w:spacing w:after="0"/>
        <w:ind w:left="360"/>
        <w:rPr>
          <w:rFonts w:eastAsia="Calibri" w:cs="Calibri"/>
        </w:rPr>
      </w:pPr>
      <w:r w:rsidRPr="3570B21E">
        <w:rPr>
          <w:rFonts w:eastAsia="Calibri" w:cs="Calibri"/>
        </w:rPr>
        <w:t>Settings &gt; MCP Tools &gt; "Test Connection" all green</w:t>
      </w:r>
    </w:p>
    <w:p w:rsidR="4BDD123E" w:rsidP="3570B21E" w:rsidRDefault="4BDD123E" w14:paraId="0C89E114" w14:textId="3A91F631">
      <w:pPr>
        <w:pStyle w:val="ListParagraph"/>
        <w:numPr>
          <w:ilvl w:val="0"/>
          <w:numId w:val="10"/>
        </w:numPr>
        <w:spacing w:after="0"/>
        <w:ind w:left="360"/>
        <w:rPr>
          <w:rFonts w:eastAsia="Calibri" w:cs="Calibri"/>
        </w:rPr>
      </w:pPr>
      <w:r w:rsidRPr="3570B21E">
        <w:rPr>
          <w:rFonts w:eastAsia="Calibri" w:cs="Calibri"/>
        </w:rPr>
        <w:t>In Claude, /mcp shows obsidian "connected"</w:t>
      </w:r>
    </w:p>
    <w:p w:rsidR="4BDD123E" w:rsidP="3570B21E" w:rsidRDefault="4BDD123E" w14:paraId="6CDE07A2" w14:textId="10FC9D3D">
      <w:pPr>
        <w:pStyle w:val="ListParagraph"/>
        <w:numPr>
          <w:ilvl w:val="0"/>
          <w:numId w:val="10"/>
        </w:numPr>
        <w:spacing w:after="0"/>
        <w:ind w:left="360"/>
        <w:rPr>
          <w:rFonts w:eastAsia="Calibri" w:cs="Calibri"/>
        </w:rPr>
      </w:pPr>
      <w:r w:rsidRPr="3570B21E">
        <w:rPr>
          <w:rFonts w:eastAsia="Calibri" w:cs="Calibri"/>
        </w:rPr>
        <w:t>If still failing, disable and re-enable Local REST API plugin, then restart Obsidian</w:t>
      </w:r>
    </w:p>
    <w:p w:rsidR="4BDD123E" w:rsidP="3570B21E" w:rsidRDefault="4BDD123E" w14:paraId="253823B0" w14:textId="7F3E5D77">
      <w:pPr>
        <w:pStyle w:val="Heading2"/>
      </w:pPr>
      <w:r w:rsidRPr="3570B21E">
        <w:rPr>
          <w:rFonts w:ascii="Calibri" w:hAnsi="Calibri" w:eastAsia="Calibri" w:cs="Calibri"/>
        </w:rPr>
        <w:t>Obsidian: PARA folders not created</w:t>
      </w:r>
    </w:p>
    <w:p w:rsidR="4BDD123E" w:rsidP="3570B21E" w:rsidRDefault="4BDD123E" w14:paraId="13FD2603" w14:textId="29DA1D88">
      <w:pPr>
        <w:pStyle w:val="ListParagraph"/>
        <w:numPr>
          <w:ilvl w:val="0"/>
          <w:numId w:val="10"/>
        </w:numPr>
        <w:spacing w:after="0"/>
        <w:ind w:left="360"/>
        <w:rPr>
          <w:rFonts w:eastAsia="Calibri" w:cs="Calibri"/>
        </w:rPr>
      </w:pPr>
      <w:r w:rsidRPr="3570B21E">
        <w:rPr>
          <w:rFonts w:eastAsia="Calibri" w:cs="Calibri"/>
        </w:rPr>
        <w:t>Manually create: Projects, Areas, Resources, Archives at vault root</w:t>
      </w:r>
    </w:p>
    <w:p w:rsidR="4BDD123E" w:rsidP="3570B21E" w:rsidRDefault="4BDD123E" w14:paraId="668B4D21" w14:textId="6CDD40EC">
      <w:pPr>
        <w:pStyle w:val="ListParagraph"/>
        <w:numPr>
          <w:ilvl w:val="0"/>
          <w:numId w:val="10"/>
        </w:numPr>
        <w:spacing w:after="0"/>
        <w:ind w:left="360"/>
        <w:rPr>
          <w:rFonts w:eastAsia="Calibri" w:cs="Calibri"/>
        </w:rPr>
      </w:pPr>
      <w:r w:rsidRPr="3570B21E">
        <w:rPr>
          <w:rFonts w:eastAsia="Calibri" w:cs="Calibri"/>
        </w:rPr>
        <w:t>Or ask Claude: "Create the PARA folder structure in my Obsidian vault"</w:t>
      </w:r>
    </w:p>
    <w:p w:rsidR="4BDD123E" w:rsidP="3570B21E" w:rsidRDefault="4BDD123E" w14:paraId="31A7D40A" w14:textId="15078C19">
      <w:pPr>
        <w:pStyle w:val="Heading2"/>
      </w:pPr>
      <w:r w:rsidRPr="3570B21E">
        <w:rPr>
          <w:rFonts w:ascii="Calibri" w:hAnsi="Calibri" w:eastAsia="Calibri" w:cs="Calibri"/>
        </w:rPr>
        <w:t>HT Plugins: Commands not showing up</w:t>
      </w:r>
    </w:p>
    <w:p w:rsidR="4BDD123E" w:rsidP="3570B21E" w:rsidRDefault="4BDD123E" w14:paraId="087A5B42" w14:textId="55F306B0">
      <w:pPr>
        <w:pStyle w:val="ListParagraph"/>
        <w:numPr>
          <w:ilvl w:val="0"/>
          <w:numId w:val="10"/>
        </w:numPr>
        <w:spacing w:after="0"/>
        <w:ind w:left="360"/>
        <w:rPr>
          <w:rFonts w:eastAsia="Calibri" w:cs="Calibri"/>
        </w:rPr>
      </w:pPr>
      <w:r w:rsidRPr="3570B21E">
        <w:rPr>
          <w:rFonts w:eastAsia="Calibri" w:cs="Calibri"/>
        </w:rPr>
        <w:t>Verify the ht binary is installed: ht --version in terminal</w:t>
      </w:r>
    </w:p>
    <w:p w:rsidR="4BDD123E" w:rsidP="3570B21E" w:rsidRDefault="4BDD123E" w14:paraId="1A71F092" w14:textId="214F9BDD">
      <w:pPr>
        <w:pStyle w:val="ListParagraph"/>
        <w:numPr>
          <w:ilvl w:val="0"/>
          <w:numId w:val="10"/>
        </w:numPr>
        <w:spacing w:after="0"/>
        <w:ind w:left="360"/>
        <w:rPr>
          <w:rFonts w:eastAsia="Calibri" w:cs="Calibri"/>
        </w:rPr>
      </w:pPr>
      <w:r w:rsidRPr="3570B21E">
        <w:rPr>
          <w:rFonts w:eastAsia="Calibri" w:cs="Calibri"/>
        </w:rPr>
        <w:t>If not installed, re-run the installer from the ht-plugins.zip (install.ps1 for Windows, install.sh for Mac)</w:t>
      </w:r>
    </w:p>
    <w:p w:rsidR="4BDD123E" w:rsidP="3570B21E" w:rsidRDefault="4BDD123E" w14:paraId="3E516823" w14:textId="56BFEE0C">
      <w:pPr>
        <w:pStyle w:val="ListParagraph"/>
        <w:numPr>
          <w:ilvl w:val="0"/>
          <w:numId w:val="10"/>
        </w:numPr>
        <w:spacing w:after="0"/>
        <w:ind w:left="360"/>
        <w:rPr>
          <w:rFonts w:eastAsia="Calibri" w:cs="Calibri"/>
        </w:rPr>
      </w:pPr>
      <w:r w:rsidRPr="3570B21E">
        <w:rPr>
          <w:rFonts w:eastAsia="Calibri" w:cs="Calibri"/>
        </w:rPr>
        <w:t>Ask Claude: "fix my plugin commands" or "reload skills"</w:t>
      </w:r>
    </w:p>
    <w:p w:rsidR="4BDD123E" w:rsidP="3570B21E" w:rsidRDefault="4BDD123E" w14:paraId="3A46C8AE" w14:textId="70820EC4">
      <w:pPr>
        <w:pStyle w:val="ListParagraph"/>
        <w:numPr>
          <w:ilvl w:val="0"/>
          <w:numId w:val="10"/>
        </w:numPr>
        <w:spacing w:after="0"/>
        <w:ind w:left="360"/>
        <w:rPr>
          <w:rFonts w:eastAsia="Calibri" w:cs="Calibri"/>
        </w:rPr>
      </w:pPr>
      <w:r w:rsidRPr="3570B21E">
        <w:rPr>
          <w:rFonts w:eastAsia="Calibri" w:cs="Calibri"/>
        </w:rPr>
        <w:t>Exit and re-launch Claude Code</w:t>
      </w:r>
    </w:p>
    <w:p w:rsidR="4BDD123E" w:rsidP="3570B21E" w:rsidRDefault="4BDD123E" w14:paraId="4AEB9F00" w14:textId="52F1066D">
      <w:pPr>
        <w:pStyle w:val="ListParagraph"/>
        <w:numPr>
          <w:ilvl w:val="0"/>
          <w:numId w:val="10"/>
        </w:numPr>
        <w:spacing w:after="0"/>
        <w:ind w:left="360"/>
        <w:rPr>
          <w:rFonts w:eastAsia="Calibri" w:cs="Calibri"/>
        </w:rPr>
      </w:pPr>
      <w:r w:rsidRPr="3570B21E">
        <w:rPr>
          <w:rFonts w:eastAsia="Calibri" w:cs="Calibri"/>
        </w:rPr>
        <w:t>Run /init again in Claude</w:t>
      </w:r>
    </w:p>
    <w:p w:rsidR="4BDD123E" w:rsidP="3570B21E" w:rsidRDefault="4BDD123E" w14:paraId="03770736" w14:textId="7A6A95A1">
      <w:pPr>
        <w:pStyle w:val="ListParagraph"/>
        <w:numPr>
          <w:ilvl w:val="0"/>
          <w:numId w:val="10"/>
        </w:numPr>
        <w:spacing w:after="0"/>
        <w:ind w:left="360"/>
        <w:rPr>
          <w:rFonts w:eastAsia="Calibri" w:cs="Calibri"/>
        </w:rPr>
      </w:pPr>
      <w:r w:rsidRPr="3570B21E">
        <w:rPr>
          <w:rFonts w:eastAsia="Calibri" w:cs="Calibri"/>
        </w:rPr>
        <w:t>Verify .claude/commands/ exists in your project directory</w:t>
      </w:r>
    </w:p>
    <w:p w:rsidR="4BDD123E" w:rsidP="3570B21E" w:rsidRDefault="4BDD123E" w14:paraId="7FCC0120" w14:textId="6A12D6A7">
      <w:pPr>
        <w:pStyle w:val="ListParagraph"/>
        <w:numPr>
          <w:ilvl w:val="0"/>
          <w:numId w:val="10"/>
        </w:numPr>
        <w:spacing w:after="0"/>
        <w:ind w:left="360"/>
        <w:rPr>
          <w:rFonts w:eastAsia="Calibri" w:cs="Calibri"/>
        </w:rPr>
      </w:pPr>
      <w:r w:rsidRPr="3570B21E">
        <w:rPr>
          <w:rFonts w:eastAsia="Calibri" w:cs="Calibri"/>
        </w:rPr>
        <w:t>Last resort: Close terminal, reopen, start new Claude session</w:t>
      </w:r>
    </w:p>
    <w:p w:rsidR="4BDD123E" w:rsidP="3570B21E" w:rsidRDefault="4BDD123E" w14:paraId="1979C0AA" w14:textId="4AD91FF6">
      <w:pPr>
        <w:pStyle w:val="Heading2"/>
      </w:pPr>
      <w:r w:rsidRPr="3570B21E">
        <w:rPr>
          <w:rFonts w:ascii="Calibri" w:hAnsi="Calibri" w:eastAsia="Calibri" w:cs="Calibri"/>
        </w:rPr>
        <w:t>Neo4j: Database will not start</w:t>
      </w:r>
    </w:p>
    <w:p w:rsidR="4BDD123E" w:rsidP="3570B21E" w:rsidRDefault="4BDD123E" w14:paraId="2C6BF7E4" w14:textId="60116013">
      <w:pPr>
        <w:pStyle w:val="ListParagraph"/>
        <w:numPr>
          <w:ilvl w:val="0"/>
          <w:numId w:val="10"/>
        </w:numPr>
        <w:spacing w:after="0"/>
        <w:ind w:left="360"/>
        <w:rPr>
          <w:rFonts w:eastAsia="Calibri" w:cs="Calibri"/>
        </w:rPr>
      </w:pPr>
      <w:r w:rsidRPr="3570B21E">
        <w:rPr>
          <w:rFonts w:eastAsia="Calibri" w:cs="Calibri"/>
        </w:rPr>
        <w:t>Open Neo4j Desktop</w:t>
      </w:r>
    </w:p>
    <w:p w:rsidR="4BDD123E" w:rsidP="3570B21E" w:rsidRDefault="4BDD123E" w14:paraId="1D9F2D9B" w14:textId="0002339C">
      <w:pPr>
        <w:pStyle w:val="ListParagraph"/>
        <w:numPr>
          <w:ilvl w:val="0"/>
          <w:numId w:val="10"/>
        </w:numPr>
        <w:spacing w:after="0"/>
        <w:ind w:left="360"/>
        <w:rPr>
          <w:rFonts w:eastAsia="Calibri" w:cs="Calibri"/>
        </w:rPr>
      </w:pPr>
      <w:r w:rsidRPr="3570B21E">
        <w:rPr>
          <w:rFonts w:eastAsia="Calibri" w:cs="Calibri"/>
        </w:rPr>
        <w:t>Click database, then "Start"</w:t>
      </w:r>
    </w:p>
    <w:p w:rsidR="4BDD123E" w:rsidP="3570B21E" w:rsidRDefault="4BDD123E" w14:paraId="25225A6C" w14:textId="69975672">
      <w:pPr>
        <w:pStyle w:val="ListParagraph"/>
        <w:numPr>
          <w:ilvl w:val="0"/>
          <w:numId w:val="10"/>
        </w:numPr>
        <w:spacing w:after="0"/>
        <w:ind w:left="360"/>
        <w:rPr>
          <w:rFonts w:eastAsia="Calibri" w:cs="Calibri"/>
        </w:rPr>
      </w:pPr>
      <w:r w:rsidRPr="3570B21E">
        <w:rPr>
          <w:rFonts w:eastAsia="Calibri" w:cs="Calibri"/>
        </w:rPr>
        <w:t>Wait for green status</w:t>
      </w:r>
    </w:p>
    <w:p w:rsidR="4BDD123E" w:rsidP="3570B21E" w:rsidRDefault="4BDD123E" w14:paraId="01F2E5C4" w14:textId="5B550C30">
      <w:pPr>
        <w:pStyle w:val="ListParagraph"/>
        <w:numPr>
          <w:ilvl w:val="0"/>
          <w:numId w:val="10"/>
        </w:numPr>
        <w:spacing w:after="0"/>
        <w:ind w:left="360"/>
        <w:rPr>
          <w:rFonts w:eastAsia="Calibri" w:cs="Calibri"/>
        </w:rPr>
      </w:pPr>
      <w:r w:rsidRPr="3570B21E">
        <w:rPr>
          <w:rFonts w:eastAsia="Calibri" w:cs="Calibri"/>
        </w:rPr>
        <w:t>If fails, check no other process is using port 7687 or 7474</w:t>
      </w:r>
    </w:p>
    <w:p w:rsidR="4BDD123E" w:rsidP="3570B21E" w:rsidRDefault="4BDD123E" w14:paraId="3A5E0EFB" w14:textId="1D8A3135">
      <w:pPr>
        <w:pStyle w:val="ListParagraph"/>
        <w:numPr>
          <w:ilvl w:val="0"/>
          <w:numId w:val="10"/>
        </w:numPr>
        <w:spacing w:after="0"/>
        <w:ind w:left="360"/>
        <w:rPr>
          <w:rFonts w:eastAsia="Calibri" w:cs="Calibri"/>
        </w:rPr>
      </w:pPr>
      <w:r w:rsidRPr="3570B21E">
        <w:rPr>
          <w:rFonts w:eastAsia="Calibri" w:cs="Calibri"/>
        </w:rPr>
        <w:t>Windows: Open PowerShell and run  netstat -ano | findstr 7687  to check for conflicts</w:t>
      </w:r>
    </w:p>
    <w:p w:rsidR="4BDD123E" w:rsidP="3570B21E" w:rsidRDefault="4BDD123E" w14:paraId="60A40ACD" w14:textId="3E447E7D">
      <w:pPr>
        <w:pStyle w:val="ListParagraph"/>
        <w:numPr>
          <w:ilvl w:val="0"/>
          <w:numId w:val="10"/>
        </w:numPr>
        <w:spacing w:after="0"/>
        <w:ind w:left="360"/>
        <w:rPr>
          <w:rFonts w:eastAsia="Calibri" w:cs="Calibri"/>
        </w:rPr>
      </w:pPr>
      <w:r w:rsidRPr="3570B21E">
        <w:rPr>
          <w:rFonts w:eastAsia="Calibri" w:cs="Calibri"/>
        </w:rPr>
        <w:t>Mac: Run  lsof -i :7687  to check for conflicts</w:t>
      </w:r>
    </w:p>
    <w:p w:rsidR="4BDD123E" w:rsidP="3570B21E" w:rsidRDefault="4BDD123E" w14:paraId="6AD92F5E" w14:textId="70CF3E1E">
      <w:pPr>
        <w:pStyle w:val="Heading2"/>
      </w:pPr>
      <w:r w:rsidRPr="3570B21E">
        <w:rPr>
          <w:rFonts w:ascii="Calibri" w:hAnsi="Calibri" w:eastAsia="Calibri" w:cs="Calibri"/>
        </w:rPr>
        <w:t>Neo4j: MCP server will not connect</w:t>
      </w:r>
    </w:p>
    <w:p w:rsidR="4BDD123E" w:rsidP="3570B21E" w:rsidRDefault="4BDD123E" w14:paraId="4B7DCE28" w14:textId="7531D18B">
      <w:pPr>
        <w:pStyle w:val="ListParagraph"/>
        <w:numPr>
          <w:ilvl w:val="0"/>
          <w:numId w:val="10"/>
        </w:numPr>
        <w:spacing w:after="0"/>
        <w:ind w:left="360"/>
        <w:rPr>
          <w:rFonts w:eastAsia="Calibri" w:cs="Calibri"/>
        </w:rPr>
      </w:pPr>
      <w:r w:rsidRPr="3570B21E">
        <w:rPr>
          <w:rFonts w:eastAsia="Calibri" w:cs="Calibri"/>
        </w:rPr>
        <w:t>Confirm database is running (green in Neo4j Desktop)</w:t>
      </w:r>
    </w:p>
    <w:p w:rsidR="4BDD123E" w:rsidP="3570B21E" w:rsidRDefault="4BDD123E" w14:paraId="33232FEF" w14:textId="4143F21A">
      <w:pPr>
        <w:pStyle w:val="ListParagraph"/>
        <w:numPr>
          <w:ilvl w:val="0"/>
          <w:numId w:val="10"/>
        </w:numPr>
        <w:spacing w:after="0"/>
        <w:ind w:left="360"/>
        <w:rPr>
          <w:rFonts w:eastAsia="Calibri" w:cs="Calibri"/>
        </w:rPr>
      </w:pPr>
      <w:r w:rsidRPr="3570B21E">
        <w:rPr>
          <w:rFonts w:eastAsia="Calibri" w:cs="Calibri"/>
        </w:rPr>
        <w:t>Check /mcp in Claude for neo4j status</w:t>
      </w:r>
    </w:p>
    <w:p w:rsidR="4BDD123E" w:rsidP="3570B21E" w:rsidRDefault="4BDD123E" w14:paraId="6254DD9D" w14:textId="308B82E1">
      <w:pPr>
        <w:pStyle w:val="ListParagraph"/>
        <w:numPr>
          <w:ilvl w:val="0"/>
          <w:numId w:val="10"/>
        </w:numPr>
        <w:spacing w:after="0"/>
        <w:ind w:left="360"/>
        <w:rPr>
          <w:rFonts w:eastAsia="Calibri" w:cs="Calibri"/>
        </w:rPr>
      </w:pPr>
      <w:r w:rsidRPr="3570B21E">
        <w:rPr>
          <w:rFonts w:eastAsia="Calibri" w:cs="Calibri"/>
        </w:rPr>
        <w:t>Ask Claude to read the Neo4j MCP Setup Guide and reconfigure</w:t>
      </w:r>
    </w:p>
    <w:p w:rsidR="4BDD123E" w:rsidP="3570B21E" w:rsidRDefault="4BDD123E" w14:paraId="56B9A6C6" w14:textId="04F62DC0">
      <w:pPr>
        <w:pStyle w:val="ListParagraph"/>
        <w:numPr>
          <w:ilvl w:val="0"/>
          <w:numId w:val="10"/>
        </w:numPr>
        <w:spacing w:after="0"/>
        <w:ind w:left="360"/>
        <w:rPr>
          <w:rFonts w:eastAsia="Calibri" w:cs="Calibri"/>
        </w:rPr>
      </w:pPr>
      <w:r w:rsidRPr="3570B21E">
        <w:rPr>
          <w:rFonts w:eastAsia="Calibri" w:cs="Calibri"/>
        </w:rPr>
        <w:t>Verify bolt://localhost:7687 is reachable from terminal</w:t>
      </w:r>
    </w:p>
    <w:p w:rsidR="4BDD123E" w:rsidP="3570B21E" w:rsidRDefault="4BDD123E" w14:paraId="0C2D726E" w14:textId="5045C69F">
      <w:pPr>
        <w:pStyle w:val="Heading2"/>
      </w:pPr>
      <w:r w:rsidRPr="3570B21E">
        <w:rPr>
          <w:rFonts w:ascii="Calibri" w:hAnsi="Calibri" w:eastAsia="Calibri" w:cs="Calibri"/>
        </w:rPr>
        <w:t>O365 MCP: Outlook, Teams, or SharePoint server fails</w:t>
      </w:r>
    </w:p>
    <w:p w:rsidR="4BDD123E" w:rsidP="3570B21E" w:rsidRDefault="4BDD123E" w14:paraId="1EC55668" w14:textId="5BF06D25">
      <w:pPr>
        <w:pStyle w:val="ListParagraph"/>
        <w:numPr>
          <w:ilvl w:val="0"/>
          <w:numId w:val="10"/>
        </w:numPr>
        <w:spacing w:after="0"/>
        <w:ind w:left="360"/>
        <w:rPr>
          <w:rFonts w:eastAsia="Calibri" w:cs="Calibri"/>
        </w:rPr>
      </w:pPr>
      <w:r w:rsidRPr="3570B21E">
        <w:rPr>
          <w:rFonts w:eastAsia="Calibri" w:cs="Calibri"/>
        </w:rPr>
        <w:t>Check /mcp in Claude  identify which specific server is failing</w:t>
      </w:r>
    </w:p>
    <w:p w:rsidR="4BDD123E" w:rsidP="3570B21E" w:rsidRDefault="4BDD123E" w14:paraId="3450EDB1" w14:textId="1ED19238">
      <w:pPr>
        <w:pStyle w:val="ListParagraph"/>
        <w:numPr>
          <w:ilvl w:val="0"/>
          <w:numId w:val="10"/>
        </w:numPr>
        <w:spacing w:after="0"/>
        <w:ind w:left="360"/>
        <w:rPr>
          <w:rFonts w:eastAsia="Calibri" w:cs="Calibri"/>
        </w:rPr>
      </w:pPr>
      <w:r w:rsidRPr="3570B21E">
        <w:rPr>
          <w:rFonts w:eastAsia="Calibri" w:cs="Calibri"/>
        </w:rPr>
        <w:t>Verify Microsoft OAuth is configured: Ask Claude to "check outlook auth"</w:t>
      </w:r>
    </w:p>
    <w:p w:rsidR="4BDD123E" w:rsidP="3570B21E" w:rsidRDefault="4BDD123E" w14:paraId="29246E8C" w14:textId="1AD4EB74">
      <w:pPr>
        <w:pStyle w:val="ListParagraph"/>
        <w:numPr>
          <w:ilvl w:val="0"/>
          <w:numId w:val="10"/>
        </w:numPr>
        <w:spacing w:after="0"/>
        <w:ind w:left="360"/>
        <w:rPr>
          <w:rFonts w:eastAsia="Calibri" w:cs="Calibri"/>
        </w:rPr>
      </w:pPr>
      <w:r w:rsidRPr="3570B21E">
        <w:rPr>
          <w:rFonts w:eastAsia="Calibri" w:cs="Calibri"/>
        </w:rPr>
        <w:t>If auth expired, re-authenticate: Ask Claude to "get auth help for outlook"</w:t>
      </w:r>
    </w:p>
    <w:p w:rsidR="4BDD123E" w:rsidP="3570B21E" w:rsidRDefault="4BDD123E" w14:paraId="0046D9D4" w14:textId="0395C84B">
      <w:pPr>
        <w:pStyle w:val="ListParagraph"/>
        <w:numPr>
          <w:ilvl w:val="0"/>
          <w:numId w:val="10"/>
        </w:numPr>
        <w:spacing w:after="0"/>
        <w:ind w:left="360"/>
        <w:rPr>
          <w:rFonts w:eastAsia="Calibri" w:cs="Calibri"/>
        </w:rPr>
      </w:pPr>
      <w:r w:rsidRPr="3570B21E">
        <w:rPr>
          <w:rFonts w:eastAsia="Calibri" w:cs="Calibri"/>
        </w:rPr>
        <w:t>Confirm your Microsoft 365 account has the required Graph API permissions</w:t>
      </w:r>
    </w:p>
    <w:p w:rsidR="4BDD123E" w:rsidP="3570B21E" w:rsidRDefault="4BDD123E" w14:paraId="79D41527" w14:textId="5F3A59AD">
      <w:pPr>
        <w:pStyle w:val="ListParagraph"/>
        <w:numPr>
          <w:ilvl w:val="0"/>
          <w:numId w:val="10"/>
        </w:numPr>
        <w:spacing w:after="0"/>
        <w:ind w:left="360"/>
        <w:rPr>
          <w:rFonts w:eastAsia="Calibri" w:cs="Calibri"/>
        </w:rPr>
      </w:pPr>
      <w:r w:rsidRPr="3570B21E">
        <w:rPr>
          <w:rFonts w:eastAsia="Calibri" w:cs="Calibri"/>
        </w:rPr>
        <w:t>Corporate conditional access policies may block token requests  try from a non-VPN connection</w:t>
      </w:r>
    </w:p>
    <w:p w:rsidR="4BDD123E" w:rsidP="3570B21E" w:rsidRDefault="4BDD123E" w14:paraId="0AD2F849" w14:textId="47C8D0DE">
      <w:pPr>
        <w:pStyle w:val="ListParagraph"/>
        <w:numPr>
          <w:ilvl w:val="0"/>
          <w:numId w:val="10"/>
        </w:numPr>
        <w:spacing w:after="0"/>
        <w:ind w:left="360"/>
        <w:rPr>
          <w:rFonts w:eastAsia="Calibri" w:cs="Calibri"/>
        </w:rPr>
      </w:pPr>
      <w:r w:rsidRPr="3570B21E">
        <w:rPr>
          <w:rFonts w:eastAsia="Calibri" w:cs="Calibri"/>
        </w:rPr>
        <w:t>Check ~/.claude.json for correct O365 MCP server entries (outlook, teams, sharepoint)</w:t>
      </w:r>
    </w:p>
    <w:p w:rsidR="4BDD123E" w:rsidP="3570B21E" w:rsidRDefault="4BDD123E" w14:paraId="4123FEB6" w14:textId="0062AA4F">
      <w:pPr>
        <w:pStyle w:val="ListParagraph"/>
        <w:numPr>
          <w:ilvl w:val="0"/>
          <w:numId w:val="10"/>
        </w:numPr>
        <w:spacing w:after="0"/>
        <w:ind w:left="360"/>
        <w:rPr>
          <w:rFonts w:eastAsia="Calibri" w:cs="Calibri"/>
        </w:rPr>
      </w:pPr>
      <w:r w:rsidRPr="3570B21E">
        <w:rPr>
          <w:rFonts w:eastAsia="Calibri" w:cs="Calibri"/>
        </w:rPr>
        <w:t>Remove and re-add the failing server: claude mcp remove outlook then claude mcp add outlook</w:t>
      </w:r>
    </w:p>
    <w:p w:rsidR="4BDD123E" w:rsidP="3570B21E" w:rsidRDefault="4BDD123E" w14:paraId="5D857BD5" w14:textId="57D2EB7B">
      <w:pPr>
        <w:pStyle w:val="Heading2"/>
      </w:pPr>
      <w:r w:rsidRPr="3570B21E">
        <w:rPr>
          <w:rFonts w:ascii="Calibri" w:hAnsi="Calibri" w:eastAsia="Calibri" w:cs="Calibri"/>
        </w:rPr>
        <w:t>O365 MCP: Repeated authentication prompts</w:t>
      </w:r>
    </w:p>
    <w:p w:rsidR="4BDD123E" w:rsidP="3570B21E" w:rsidRDefault="4BDD123E" w14:paraId="133D6594" w14:textId="10045E84">
      <w:pPr>
        <w:pStyle w:val="ListParagraph"/>
        <w:numPr>
          <w:ilvl w:val="0"/>
          <w:numId w:val="10"/>
        </w:numPr>
        <w:spacing w:after="0"/>
        <w:ind w:left="360"/>
        <w:rPr>
          <w:rFonts w:eastAsia="Calibri" w:cs="Calibri"/>
        </w:rPr>
      </w:pPr>
      <w:r w:rsidRPr="3570B21E">
        <w:rPr>
          <w:rFonts w:eastAsia="Calibri" w:cs="Calibri"/>
        </w:rPr>
        <w:t>Token cache may be corrupted  ask Claude to "clear outlook auth tokens"</w:t>
      </w:r>
    </w:p>
    <w:p w:rsidR="4BDD123E" w:rsidP="3570B21E" w:rsidRDefault="4BDD123E" w14:paraId="247F51FA" w14:textId="4627BC15">
      <w:pPr>
        <w:pStyle w:val="ListParagraph"/>
        <w:numPr>
          <w:ilvl w:val="0"/>
          <w:numId w:val="10"/>
        </w:numPr>
        <w:spacing w:after="0"/>
        <w:ind w:left="360"/>
        <w:rPr>
          <w:rFonts w:eastAsia="Calibri" w:cs="Calibri"/>
        </w:rPr>
      </w:pPr>
      <w:r w:rsidRPr="3570B21E">
        <w:rPr>
          <w:rFonts w:eastAsia="Calibri" w:cs="Calibri"/>
        </w:rPr>
        <w:t>Ensure the OAuth redirect URI matches the configured callback</w:t>
      </w:r>
    </w:p>
    <w:p w:rsidR="4BDD123E" w:rsidP="3570B21E" w:rsidRDefault="4BDD123E" w14:paraId="68C6E5F1" w14:textId="33C55F80">
      <w:pPr>
        <w:pStyle w:val="ListParagraph"/>
        <w:numPr>
          <w:ilvl w:val="0"/>
          <w:numId w:val="10"/>
        </w:numPr>
        <w:spacing w:after="0"/>
        <w:ind w:left="360"/>
        <w:rPr>
          <w:rFonts w:eastAsia="Calibri" w:cs="Calibri"/>
        </w:rPr>
      </w:pPr>
      <w:r w:rsidRPr="3570B21E">
        <w:rPr>
          <w:rFonts w:eastAsia="Calibri" w:cs="Calibri"/>
        </w:rPr>
        <w:t>Check that your Entra ID app registration has the correct permissions granted</w:t>
      </w:r>
    </w:p>
    <w:p w:rsidR="4BDD123E" w:rsidP="3570B21E" w:rsidRDefault="4BDD123E" w14:paraId="0307BF64" w14:textId="40932926">
      <w:pPr>
        <w:pStyle w:val="ListParagraph"/>
        <w:numPr>
          <w:ilvl w:val="0"/>
          <w:numId w:val="10"/>
        </w:numPr>
        <w:spacing w:after="0"/>
        <w:ind w:left="360"/>
        <w:rPr>
          <w:rFonts w:eastAsia="Calibri" w:cs="Calibri"/>
        </w:rPr>
      </w:pPr>
      <w:r w:rsidRPr="3570B21E">
        <w:rPr>
          <w:rFonts w:eastAsia="Calibri" w:cs="Calibri"/>
        </w:rPr>
        <w:t>Admin consent may be required for organizational accounts  check with IT</w:t>
      </w:r>
    </w:p>
    <w:p w:rsidR="4BDD123E" w:rsidP="3570B21E" w:rsidRDefault="4BDD123E" w14:paraId="5E3E403E" w14:textId="3F0055EE">
      <w:pPr>
        <w:pStyle w:val="Heading2"/>
      </w:pPr>
      <w:r w:rsidRPr="3570B21E">
        <w:rPr>
          <w:rFonts w:ascii="Calibri" w:hAnsi="Calibri" w:eastAsia="Calibri" w:cs="Calibri"/>
        </w:rPr>
        <w:t>Hooks: Session start hook not firing</w:t>
      </w:r>
    </w:p>
    <w:p w:rsidR="4BDD123E" w:rsidP="3570B21E" w:rsidRDefault="4BDD123E" w14:paraId="1ED4095C" w14:textId="09825D3B">
      <w:pPr>
        <w:pStyle w:val="ListParagraph"/>
        <w:numPr>
          <w:ilvl w:val="0"/>
          <w:numId w:val="10"/>
        </w:numPr>
        <w:spacing w:after="0"/>
        <w:ind w:left="360"/>
        <w:rPr>
          <w:rFonts w:eastAsia="Calibri" w:cs="Calibri"/>
        </w:rPr>
      </w:pPr>
      <w:r w:rsidRPr="3570B21E">
        <w:rPr>
          <w:rFonts w:eastAsia="Calibri" w:cs="Calibri"/>
        </w:rPr>
        <w:t>Verify ~/.claude/hooks/ directory exists and contains hook files</w:t>
      </w:r>
    </w:p>
    <w:p w:rsidR="4BDD123E" w:rsidP="3570B21E" w:rsidRDefault="4BDD123E" w14:paraId="3C77E779" w14:textId="5FC496DF">
      <w:pPr>
        <w:pStyle w:val="ListParagraph"/>
        <w:numPr>
          <w:ilvl w:val="0"/>
          <w:numId w:val="10"/>
        </w:numPr>
        <w:spacing w:after="0"/>
        <w:ind w:left="360"/>
        <w:rPr>
          <w:rFonts w:eastAsia="Calibri" w:cs="Calibri"/>
        </w:rPr>
      </w:pPr>
      <w:r w:rsidRPr="3570B21E">
        <w:rPr>
          <w:rFonts w:eastAsia="Calibri" w:cs="Calibri"/>
        </w:rPr>
        <w:t>Check that hook files are valid JSON with correct structure</w:t>
      </w:r>
    </w:p>
    <w:p w:rsidR="4BDD123E" w:rsidP="3570B21E" w:rsidRDefault="4BDD123E" w14:paraId="67A05E61" w14:textId="5110DCAD">
      <w:pPr>
        <w:pStyle w:val="ListParagraph"/>
        <w:numPr>
          <w:ilvl w:val="0"/>
          <w:numId w:val="10"/>
        </w:numPr>
        <w:spacing w:after="0"/>
        <w:ind w:left="360"/>
        <w:rPr>
          <w:rFonts w:eastAsia="Calibri" w:cs="Calibri"/>
        </w:rPr>
      </w:pPr>
      <w:r w:rsidRPr="3570B21E">
        <w:rPr>
          <w:rFonts w:eastAsia="Calibri" w:cs="Calibri"/>
        </w:rPr>
        <w:t>Look for the hooks key in ~/.claude/settings.json  hooks must be registered there</w:t>
      </w:r>
    </w:p>
    <w:p w:rsidR="4BDD123E" w:rsidP="3570B21E" w:rsidRDefault="4BDD123E" w14:paraId="1FC11691" w14:textId="5B9CA030">
      <w:pPr>
        <w:pStyle w:val="ListParagraph"/>
        <w:numPr>
          <w:ilvl w:val="0"/>
          <w:numId w:val="10"/>
        </w:numPr>
        <w:spacing w:after="0"/>
        <w:ind w:left="360"/>
        <w:rPr>
          <w:rFonts w:eastAsia="Calibri" w:cs="Calibri"/>
        </w:rPr>
      </w:pPr>
      <w:r w:rsidRPr="3570B21E">
        <w:rPr>
          <w:rFonts w:eastAsia="Calibri" w:cs="Calibri"/>
        </w:rPr>
        <w:t>Exit and re-launch Claude Code  hooks only load at startup</w:t>
      </w:r>
    </w:p>
    <w:p w:rsidR="4BDD123E" w:rsidP="3570B21E" w:rsidRDefault="4BDD123E" w14:paraId="20BEC375" w14:textId="0666F119">
      <w:pPr>
        <w:pStyle w:val="ListParagraph"/>
        <w:numPr>
          <w:ilvl w:val="0"/>
          <w:numId w:val="10"/>
        </w:numPr>
        <w:spacing w:after="0"/>
        <w:ind w:left="360"/>
        <w:rPr>
          <w:rFonts w:eastAsia="Calibri" w:cs="Calibri"/>
        </w:rPr>
      </w:pPr>
      <w:r w:rsidRPr="3570B21E">
        <w:rPr>
          <w:rFonts w:eastAsia="Calibri" w:cs="Calibri"/>
        </w:rPr>
        <w:t>Test manually: Run the hook script directly in terminal to check for errors</w:t>
      </w:r>
    </w:p>
    <w:p w:rsidR="4BDD123E" w:rsidP="3570B21E" w:rsidRDefault="4BDD123E" w14:paraId="4D95A66D" w14:textId="255B21CC">
      <w:pPr>
        <w:pStyle w:val="ListParagraph"/>
        <w:numPr>
          <w:ilvl w:val="0"/>
          <w:numId w:val="10"/>
        </w:numPr>
        <w:spacing w:after="0"/>
        <w:ind w:left="360"/>
        <w:rPr>
          <w:rFonts w:eastAsia="Calibri" w:cs="Calibri"/>
        </w:rPr>
      </w:pPr>
      <w:r w:rsidRPr="3570B21E">
        <w:rPr>
          <w:rFonts w:eastAsia="Calibri" w:cs="Calibri"/>
        </w:rPr>
        <w:t>Common issue: Windows line endings (CRLF) in shell scripts  convert to LF</w:t>
      </w:r>
    </w:p>
    <w:p w:rsidR="4BDD123E" w:rsidP="3570B21E" w:rsidRDefault="4BDD123E" w14:paraId="051A42F1" w14:textId="661F4CBC">
      <w:pPr>
        <w:pStyle w:val="Heading2"/>
      </w:pPr>
      <w:r w:rsidRPr="3570B21E">
        <w:rPr>
          <w:rFonts w:ascii="Calibri" w:hAnsi="Calibri" w:eastAsia="Calibri" w:cs="Calibri"/>
        </w:rPr>
        <w:t>Hooks: Hook is blocking tool calls</w:t>
      </w:r>
    </w:p>
    <w:p w:rsidR="4BDD123E" w:rsidP="3570B21E" w:rsidRDefault="4BDD123E" w14:paraId="0A7217AE" w14:textId="72D6BC14">
      <w:pPr>
        <w:pStyle w:val="ListParagraph"/>
        <w:numPr>
          <w:ilvl w:val="0"/>
          <w:numId w:val="10"/>
        </w:numPr>
        <w:spacing w:after="0"/>
        <w:ind w:left="360"/>
        <w:rPr>
          <w:rFonts w:eastAsia="Calibri" w:cs="Calibri"/>
        </w:rPr>
      </w:pPr>
      <w:r w:rsidRPr="3570B21E">
        <w:rPr>
          <w:rFonts w:eastAsia="Calibri" w:cs="Calibri"/>
        </w:rPr>
        <w:t>Hooks can intercept and block tool executions  check the hook's exit code logic</w:t>
      </w:r>
    </w:p>
    <w:p w:rsidR="4BDD123E" w:rsidP="3570B21E" w:rsidRDefault="4BDD123E" w14:paraId="08C244C9" w14:textId="26D38838">
      <w:pPr>
        <w:pStyle w:val="ListParagraph"/>
        <w:numPr>
          <w:ilvl w:val="0"/>
          <w:numId w:val="10"/>
        </w:numPr>
        <w:spacing w:after="0"/>
        <w:ind w:left="360"/>
        <w:rPr>
          <w:rFonts w:eastAsia="Calibri" w:cs="Calibri"/>
        </w:rPr>
      </w:pPr>
      <w:r w:rsidRPr="3570B21E">
        <w:rPr>
          <w:rFonts w:eastAsia="Calibri" w:cs="Calibri"/>
        </w:rPr>
        <w:t>A non-zero exit code from a hook means the tool call is blocked</w:t>
      </w:r>
    </w:p>
    <w:p w:rsidR="4BDD123E" w:rsidP="3570B21E" w:rsidRDefault="4BDD123E" w14:paraId="2C60A4DD" w14:textId="592824B2">
      <w:pPr>
        <w:pStyle w:val="ListParagraph"/>
        <w:numPr>
          <w:ilvl w:val="0"/>
          <w:numId w:val="10"/>
        </w:numPr>
        <w:spacing w:after="0"/>
        <w:ind w:left="360"/>
        <w:rPr>
          <w:rFonts w:eastAsia="Calibri" w:cs="Calibri"/>
        </w:rPr>
      </w:pPr>
      <w:r w:rsidRPr="3570B21E">
        <w:rPr>
          <w:rFonts w:eastAsia="Calibri" w:cs="Calibri"/>
        </w:rPr>
        <w:t>Review the hook script to understand what conditions trigger a block</w:t>
      </w:r>
    </w:p>
    <w:p w:rsidR="4BDD123E" w:rsidP="3570B21E" w:rsidRDefault="4BDD123E" w14:paraId="6183EE26" w14:textId="0188DA3B">
      <w:pPr>
        <w:pStyle w:val="ListParagraph"/>
        <w:numPr>
          <w:ilvl w:val="0"/>
          <w:numId w:val="10"/>
        </w:numPr>
        <w:spacing w:after="0"/>
        <w:ind w:left="360"/>
        <w:rPr>
          <w:rFonts w:eastAsia="Calibri" w:cs="Calibri"/>
        </w:rPr>
      </w:pPr>
      <w:r w:rsidRPr="3570B21E">
        <w:rPr>
          <w:rFonts w:eastAsia="Calibri" w:cs="Calibri"/>
        </w:rPr>
        <w:t>Temporarily disable: Rename or move the hook file, restart Claude Code</w:t>
      </w:r>
    </w:p>
    <w:p w:rsidR="4BDD123E" w:rsidP="3570B21E" w:rsidRDefault="4BDD123E" w14:paraId="0263A063" w14:textId="461DAA52">
      <w:pPr>
        <w:pStyle w:val="ListParagraph"/>
        <w:numPr>
          <w:ilvl w:val="0"/>
          <w:numId w:val="10"/>
        </w:numPr>
        <w:spacing w:after="0"/>
        <w:ind w:left="360"/>
        <w:rPr>
          <w:rFonts w:eastAsia="Calibri" w:cs="Calibri"/>
        </w:rPr>
      </w:pPr>
      <w:r w:rsidRPr="3570B21E">
        <w:rPr>
          <w:rFonts w:eastAsia="Calibri" w:cs="Calibri"/>
        </w:rPr>
        <w:t>Ask Claude to "check my hooks configuration" for diagnostics</w:t>
      </w:r>
    </w:p>
    <w:p w:rsidR="4BDD123E" w:rsidP="3570B21E" w:rsidRDefault="4BDD123E" w14:paraId="3F66DA45" w14:textId="1C48ECE3">
      <w:pPr>
        <w:pStyle w:val="Heading2"/>
      </w:pPr>
      <w:r w:rsidRPr="3570B21E">
        <w:rPr>
          <w:rFonts w:ascii="Calibri" w:hAnsi="Calibri" w:eastAsia="Calibri" w:cs="Calibri"/>
        </w:rPr>
        <w:t>EA Persona: Not loading or bootstrap fails</w:t>
      </w:r>
    </w:p>
    <w:p w:rsidR="4BDD123E" w:rsidP="3570B21E" w:rsidRDefault="4BDD123E" w14:paraId="28F1523D" w14:textId="6FCD7091">
      <w:pPr>
        <w:pStyle w:val="ListParagraph"/>
        <w:numPr>
          <w:ilvl w:val="0"/>
          <w:numId w:val="10"/>
        </w:numPr>
        <w:spacing w:after="0"/>
        <w:ind w:left="360"/>
        <w:rPr>
          <w:rFonts w:eastAsia="Calibri" w:cs="Calibri"/>
        </w:rPr>
      </w:pPr>
      <w:r w:rsidRPr="3570B21E">
        <w:rPr>
          <w:rFonts w:eastAsia="Calibri" w:cs="Calibri"/>
        </w:rPr>
        <w:t>Check that persona files were extracted from persona-bootstrap-package.zip correctly</w:t>
      </w:r>
    </w:p>
    <w:p w:rsidR="4BDD123E" w:rsidP="3570B21E" w:rsidRDefault="4BDD123E" w14:paraId="6F63C1B6" w14:textId="0E0FEA5B">
      <w:pPr>
        <w:pStyle w:val="ListParagraph"/>
        <w:numPr>
          <w:ilvl w:val="0"/>
          <w:numId w:val="10"/>
        </w:numPr>
        <w:spacing w:after="0"/>
        <w:ind w:left="360"/>
        <w:rPr>
          <w:rFonts w:eastAsia="Calibri" w:cs="Calibri"/>
        </w:rPr>
      </w:pPr>
      <w:r w:rsidRPr="3570B21E">
        <w:rPr>
          <w:rFonts w:eastAsia="Calibri" w:cs="Calibri"/>
        </w:rPr>
        <w:t>Verify the EA persona directory exists with required files (ea, jervais, CLAUDE.md.template)</w:t>
      </w:r>
    </w:p>
    <w:p w:rsidR="4BDD123E" w:rsidP="3570B21E" w:rsidRDefault="4BDD123E" w14:paraId="18700BB8" w14:textId="0732704E">
      <w:pPr>
        <w:pStyle w:val="ListParagraph"/>
        <w:numPr>
          <w:ilvl w:val="0"/>
          <w:numId w:val="10"/>
        </w:numPr>
        <w:spacing w:after="0"/>
        <w:ind w:left="360"/>
        <w:rPr>
          <w:rFonts w:eastAsia="Calibri" w:cs="Calibri"/>
        </w:rPr>
      </w:pPr>
      <w:r w:rsidRPr="3570B21E">
        <w:rPr>
          <w:rFonts w:eastAsia="Calibri" w:cs="Calibri"/>
        </w:rPr>
        <w:t>If bootstrap shows "Neo4j unreachable"  start Neo4j database first, then restart Claude</w:t>
      </w:r>
    </w:p>
    <w:p w:rsidR="4BDD123E" w:rsidP="3570B21E" w:rsidRDefault="4BDD123E" w14:paraId="0D2E8074" w14:textId="146242CA">
      <w:pPr>
        <w:pStyle w:val="ListParagraph"/>
        <w:numPr>
          <w:ilvl w:val="0"/>
          <w:numId w:val="10"/>
        </w:numPr>
        <w:spacing w:after="0"/>
        <w:ind w:left="360"/>
        <w:rPr>
          <w:rFonts w:eastAsia="Calibri" w:cs="Calibri"/>
        </w:rPr>
      </w:pPr>
      <w:r w:rsidRPr="3570B21E">
        <w:rPr>
          <w:rFonts w:eastAsia="Calibri" w:cs="Calibri"/>
        </w:rPr>
        <w:t>If bootstrap shows "[PENDING] Voice"  this is normal and can be completed in-session</w:t>
      </w:r>
    </w:p>
    <w:p w:rsidR="4BDD123E" w:rsidP="3570B21E" w:rsidRDefault="4BDD123E" w14:paraId="3C0D4B42" w14:textId="098961B0">
      <w:pPr>
        <w:pStyle w:val="ListParagraph"/>
        <w:numPr>
          <w:ilvl w:val="0"/>
          <w:numId w:val="10"/>
        </w:numPr>
        <w:spacing w:after="0"/>
        <w:ind w:left="360"/>
        <w:rPr>
          <w:rFonts w:eastAsia="Calibri" w:cs="Calibri"/>
        </w:rPr>
      </w:pPr>
      <w:r w:rsidRPr="3570B21E">
        <w:rPr>
          <w:rFonts w:eastAsia="Calibri" w:cs="Calibri"/>
        </w:rPr>
        <w:t>Run /ea-bootstrap-check in Claude to get a full diagnostic of what is working and what is not</w:t>
      </w:r>
    </w:p>
    <w:p w:rsidR="4BDD123E" w:rsidP="3570B21E" w:rsidRDefault="4BDD123E" w14:paraId="311D8CA3" w14:textId="174B06E0">
      <w:pPr>
        <w:pStyle w:val="ListParagraph"/>
        <w:numPr>
          <w:ilvl w:val="0"/>
          <w:numId w:val="10"/>
        </w:numPr>
        <w:spacing w:after="0"/>
        <w:ind w:left="360"/>
        <w:rPr>
          <w:rFonts w:eastAsia="Calibri" w:cs="Calibri"/>
        </w:rPr>
      </w:pPr>
      <w:r w:rsidRPr="3570B21E">
        <w:rPr>
          <w:rFonts w:eastAsia="Calibri" w:cs="Calibri"/>
        </w:rPr>
        <w:t>Re-run the bootstrap script: Ask Claude to "read and install persona-bootstrap-package.zip"</w:t>
      </w:r>
    </w:p>
    <w:p w:rsidR="4BDD123E" w:rsidP="3570B21E" w:rsidRDefault="4BDD123E" w14:paraId="493651AF" w14:textId="14EE295D">
      <w:pPr>
        <w:pStyle w:val="Heading2"/>
      </w:pPr>
      <w:r w:rsidRPr="3570B21E">
        <w:rPr>
          <w:rFonts w:ascii="Calibri" w:hAnsi="Calibri" w:eastAsia="Calibri" w:cs="Calibri"/>
        </w:rPr>
        <w:t>ServiceNow MCP: Server fails to connect</w:t>
      </w:r>
    </w:p>
    <w:p w:rsidR="4BDD123E" w:rsidP="3570B21E" w:rsidRDefault="4BDD123E" w14:paraId="40A71411" w14:textId="43066AD5">
      <w:pPr>
        <w:pStyle w:val="ListParagraph"/>
        <w:numPr>
          <w:ilvl w:val="0"/>
          <w:numId w:val="10"/>
        </w:numPr>
        <w:spacing w:after="0"/>
        <w:ind w:left="360"/>
        <w:rPr>
          <w:rFonts w:eastAsia="Calibri" w:cs="Calibri"/>
        </w:rPr>
      </w:pPr>
      <w:r w:rsidRPr="3570B21E">
        <w:rPr>
          <w:rFonts w:eastAsia="Calibri" w:cs="Calibri"/>
        </w:rPr>
        <w:t>Check /mcp in Claude for servicenow status</w:t>
      </w:r>
    </w:p>
    <w:p w:rsidR="4BDD123E" w:rsidP="3570B21E" w:rsidRDefault="4BDD123E" w14:paraId="3BD94A45" w14:textId="7D02BA3D">
      <w:pPr>
        <w:pStyle w:val="ListParagraph"/>
        <w:numPr>
          <w:ilvl w:val="0"/>
          <w:numId w:val="10"/>
        </w:numPr>
        <w:spacing w:after="0"/>
        <w:ind w:left="360"/>
        <w:rPr>
          <w:rFonts w:eastAsia="Calibri" w:cs="Calibri"/>
        </w:rPr>
      </w:pPr>
      <w:r w:rsidRPr="3570B21E">
        <w:rPr>
          <w:rFonts w:eastAsia="Calibri" w:cs="Calibri"/>
        </w:rPr>
        <w:t>Verify ServiceNow instance URL is correct and reachable from your network</w:t>
      </w:r>
    </w:p>
    <w:p w:rsidR="4BDD123E" w:rsidP="3570B21E" w:rsidRDefault="4BDD123E" w14:paraId="5929B67B" w14:textId="641A8FD5">
      <w:pPr>
        <w:pStyle w:val="ListParagraph"/>
        <w:numPr>
          <w:ilvl w:val="0"/>
          <w:numId w:val="10"/>
        </w:numPr>
        <w:spacing w:after="0"/>
        <w:ind w:left="360"/>
        <w:rPr>
          <w:rFonts w:eastAsia="Calibri" w:cs="Calibri"/>
        </w:rPr>
      </w:pPr>
      <w:r w:rsidRPr="3570B21E">
        <w:rPr>
          <w:rFonts w:eastAsia="Calibri" w:cs="Calibri"/>
        </w:rPr>
        <w:t>Check that OAuth or basic auth credentials are configured in the MCP settings</w:t>
      </w:r>
    </w:p>
    <w:p w:rsidR="4BDD123E" w:rsidP="3570B21E" w:rsidRDefault="4BDD123E" w14:paraId="352A5544" w14:textId="18985C3B">
      <w:pPr>
        <w:pStyle w:val="ListParagraph"/>
        <w:numPr>
          <w:ilvl w:val="0"/>
          <w:numId w:val="10"/>
        </w:numPr>
        <w:spacing w:after="0"/>
        <w:ind w:left="360"/>
        <w:rPr>
          <w:rFonts w:eastAsia="Calibri" w:cs="Calibri"/>
        </w:rPr>
      </w:pPr>
      <w:r w:rsidRPr="3570B21E">
        <w:rPr>
          <w:rFonts w:eastAsia="Calibri" w:cs="Calibri"/>
        </w:rPr>
        <w:t>Corporate VPN may be required  connect to VPN and restart Claude Code</w:t>
      </w:r>
    </w:p>
    <w:p w:rsidR="4BDD123E" w:rsidP="3570B21E" w:rsidRDefault="4BDD123E" w14:paraId="20A262CD" w14:textId="409E66EC">
      <w:pPr>
        <w:pStyle w:val="ListParagraph"/>
        <w:numPr>
          <w:ilvl w:val="0"/>
          <w:numId w:val="10"/>
        </w:numPr>
        <w:spacing w:after="0"/>
        <w:ind w:left="360"/>
        <w:rPr>
          <w:rFonts w:eastAsia="Calibri" w:cs="Calibri"/>
        </w:rPr>
      </w:pPr>
      <w:r w:rsidRPr="3570B21E">
        <w:rPr>
          <w:rFonts w:eastAsia="Calibri" w:cs="Calibri"/>
        </w:rPr>
        <w:t>Ask Claude to "set ServiceNow instance" and provide your instance URL</w:t>
      </w:r>
    </w:p>
    <w:p w:rsidR="4BDD123E" w:rsidP="3570B21E" w:rsidRDefault="4BDD123E" w14:paraId="7E980549" w14:textId="7C1C7CBB">
      <w:pPr>
        <w:pStyle w:val="ListParagraph"/>
        <w:numPr>
          <w:ilvl w:val="0"/>
          <w:numId w:val="10"/>
        </w:numPr>
        <w:spacing w:after="0"/>
        <w:ind w:left="360"/>
        <w:rPr>
          <w:rFonts w:eastAsia="Calibri" w:cs="Calibri"/>
        </w:rPr>
      </w:pPr>
      <w:r w:rsidRPr="3570B21E">
        <w:rPr>
          <w:rFonts w:eastAsia="Calibri" w:cs="Calibri"/>
        </w:rPr>
        <w:t>Review the SETUP.md and ADMIN-SETUP.md files from the servicenow-mcp.zip for configuration details</w:t>
      </w:r>
    </w:p>
    <w:p w:rsidR="4BDD123E" w:rsidP="3570B21E" w:rsidRDefault="4BDD123E" w14:paraId="46FBEEC6" w14:textId="3B210FE8">
      <w:pPr>
        <w:pStyle w:val="ListParagraph"/>
        <w:numPr>
          <w:ilvl w:val="0"/>
          <w:numId w:val="10"/>
        </w:numPr>
        <w:spacing w:after="0"/>
        <w:ind w:left="360"/>
        <w:rPr>
          <w:rFonts w:eastAsia="Calibri" w:cs="Calibri"/>
        </w:rPr>
      </w:pPr>
      <w:r w:rsidRPr="3570B21E">
        <w:rPr>
          <w:rFonts w:eastAsia="Calibri" w:cs="Calibri"/>
        </w:rPr>
        <w:t>Remove and re-add: claude mcp remove servicenow then claude mcp add servicenow</w:t>
      </w:r>
    </w:p>
    <w:p w:rsidR="4BDD123E" w:rsidP="3570B21E" w:rsidRDefault="4BDD123E" w14:paraId="1F388501" w14:textId="1DCCD54B">
      <w:pPr>
        <w:pStyle w:val="Heading2"/>
      </w:pPr>
      <w:r w:rsidRPr="3570B21E">
        <w:rPr>
          <w:rFonts w:ascii="Calibri" w:hAnsi="Calibri" w:eastAsia="Calibri" w:cs="Calibri"/>
        </w:rPr>
        <w:t>ServiceNow MCP: Authentication or permission errors</w:t>
      </w:r>
    </w:p>
    <w:p w:rsidR="4BDD123E" w:rsidP="3570B21E" w:rsidRDefault="4BDD123E" w14:paraId="6298C5EA" w14:textId="34BF8EC2">
      <w:pPr>
        <w:pStyle w:val="ListParagraph"/>
        <w:numPr>
          <w:ilvl w:val="0"/>
          <w:numId w:val="10"/>
        </w:numPr>
        <w:spacing w:after="0"/>
        <w:ind w:left="360"/>
        <w:rPr>
          <w:rFonts w:eastAsia="Calibri" w:cs="Calibri"/>
        </w:rPr>
      </w:pPr>
      <w:r w:rsidRPr="3570B21E">
        <w:rPr>
          <w:rFonts w:eastAsia="Calibri" w:cs="Calibri"/>
        </w:rPr>
        <w:t>Verify your ServiceNow account has the required roles (itil, admin, or equivalent)</w:t>
      </w:r>
    </w:p>
    <w:p w:rsidR="4BDD123E" w:rsidP="3570B21E" w:rsidRDefault="4BDD123E" w14:paraId="363B4DF4" w14:textId="45268C32">
      <w:pPr>
        <w:pStyle w:val="ListParagraph"/>
        <w:numPr>
          <w:ilvl w:val="0"/>
          <w:numId w:val="10"/>
        </w:numPr>
        <w:spacing w:after="0"/>
        <w:ind w:left="360"/>
        <w:rPr>
          <w:rFonts w:eastAsia="Calibri" w:cs="Calibri"/>
        </w:rPr>
      </w:pPr>
      <w:r w:rsidRPr="3570B21E">
        <w:rPr>
          <w:rFonts w:eastAsia="Calibri" w:cs="Calibri"/>
        </w:rPr>
        <w:t>Check that the OAuth application in ServiceNow is active and not expired</w:t>
      </w:r>
    </w:p>
    <w:p w:rsidR="4BDD123E" w:rsidP="3570B21E" w:rsidRDefault="4BDD123E" w14:paraId="1FE5816E" w14:textId="005CF13C">
      <w:pPr>
        <w:pStyle w:val="ListParagraph"/>
        <w:numPr>
          <w:ilvl w:val="0"/>
          <w:numId w:val="10"/>
        </w:numPr>
        <w:spacing w:after="0"/>
        <w:ind w:left="360"/>
        <w:rPr>
          <w:rFonts w:eastAsia="Calibri" w:cs="Calibri"/>
        </w:rPr>
      </w:pPr>
      <w:r w:rsidRPr="3570B21E">
        <w:rPr>
          <w:rFonts w:eastAsia="Calibri" w:cs="Calibri"/>
        </w:rPr>
        <w:t>If using basic auth, confirm username and password are correct in MCP configuration</w:t>
      </w:r>
    </w:p>
    <w:p w:rsidR="4BDD123E" w:rsidP="3570B21E" w:rsidRDefault="4BDD123E" w14:paraId="29AB9940" w14:textId="414EDEBF">
      <w:pPr>
        <w:pStyle w:val="ListParagraph"/>
        <w:numPr>
          <w:ilvl w:val="0"/>
          <w:numId w:val="10"/>
        </w:numPr>
        <w:spacing w:after="0"/>
        <w:ind w:left="360"/>
        <w:rPr>
          <w:rFonts w:eastAsia="Calibri" w:cs="Calibri"/>
        </w:rPr>
      </w:pPr>
      <w:r w:rsidRPr="3570B21E">
        <w:rPr>
          <w:rFonts w:eastAsia="Calibri" w:cs="Calibri"/>
        </w:rPr>
        <w:t>ServiceNow instance may require MFA  use an OAuth token instead of basic auth</w:t>
      </w:r>
    </w:p>
    <w:p w:rsidR="4BDD123E" w:rsidP="3570B21E" w:rsidRDefault="4BDD123E" w14:paraId="6BB0C9E1" w14:textId="0BCC0942">
      <w:pPr>
        <w:pStyle w:val="ListParagraph"/>
        <w:numPr>
          <w:ilvl w:val="0"/>
          <w:numId w:val="10"/>
        </w:numPr>
        <w:spacing w:after="0"/>
        <w:ind w:left="360"/>
        <w:rPr>
          <w:rFonts w:eastAsia="Calibri" w:cs="Calibri"/>
        </w:rPr>
      </w:pPr>
      <w:r w:rsidRPr="3570B21E">
        <w:rPr>
          <w:rFonts w:eastAsia="Calibri" w:cs="Calibri"/>
        </w:rPr>
        <w:t>Check .env or MCP config for correct SNOW_INSTANCE, SNOW_USERNAME, SNOW_PASSWORD values</w:t>
      </w:r>
    </w:p>
    <w:p w:rsidR="4BDD123E" w:rsidP="3570B21E" w:rsidRDefault="4BDD123E" w14:paraId="42F55973" w14:textId="41695D72">
      <w:pPr>
        <w:pStyle w:val="Heading2"/>
      </w:pPr>
      <w:r w:rsidRPr="3570B21E">
        <w:rPr>
          <w:rFonts w:ascii="Calibri" w:hAnsi="Calibri" w:eastAsia="Calibri" w:cs="Calibri"/>
        </w:rPr>
        <w:t>General Tips</w:t>
      </w:r>
    </w:p>
    <w:p w:rsidR="4BDD123E" w:rsidP="3570B21E" w:rsidRDefault="4BDD123E" w14:paraId="1657F347" w14:textId="4F686B9E">
      <w:pPr>
        <w:pStyle w:val="ListParagraph"/>
        <w:numPr>
          <w:ilvl w:val="0"/>
          <w:numId w:val="10"/>
        </w:numPr>
        <w:spacing w:after="0"/>
        <w:ind w:left="360"/>
        <w:rPr>
          <w:rFonts w:eastAsia="Calibri" w:cs="Calibri"/>
        </w:rPr>
      </w:pPr>
      <w:r w:rsidRPr="3570B21E">
        <w:rPr>
          <w:rFonts w:eastAsia="Calibri" w:cs="Calibri"/>
        </w:rPr>
        <w:t>When in doubt, ask Claude  most issues can be diagnosed by describing the problem</w:t>
      </w:r>
    </w:p>
    <w:p w:rsidR="4BDD123E" w:rsidP="3570B21E" w:rsidRDefault="4BDD123E" w14:paraId="1B34ECFB" w14:textId="306A5884">
      <w:pPr>
        <w:pStyle w:val="ListParagraph"/>
        <w:numPr>
          <w:ilvl w:val="0"/>
          <w:numId w:val="10"/>
        </w:numPr>
        <w:spacing w:after="0"/>
        <w:ind w:left="360"/>
        <w:rPr>
          <w:rFonts w:eastAsia="Calibri" w:cs="Calibri"/>
        </w:rPr>
      </w:pPr>
      <w:r w:rsidRPr="3570B21E">
        <w:rPr>
          <w:rFonts w:eastAsia="Calibri" w:cs="Calibri"/>
        </w:rPr>
        <w:t>Exit and re-launch Claude Code after any config change  stale state is common</w:t>
      </w:r>
    </w:p>
    <w:p w:rsidR="4BDD123E" w:rsidP="3570B21E" w:rsidRDefault="4BDD123E" w14:paraId="4636109B" w14:textId="26F8B80D">
      <w:pPr>
        <w:pStyle w:val="ListParagraph"/>
        <w:numPr>
          <w:ilvl w:val="0"/>
          <w:numId w:val="10"/>
        </w:numPr>
        <w:spacing w:after="0"/>
        <w:ind w:left="360"/>
        <w:rPr>
          <w:rFonts w:eastAsia="Calibri" w:cs="Calibri"/>
        </w:rPr>
      </w:pPr>
      <w:r w:rsidRPr="3570B21E">
        <w:rPr>
          <w:rFonts w:eastAsia="Calibri" w:cs="Calibri"/>
        </w:rPr>
        <w:t>Restart computer if PATH changes are not taking effect</w:t>
      </w:r>
    </w:p>
    <w:p w:rsidR="4BDD123E" w:rsidP="3570B21E" w:rsidRDefault="4BDD123E" w14:paraId="37856B2B" w14:textId="006ABFDA">
      <w:pPr>
        <w:pStyle w:val="ListParagraph"/>
        <w:numPr>
          <w:ilvl w:val="0"/>
          <w:numId w:val="10"/>
        </w:numPr>
        <w:spacing w:after="0"/>
        <w:ind w:left="360"/>
        <w:rPr>
          <w:rFonts w:eastAsia="Calibri" w:cs="Calibri"/>
        </w:rPr>
      </w:pPr>
      <w:r w:rsidRPr="3570B21E">
        <w:rPr>
          <w:rFonts w:eastAsia="Calibri" w:cs="Calibri"/>
        </w:rPr>
        <w:t>Keep Obsidian running whenever using Claude Code</w:t>
      </w:r>
    </w:p>
    <w:p w:rsidR="4BDD123E" w:rsidP="3570B21E" w:rsidRDefault="4BDD123E" w14:paraId="00BEC07D" w14:textId="032A9E9A">
      <w:pPr>
        <w:pStyle w:val="ListParagraph"/>
        <w:numPr>
          <w:ilvl w:val="0"/>
          <w:numId w:val="10"/>
        </w:numPr>
        <w:spacing w:after="0"/>
        <w:ind w:left="360"/>
        <w:rPr>
          <w:rFonts w:eastAsia="Calibri" w:cs="Calibri"/>
        </w:rPr>
      </w:pPr>
      <w:r w:rsidRPr="3570B21E">
        <w:rPr>
          <w:rFonts w:eastAsia="Calibri" w:cs="Calibri"/>
        </w:rPr>
        <w:t>Keep Neo4j Desktop running with database active whenever using memory features</w:t>
      </w:r>
    </w:p>
    <w:p w:rsidR="4BDD123E" w:rsidP="3570B21E" w:rsidRDefault="4BDD123E" w14:paraId="120933C1" w14:textId="75DB4590">
      <w:pPr>
        <w:pStyle w:val="ListParagraph"/>
        <w:numPr>
          <w:ilvl w:val="0"/>
          <w:numId w:val="10"/>
        </w:numPr>
        <w:spacing w:after="0"/>
        <w:ind w:left="360"/>
        <w:rPr>
          <w:rFonts w:eastAsia="Calibri" w:cs="Calibri"/>
        </w:rPr>
      </w:pPr>
      <w:r w:rsidRPr="3570B21E">
        <w:rPr>
          <w:rFonts w:eastAsia="Calibri" w:cs="Calibri"/>
        </w:rPr>
        <w:t>If multiple things break at once, fix them in install order (Parts 1-12)  later parts depend on earlier ones</w:t>
      </w:r>
    </w:p>
    <w:p w:rsidR="4BDD123E" w:rsidP="3570B21E" w:rsidRDefault="4BDD123E" w14:paraId="5A4D1AF9" w14:textId="294C8673">
      <w:pPr>
        <w:pStyle w:val="ListParagraph"/>
        <w:numPr>
          <w:ilvl w:val="0"/>
          <w:numId w:val="10"/>
        </w:numPr>
        <w:spacing w:after="0"/>
        <w:ind w:left="360"/>
        <w:rPr>
          <w:rFonts w:eastAsia="Calibri" w:cs="Calibri"/>
        </w:rPr>
      </w:pPr>
      <w:r w:rsidRPr="3570B21E">
        <w:rPr>
          <w:rFonts w:eastAsia="Calibri" w:cs="Calibri"/>
        </w:rPr>
        <w:t>Save your ~/.claude.json before making changes  copy it to ~/.claude.json.bak as a backup</w:t>
      </w:r>
    </w:p>
    <w:p w:rsidR="4BDD123E" w:rsidP="3570B21E" w:rsidRDefault="4BDD123E" w14:paraId="45C9E552" w14:textId="3FC8617D">
      <w:r w:rsidRPr="3570B21E">
        <w:rPr>
          <w:rFonts w:eastAsia="Calibri" w:cs="Calibri"/>
        </w:rPr>
        <w:t>────────────────────────────────────────────────────────────</w:t>
      </w:r>
    </w:p>
    <w:p w:rsidR="4BDD123E" w:rsidP="3570B21E" w:rsidRDefault="4BDD123E" w14:paraId="1708FA05" w14:textId="0DB686CE">
      <w:pPr>
        <w:pStyle w:val="Heading1"/>
      </w:pPr>
      <w:r w:rsidRPr="3570B21E">
        <w:rPr>
          <w:rFonts w:ascii="Calibri" w:hAnsi="Calibri" w:eastAsia="Calibri" w:cs="Calibri"/>
        </w:rPr>
        <w:t>Next Steps</w:t>
      </w:r>
    </w:p>
    <w:p w:rsidR="4BDD123E" w:rsidP="3570B21E" w:rsidRDefault="4BDD123E" w14:paraId="29E07DF8" w14:textId="67875D1F">
      <w:r w:rsidRPr="3570B21E">
        <w:rPr>
          <w:rFonts w:eastAsia="Calibri" w:cs="Calibri"/>
        </w:rPr>
        <w:t>Immediate Actions</w:t>
      </w:r>
    </w:p>
    <w:p w:rsidR="4BDD123E" w:rsidP="3570B21E" w:rsidRDefault="4BDD123E" w14:paraId="565D5055" w14:textId="35A38683">
      <w:pPr>
        <w:pStyle w:val="ListParagraph"/>
        <w:numPr>
          <w:ilvl w:val="0"/>
          <w:numId w:val="10"/>
        </w:numPr>
        <w:spacing w:after="0"/>
        <w:ind w:left="360"/>
        <w:rPr>
          <w:rFonts w:eastAsia="Calibri" w:cs="Calibri"/>
        </w:rPr>
      </w:pPr>
      <w:r w:rsidRPr="3570B21E">
        <w:rPr>
          <w:rFonts w:eastAsia="Calibri" w:cs="Calibri"/>
        </w:rPr>
        <w:t>Run /ea-bootstrap-check to confirm all systems are connected</w:t>
      </w:r>
    </w:p>
    <w:p w:rsidR="4BDD123E" w:rsidP="3570B21E" w:rsidRDefault="4BDD123E" w14:paraId="3F9AC3D8" w14:textId="35C3F692">
      <w:pPr>
        <w:pStyle w:val="ListParagraph"/>
        <w:numPr>
          <w:ilvl w:val="0"/>
          <w:numId w:val="10"/>
        </w:numPr>
        <w:spacing w:after="0"/>
        <w:ind w:left="360"/>
        <w:rPr>
          <w:rFonts w:eastAsia="Calibri" w:cs="Calibri"/>
        </w:rPr>
      </w:pPr>
      <w:r w:rsidRPr="3570B21E">
        <w:rPr>
          <w:rFonts w:eastAsia="Calibri" w:cs="Calibri"/>
        </w:rPr>
        <w:t>Create your first specification: /speckit.specify</w:t>
      </w:r>
    </w:p>
    <w:p w:rsidR="4BDD123E" w:rsidP="3570B21E" w:rsidRDefault="4BDD123E" w14:paraId="3D44B696" w14:textId="56BEBCAA">
      <w:pPr>
        <w:pStyle w:val="ListParagraph"/>
        <w:numPr>
          <w:ilvl w:val="0"/>
          <w:numId w:val="10"/>
        </w:numPr>
        <w:spacing w:after="0"/>
        <w:ind w:left="360"/>
        <w:rPr>
          <w:rFonts w:eastAsia="Calibri" w:cs="Calibri"/>
        </w:rPr>
      </w:pPr>
      <w:r w:rsidRPr="3570B21E">
        <w:rPr>
          <w:rFonts w:eastAsia="Calibri" w:cs="Calibri"/>
        </w:rPr>
        <w:t>Test Obsidian round-trip: /capture "Hello from HAUTE"  then /retrieve hello</w:t>
      </w:r>
    </w:p>
    <w:p w:rsidR="4BDD123E" w:rsidP="3570B21E" w:rsidRDefault="4BDD123E" w14:paraId="3C337A71" w14:textId="6C359BDB">
      <w:pPr>
        <w:pStyle w:val="ListParagraph"/>
        <w:numPr>
          <w:ilvl w:val="0"/>
          <w:numId w:val="10"/>
        </w:numPr>
        <w:spacing w:after="0"/>
        <w:ind w:left="360"/>
        <w:rPr>
          <w:rFonts w:eastAsia="Calibri" w:cs="Calibri"/>
        </w:rPr>
      </w:pPr>
      <w:r w:rsidRPr="3570B21E">
        <w:rPr>
          <w:rFonts w:eastAsia="Calibri" w:cs="Calibri"/>
        </w:rPr>
        <w:t>Explore available skills with /help</w:t>
      </w:r>
    </w:p>
    <w:p w:rsidR="4BDD123E" w:rsidP="3570B21E" w:rsidRDefault="4BDD123E" w14:paraId="259BFDE2" w14:textId="275B9966">
      <w:r w:rsidRPr="3570B21E">
        <w:rPr>
          <w:rFonts w:eastAsia="Calibri" w:cs="Calibri"/>
        </w:rPr>
        <w:t>Building Your Knowledge Base</w:t>
      </w:r>
    </w:p>
    <w:p w:rsidR="4BDD123E" w:rsidP="3570B21E" w:rsidRDefault="4BDD123E" w14:paraId="7C240433" w14:textId="36B9837C">
      <w:pPr>
        <w:pStyle w:val="ListParagraph"/>
        <w:numPr>
          <w:ilvl w:val="0"/>
          <w:numId w:val="10"/>
        </w:numPr>
        <w:spacing w:after="0"/>
        <w:ind w:left="360"/>
        <w:rPr>
          <w:rFonts w:eastAsia="Calibri" w:cs="Calibri"/>
        </w:rPr>
      </w:pPr>
      <w:r w:rsidRPr="3570B21E">
        <w:rPr>
          <w:rFonts w:eastAsia="Calibri" w:cs="Calibri"/>
        </w:rPr>
        <w:t>Use /capture to save learnings to Obsidian</w:t>
      </w:r>
    </w:p>
    <w:p w:rsidR="4BDD123E" w:rsidP="3570B21E" w:rsidRDefault="4BDD123E" w14:paraId="2CB98B46" w14:textId="5ADD5BFE">
      <w:pPr>
        <w:pStyle w:val="ListParagraph"/>
        <w:numPr>
          <w:ilvl w:val="0"/>
          <w:numId w:val="10"/>
        </w:numPr>
        <w:spacing w:after="0"/>
        <w:ind w:left="360"/>
        <w:rPr>
          <w:rFonts w:eastAsia="Calibri" w:cs="Calibri"/>
        </w:rPr>
      </w:pPr>
      <w:r w:rsidRPr="3570B21E">
        <w:rPr>
          <w:rFonts w:eastAsia="Calibri" w:cs="Calibri"/>
        </w:rPr>
        <w:t>Organize notes with the PARA structure (Projects, Areas, Resources, Archives)</w:t>
      </w:r>
    </w:p>
    <w:p w:rsidR="4BDD123E" w:rsidP="3570B21E" w:rsidRDefault="4BDD123E" w14:paraId="5D7A7DDE" w14:textId="4E6F23BE">
      <w:pPr>
        <w:pStyle w:val="ListParagraph"/>
        <w:numPr>
          <w:ilvl w:val="0"/>
          <w:numId w:val="10"/>
        </w:numPr>
        <w:spacing w:after="0"/>
        <w:ind w:left="360"/>
        <w:rPr>
          <w:rFonts w:eastAsia="Calibri" w:cs="Calibri"/>
        </w:rPr>
      </w:pPr>
      <w:r w:rsidRPr="3570B21E">
        <w:rPr>
          <w:rFonts w:eastAsia="Calibri" w:cs="Calibri"/>
        </w:rPr>
        <w:t>Use /retrieve to search your vault from Claude</w:t>
      </w:r>
    </w:p>
    <w:p w:rsidR="4BDD123E" w:rsidP="3570B21E" w:rsidRDefault="4BDD123E" w14:paraId="7D01A74F" w14:textId="01511E68">
      <w:pPr>
        <w:pStyle w:val="ListParagraph"/>
        <w:numPr>
          <w:ilvl w:val="0"/>
          <w:numId w:val="10"/>
        </w:numPr>
        <w:spacing w:after="0"/>
        <w:ind w:left="360"/>
        <w:rPr>
          <w:rFonts w:eastAsia="Calibri" w:cs="Calibri"/>
        </w:rPr>
      </w:pPr>
      <w:r w:rsidRPr="3570B21E">
        <w:rPr>
          <w:rFonts w:eastAsia="Calibri" w:cs="Calibri"/>
        </w:rPr>
        <w:t>Knowledge promotes automatically from working memory (L2) to long-term storage (L3)</w:t>
      </w:r>
    </w:p>
    <w:p w:rsidR="4BDD123E" w:rsidP="3570B21E" w:rsidRDefault="4BDD123E" w14:paraId="65F86892" w14:textId="5DF5C6A3">
      <w:r w:rsidRPr="3570B21E">
        <w:rPr>
          <w:rFonts w:eastAsia="Calibri" w:cs="Calibri"/>
        </w:rPr>
        <w:t>Day-to-Day Workflow</w:t>
      </w:r>
    </w:p>
    <w:p w:rsidR="4BDD123E" w:rsidP="3570B21E" w:rsidRDefault="4BDD123E" w14:paraId="67CB467A" w14:textId="75709A3B">
      <w:pPr>
        <w:pStyle w:val="ListParagraph"/>
        <w:numPr>
          <w:ilvl w:val="0"/>
          <w:numId w:val="10"/>
        </w:numPr>
        <w:spacing w:after="0"/>
        <w:ind w:left="360"/>
        <w:rPr>
          <w:rFonts w:eastAsia="Calibri" w:cs="Calibri"/>
        </w:rPr>
      </w:pPr>
      <w:r w:rsidRPr="3570B21E">
        <w:rPr>
          <w:rFonts w:eastAsia="Calibri" w:cs="Calibri"/>
        </w:rPr>
        <w:t>Start each session in your project directory: cd Code/Claude-01 then claude</w:t>
      </w:r>
    </w:p>
    <w:p w:rsidR="4BDD123E" w:rsidP="3570B21E" w:rsidRDefault="4BDD123E" w14:paraId="6C0D2E27" w14:textId="395DA832">
      <w:pPr>
        <w:pStyle w:val="ListParagraph"/>
        <w:numPr>
          <w:ilvl w:val="0"/>
          <w:numId w:val="10"/>
        </w:numPr>
        <w:spacing w:after="0"/>
        <w:ind w:left="360"/>
        <w:rPr>
          <w:rFonts w:eastAsia="Calibri" w:cs="Calibri"/>
        </w:rPr>
      </w:pPr>
      <w:r w:rsidRPr="3570B21E">
        <w:rPr>
          <w:rFonts w:eastAsia="Calibri" w:cs="Calibri"/>
        </w:rPr>
        <w:t>Use /jira-unified for JIRA operations (create stories, search issues, transition tickets)</w:t>
      </w:r>
    </w:p>
    <w:p w:rsidR="4BDD123E" w:rsidP="3570B21E" w:rsidRDefault="4BDD123E" w14:paraId="41181EA0" w14:textId="6A411DB9">
      <w:pPr>
        <w:pStyle w:val="ListParagraph"/>
        <w:numPr>
          <w:ilvl w:val="0"/>
          <w:numId w:val="10"/>
        </w:numPr>
        <w:spacing w:after="0"/>
        <w:ind w:left="360"/>
        <w:rPr>
          <w:rFonts w:eastAsia="Calibri" w:cs="Calibri"/>
        </w:rPr>
      </w:pPr>
      <w:r w:rsidRPr="3570B21E">
        <w:rPr>
          <w:rFonts w:eastAsia="Calibri" w:cs="Calibri"/>
        </w:rPr>
        <w:t>Use /servicenow for IT service management (incidents, change requests, knowledge base)</w:t>
      </w:r>
    </w:p>
    <w:p w:rsidR="4BDD123E" w:rsidP="3570B21E" w:rsidRDefault="4BDD123E" w14:paraId="3883B117" w14:textId="0A3C31BA">
      <w:pPr>
        <w:pStyle w:val="ListParagraph"/>
        <w:numPr>
          <w:ilvl w:val="0"/>
          <w:numId w:val="10"/>
        </w:numPr>
        <w:spacing w:after="0"/>
        <w:ind w:left="360"/>
        <w:rPr>
          <w:rFonts w:eastAsia="Calibri" w:cs="Calibri"/>
        </w:rPr>
      </w:pPr>
      <w:r w:rsidRPr="3570B21E">
        <w:rPr>
          <w:rFonts w:eastAsia="Calibri" w:cs="Calibri"/>
        </w:rPr>
        <w:t>Use /outlook-email for email and calendar management</w:t>
      </w:r>
    </w:p>
    <w:p w:rsidR="4BDD123E" w:rsidP="3570B21E" w:rsidRDefault="4BDD123E" w14:paraId="558FDBAD" w14:textId="234564F8">
      <w:pPr>
        <w:pStyle w:val="ListParagraph"/>
        <w:numPr>
          <w:ilvl w:val="0"/>
          <w:numId w:val="10"/>
        </w:numPr>
        <w:spacing w:after="0"/>
        <w:ind w:left="360"/>
        <w:rPr>
          <w:rFonts w:eastAsia="Calibri" w:cs="Calibri"/>
        </w:rPr>
      </w:pPr>
      <w:r w:rsidRPr="3570B21E">
        <w:rPr>
          <w:rFonts w:eastAsia="Calibri" w:cs="Calibri"/>
        </w:rPr>
        <w:t>Use /secops for security operations and incident investigation</w:t>
      </w:r>
    </w:p>
    <w:p w:rsidR="4BDD123E" w:rsidP="3570B21E" w:rsidRDefault="4BDD123E" w14:paraId="7FEC8F48" w14:textId="409C8C67">
      <w:r w:rsidRPr="3570B21E">
        <w:rPr>
          <w:rFonts w:eastAsia="Calibri" w:cs="Calibri"/>
        </w:rPr>
        <w:t>────────────────────────────────────────────────────────────</w:t>
      </w:r>
    </w:p>
    <w:p w:rsidR="4BDD123E" w:rsidP="3570B21E" w:rsidRDefault="4BDD123E" w14:paraId="4172DEE6" w14:textId="24E322BE">
      <w:pPr>
        <w:pStyle w:val="Heading1"/>
      </w:pPr>
      <w:r w:rsidRPr="3570B21E">
        <w:rPr>
          <w:rFonts w:ascii="Calibri" w:hAnsi="Calibri" w:eastAsia="Calibri" w:cs="Calibri"/>
        </w:rPr>
        <w:t>Support</w:t>
      </w:r>
    </w:p>
    <w:p w:rsidR="4BDD123E" w:rsidP="3570B21E" w:rsidRDefault="4BDD123E" w14:paraId="1754D607" w14:textId="7824B338">
      <w:pPr>
        <w:pStyle w:val="ListParagraph"/>
        <w:numPr>
          <w:ilvl w:val="0"/>
          <w:numId w:val="10"/>
        </w:numPr>
        <w:spacing w:after="0"/>
        <w:ind w:left="360"/>
        <w:rPr>
          <w:rFonts w:eastAsia="Calibri" w:cs="Calibri"/>
        </w:rPr>
      </w:pPr>
      <w:r w:rsidRPr="3570B21E">
        <w:rPr>
          <w:rFonts w:eastAsia="Calibri" w:cs="Calibri"/>
        </w:rPr>
        <w:t xml:space="preserve">Claude Code Issues: </w:t>
      </w:r>
      <w:hyperlink r:id="rId23">
        <w:r w:rsidRPr="3570B21E">
          <w:rPr>
            <w:rStyle w:val="Hyperlink"/>
            <w:rFonts w:eastAsia="Calibri" w:cs="Calibri"/>
          </w:rPr>
          <w:t>https://github.com/anthropics/claude-code/issues</w:t>
        </w:r>
      </w:hyperlink>
    </w:p>
    <w:p w:rsidR="4BDD123E" w:rsidP="3570B21E" w:rsidRDefault="4BDD123E" w14:paraId="4DF58B39" w14:textId="06A483E3">
      <w:pPr>
        <w:pStyle w:val="ListParagraph"/>
        <w:numPr>
          <w:ilvl w:val="0"/>
          <w:numId w:val="10"/>
        </w:numPr>
        <w:spacing w:after="0"/>
        <w:ind w:left="360"/>
        <w:rPr>
          <w:rFonts w:eastAsia="Calibri" w:cs="Calibri"/>
        </w:rPr>
      </w:pPr>
      <w:r w:rsidRPr="3570B21E">
        <w:rPr>
          <w:rFonts w:eastAsia="Calibri" w:cs="Calibri"/>
        </w:rPr>
        <w:t>HAUTE Support: Reach out in the Haute Setup Channel</w:t>
      </w:r>
    </w:p>
    <w:p w:rsidR="4BDD123E" w:rsidP="3570B21E" w:rsidRDefault="4BDD123E" w14:paraId="07846A0C" w14:textId="6BD29753">
      <w:pPr>
        <w:pStyle w:val="ListParagraph"/>
        <w:numPr>
          <w:ilvl w:val="0"/>
          <w:numId w:val="10"/>
        </w:numPr>
        <w:spacing w:after="0"/>
        <w:ind w:left="360"/>
        <w:rPr>
          <w:rFonts w:eastAsia="Calibri" w:cs="Calibri"/>
        </w:rPr>
      </w:pPr>
      <w:r w:rsidRPr="3570B21E">
        <w:rPr>
          <w:rFonts w:eastAsia="Calibri" w:cs="Calibri"/>
        </w:rPr>
        <w:t>In-Tool Help: Type /help in Claude Code</w:t>
      </w:r>
    </w:p>
    <w:p w:rsidR="4BDD123E" w:rsidP="3570B21E" w:rsidRDefault="4BDD123E" w14:paraId="5970880D" w14:textId="5879F75A">
      <w:pPr>
        <w:pStyle w:val="ListParagraph"/>
        <w:numPr>
          <w:ilvl w:val="0"/>
          <w:numId w:val="10"/>
        </w:numPr>
        <w:spacing w:after="0"/>
        <w:ind w:left="360"/>
        <w:rPr>
          <w:rFonts w:eastAsia="Calibri" w:cs="Calibri"/>
        </w:rPr>
      </w:pPr>
      <w:r w:rsidRPr="3570B21E">
        <w:rPr>
          <w:rFonts w:eastAsia="Calibri" w:cs="Calibri"/>
        </w:rPr>
        <w:t>Diagnostics: Run /ea-bootstrap-check for a full system health report</w:t>
      </w:r>
    </w:p>
    <w:p w:rsidR="4BDD123E" w:rsidP="3570B21E" w:rsidRDefault="4BDD123E" w14:paraId="3786B8BE" w14:textId="09C5DEAB">
      <w:r w:rsidRPr="3570B21E">
        <w:rPr>
          <w:rFonts w:eastAsia="Calibri" w:cs="Calibri"/>
        </w:rPr>
        <w:t>────────────────────────────────────────────────────────────</w:t>
      </w:r>
    </w:p>
    <w:p w:rsidR="4BDD123E" w:rsidP="3570B21E" w:rsidRDefault="4BDD123E" w14:paraId="34B2FC31" w14:textId="58B0EFA3">
      <w:r w:rsidRPr="3570B21E">
        <w:rPr>
          <w:rFonts w:eastAsia="Calibri" w:cs="Calibri"/>
        </w:rPr>
        <w:t>Congratulations! You now have a fully configured knowledge-augmented AI development environment.</w:t>
      </w:r>
    </w:p>
    <w:p w:rsidR="3570B21E" w:rsidRDefault="3570B21E" w14:paraId="6EEDA6AC" w14:textId="2B8BEFF8"/>
    <w:sectPr w:rsidR="3570B21E" w:rsidSect="00034616">
      <w:headerReference w:type="default" r:id="rId24"/>
      <w:footerReference w:type="default" r:id="rId25"/>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6530" w:rsidRDefault="001C6530" w14:paraId="7B7AAE3C" w14:textId="77777777">
      <w:pPr>
        <w:spacing w:after="0" w:line="240" w:lineRule="auto"/>
      </w:pPr>
      <w:r>
        <w:separator/>
      </w:r>
    </w:p>
  </w:endnote>
  <w:endnote w:type="continuationSeparator" w:id="0">
    <w:p w:rsidR="001C6530" w:rsidRDefault="001C6530" w14:paraId="0BFA079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00B452C4" w:rsidTr="2EA40B96" w14:paraId="4308CB9D" w14:textId="77777777">
      <w:trPr>
        <w:trHeight w:val="300"/>
      </w:trPr>
      <w:tc>
        <w:tcPr>
          <w:tcW w:w="2880" w:type="dxa"/>
        </w:tcPr>
        <w:p w:rsidR="00B452C4" w:rsidP="2EA40B96" w:rsidRDefault="00B452C4" w14:paraId="4B778280" w14:textId="77777777">
          <w:pPr>
            <w:pStyle w:val="Header"/>
            <w:ind w:left="-115"/>
          </w:pPr>
        </w:p>
      </w:tc>
      <w:tc>
        <w:tcPr>
          <w:tcW w:w="2880" w:type="dxa"/>
        </w:tcPr>
        <w:p w:rsidR="00B452C4" w:rsidP="2EA40B96" w:rsidRDefault="00B452C4" w14:paraId="42D633A7" w14:textId="77777777">
          <w:pPr>
            <w:pStyle w:val="Header"/>
            <w:jc w:val="center"/>
          </w:pPr>
        </w:p>
      </w:tc>
      <w:tc>
        <w:tcPr>
          <w:tcW w:w="2880" w:type="dxa"/>
        </w:tcPr>
        <w:p w:rsidR="00B452C4" w:rsidP="2EA40B96" w:rsidRDefault="00B452C4" w14:paraId="2E886EA0" w14:textId="77777777">
          <w:pPr>
            <w:pStyle w:val="Header"/>
            <w:ind w:right="-115"/>
            <w:jc w:val="right"/>
          </w:pPr>
        </w:p>
      </w:tc>
    </w:tr>
  </w:tbl>
  <w:p w:rsidR="00B452C4" w:rsidP="2EA40B96" w:rsidRDefault="00B452C4" w14:paraId="4378178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6530" w:rsidRDefault="001C6530" w14:paraId="2AC8C15E" w14:textId="77777777">
      <w:pPr>
        <w:spacing w:after="0" w:line="240" w:lineRule="auto"/>
      </w:pPr>
      <w:r>
        <w:separator/>
      </w:r>
    </w:p>
  </w:footnote>
  <w:footnote w:type="continuationSeparator" w:id="0">
    <w:p w:rsidR="001C6530" w:rsidRDefault="001C6530" w14:paraId="3F55E5C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00B452C4" w:rsidTr="2EA40B96" w14:paraId="0ACDA483" w14:textId="77777777">
      <w:trPr>
        <w:trHeight w:val="300"/>
      </w:trPr>
      <w:tc>
        <w:tcPr>
          <w:tcW w:w="2880" w:type="dxa"/>
        </w:tcPr>
        <w:p w:rsidR="00B452C4" w:rsidP="2EA40B96" w:rsidRDefault="00B452C4" w14:paraId="25F888C4" w14:textId="77777777">
          <w:pPr>
            <w:pStyle w:val="Header"/>
            <w:ind w:left="-115"/>
          </w:pPr>
        </w:p>
      </w:tc>
      <w:tc>
        <w:tcPr>
          <w:tcW w:w="2880" w:type="dxa"/>
        </w:tcPr>
        <w:p w:rsidR="00B452C4" w:rsidP="2EA40B96" w:rsidRDefault="00B452C4" w14:paraId="4AA39C3F" w14:textId="77777777">
          <w:pPr>
            <w:pStyle w:val="Header"/>
            <w:jc w:val="center"/>
          </w:pPr>
        </w:p>
      </w:tc>
      <w:tc>
        <w:tcPr>
          <w:tcW w:w="2880" w:type="dxa"/>
        </w:tcPr>
        <w:p w:rsidR="00B452C4" w:rsidP="2EA40B96" w:rsidRDefault="00B452C4" w14:paraId="01ADFCF3" w14:textId="77777777">
          <w:pPr>
            <w:pStyle w:val="Header"/>
            <w:ind w:right="-115"/>
            <w:jc w:val="right"/>
          </w:pPr>
        </w:p>
      </w:tc>
    </w:tr>
  </w:tbl>
  <w:p w:rsidR="00B452C4" w:rsidP="2EA40B96" w:rsidRDefault="00B452C4" w14:paraId="0E2CEBD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4" w15:restartNumberingAfterBreak="0">
    <w:nsid w:val="FFFFFF88"/>
    <w:multiLevelType w:val="singleLevel"/>
    <w:tmpl w:val="8BA81BF8"/>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D72C3D70"/>
    <w:lvl w:ilvl="0">
      <w:start w:val="1"/>
      <w:numFmt w:val="bullet"/>
      <w:pStyle w:val="ListBullet"/>
      <w:lvlText w:val=""/>
      <w:lvlJc w:val="left"/>
      <w:pPr>
        <w:tabs>
          <w:tab w:val="num" w:pos="360"/>
        </w:tabs>
        <w:ind w:left="360" w:hanging="360"/>
      </w:pPr>
      <w:rPr>
        <w:rFonts w:hint="default" w:ascii="Symbol" w:hAnsi="Symbol"/>
      </w:rPr>
    </w:lvl>
  </w:abstractNum>
  <w:abstractNum w:abstractNumId="6" w15:restartNumberingAfterBreak="0">
    <w:nsid w:val="085FAF2B"/>
    <w:multiLevelType w:val="hybridMultilevel"/>
    <w:tmpl w:val="FFFFFFFF"/>
    <w:lvl w:ilvl="0" w:tplc="F9B412D6">
      <w:start w:val="1"/>
      <w:numFmt w:val="bullet"/>
      <w:lvlText w:val="·"/>
      <w:lvlJc w:val="left"/>
      <w:pPr>
        <w:ind w:left="720" w:hanging="360"/>
      </w:pPr>
      <w:rPr>
        <w:rFonts w:hint="default" w:ascii="Symbol" w:hAnsi="Symbol"/>
      </w:rPr>
    </w:lvl>
    <w:lvl w:ilvl="1" w:tplc="FE76A9AA">
      <w:start w:val="1"/>
      <w:numFmt w:val="bullet"/>
      <w:lvlText w:val="o"/>
      <w:lvlJc w:val="left"/>
      <w:pPr>
        <w:ind w:left="1440" w:hanging="360"/>
      </w:pPr>
      <w:rPr>
        <w:rFonts w:hint="default" w:ascii="Courier New" w:hAnsi="Courier New"/>
      </w:rPr>
    </w:lvl>
    <w:lvl w:ilvl="2" w:tplc="69823F48">
      <w:start w:val="1"/>
      <w:numFmt w:val="bullet"/>
      <w:lvlText w:val=""/>
      <w:lvlJc w:val="left"/>
      <w:pPr>
        <w:ind w:left="2160" w:hanging="360"/>
      </w:pPr>
      <w:rPr>
        <w:rFonts w:hint="default" w:ascii="Wingdings" w:hAnsi="Wingdings"/>
      </w:rPr>
    </w:lvl>
    <w:lvl w:ilvl="3" w:tplc="371449C6">
      <w:start w:val="1"/>
      <w:numFmt w:val="bullet"/>
      <w:lvlText w:val=""/>
      <w:lvlJc w:val="left"/>
      <w:pPr>
        <w:ind w:left="2880" w:hanging="360"/>
      </w:pPr>
      <w:rPr>
        <w:rFonts w:hint="default" w:ascii="Symbol" w:hAnsi="Symbol"/>
      </w:rPr>
    </w:lvl>
    <w:lvl w:ilvl="4" w:tplc="941A2F1C">
      <w:start w:val="1"/>
      <w:numFmt w:val="bullet"/>
      <w:lvlText w:val="o"/>
      <w:lvlJc w:val="left"/>
      <w:pPr>
        <w:ind w:left="3600" w:hanging="360"/>
      </w:pPr>
      <w:rPr>
        <w:rFonts w:hint="default" w:ascii="Courier New" w:hAnsi="Courier New"/>
      </w:rPr>
    </w:lvl>
    <w:lvl w:ilvl="5" w:tplc="CC488610">
      <w:start w:val="1"/>
      <w:numFmt w:val="bullet"/>
      <w:lvlText w:val=""/>
      <w:lvlJc w:val="left"/>
      <w:pPr>
        <w:ind w:left="4320" w:hanging="360"/>
      </w:pPr>
      <w:rPr>
        <w:rFonts w:hint="default" w:ascii="Wingdings" w:hAnsi="Wingdings"/>
      </w:rPr>
    </w:lvl>
    <w:lvl w:ilvl="6" w:tplc="7ACC78D8">
      <w:start w:val="1"/>
      <w:numFmt w:val="bullet"/>
      <w:lvlText w:val=""/>
      <w:lvlJc w:val="left"/>
      <w:pPr>
        <w:ind w:left="5040" w:hanging="360"/>
      </w:pPr>
      <w:rPr>
        <w:rFonts w:hint="default" w:ascii="Symbol" w:hAnsi="Symbol"/>
      </w:rPr>
    </w:lvl>
    <w:lvl w:ilvl="7" w:tplc="7404255E">
      <w:start w:val="1"/>
      <w:numFmt w:val="bullet"/>
      <w:lvlText w:val="o"/>
      <w:lvlJc w:val="left"/>
      <w:pPr>
        <w:ind w:left="5760" w:hanging="360"/>
      </w:pPr>
      <w:rPr>
        <w:rFonts w:hint="default" w:ascii="Courier New" w:hAnsi="Courier New"/>
      </w:rPr>
    </w:lvl>
    <w:lvl w:ilvl="8" w:tplc="0B2016F6">
      <w:start w:val="1"/>
      <w:numFmt w:val="bullet"/>
      <w:lvlText w:val=""/>
      <w:lvlJc w:val="left"/>
      <w:pPr>
        <w:ind w:left="6480" w:hanging="360"/>
      </w:pPr>
      <w:rPr>
        <w:rFonts w:hint="default" w:ascii="Wingdings" w:hAnsi="Wingdings"/>
      </w:rPr>
    </w:lvl>
  </w:abstractNum>
  <w:abstractNum w:abstractNumId="7" w15:restartNumberingAfterBreak="0">
    <w:nsid w:val="1287ACEB"/>
    <w:multiLevelType w:val="hybridMultilevel"/>
    <w:tmpl w:val="FFFFFFFF"/>
    <w:lvl w:ilvl="0" w:tplc="37A88C42">
      <w:start w:val="1"/>
      <w:numFmt w:val="bullet"/>
      <w:lvlText w:val="·"/>
      <w:lvlJc w:val="left"/>
      <w:pPr>
        <w:ind w:left="720" w:hanging="360"/>
      </w:pPr>
      <w:rPr>
        <w:rFonts w:hint="default" w:ascii="Symbol" w:hAnsi="Symbol"/>
      </w:rPr>
    </w:lvl>
    <w:lvl w:ilvl="1" w:tplc="297CC78C">
      <w:start w:val="1"/>
      <w:numFmt w:val="bullet"/>
      <w:lvlText w:val="o"/>
      <w:lvlJc w:val="left"/>
      <w:pPr>
        <w:ind w:left="1440" w:hanging="360"/>
      </w:pPr>
      <w:rPr>
        <w:rFonts w:hint="default" w:ascii="Courier New" w:hAnsi="Courier New"/>
      </w:rPr>
    </w:lvl>
    <w:lvl w:ilvl="2" w:tplc="DEB66810">
      <w:start w:val="1"/>
      <w:numFmt w:val="bullet"/>
      <w:lvlText w:val=""/>
      <w:lvlJc w:val="left"/>
      <w:pPr>
        <w:ind w:left="2160" w:hanging="360"/>
      </w:pPr>
      <w:rPr>
        <w:rFonts w:hint="default" w:ascii="Wingdings" w:hAnsi="Wingdings"/>
      </w:rPr>
    </w:lvl>
    <w:lvl w:ilvl="3" w:tplc="8744C1F8">
      <w:start w:val="1"/>
      <w:numFmt w:val="bullet"/>
      <w:lvlText w:val=""/>
      <w:lvlJc w:val="left"/>
      <w:pPr>
        <w:ind w:left="2880" w:hanging="360"/>
      </w:pPr>
      <w:rPr>
        <w:rFonts w:hint="default" w:ascii="Symbol" w:hAnsi="Symbol"/>
      </w:rPr>
    </w:lvl>
    <w:lvl w:ilvl="4" w:tplc="D7C41128">
      <w:start w:val="1"/>
      <w:numFmt w:val="bullet"/>
      <w:lvlText w:val="o"/>
      <w:lvlJc w:val="left"/>
      <w:pPr>
        <w:ind w:left="3600" w:hanging="360"/>
      </w:pPr>
      <w:rPr>
        <w:rFonts w:hint="default" w:ascii="Courier New" w:hAnsi="Courier New"/>
      </w:rPr>
    </w:lvl>
    <w:lvl w:ilvl="5" w:tplc="728A969E">
      <w:start w:val="1"/>
      <w:numFmt w:val="bullet"/>
      <w:lvlText w:val=""/>
      <w:lvlJc w:val="left"/>
      <w:pPr>
        <w:ind w:left="4320" w:hanging="360"/>
      </w:pPr>
      <w:rPr>
        <w:rFonts w:hint="default" w:ascii="Wingdings" w:hAnsi="Wingdings"/>
      </w:rPr>
    </w:lvl>
    <w:lvl w:ilvl="6" w:tplc="A8E4CB86">
      <w:start w:val="1"/>
      <w:numFmt w:val="bullet"/>
      <w:lvlText w:val=""/>
      <w:lvlJc w:val="left"/>
      <w:pPr>
        <w:ind w:left="5040" w:hanging="360"/>
      </w:pPr>
      <w:rPr>
        <w:rFonts w:hint="default" w:ascii="Symbol" w:hAnsi="Symbol"/>
      </w:rPr>
    </w:lvl>
    <w:lvl w:ilvl="7" w:tplc="5678CBE2">
      <w:start w:val="1"/>
      <w:numFmt w:val="bullet"/>
      <w:lvlText w:val="o"/>
      <w:lvlJc w:val="left"/>
      <w:pPr>
        <w:ind w:left="5760" w:hanging="360"/>
      </w:pPr>
      <w:rPr>
        <w:rFonts w:hint="default" w:ascii="Courier New" w:hAnsi="Courier New"/>
      </w:rPr>
    </w:lvl>
    <w:lvl w:ilvl="8" w:tplc="533CB046">
      <w:start w:val="1"/>
      <w:numFmt w:val="bullet"/>
      <w:lvlText w:val=""/>
      <w:lvlJc w:val="left"/>
      <w:pPr>
        <w:ind w:left="6480" w:hanging="360"/>
      </w:pPr>
      <w:rPr>
        <w:rFonts w:hint="default" w:ascii="Wingdings" w:hAnsi="Wingdings"/>
      </w:rPr>
    </w:lvl>
  </w:abstractNum>
  <w:abstractNum w:abstractNumId="8" w15:restartNumberingAfterBreak="0">
    <w:nsid w:val="1489EA4F"/>
    <w:multiLevelType w:val="hybridMultilevel"/>
    <w:tmpl w:val="FFFFFFFF"/>
    <w:lvl w:ilvl="0" w:tplc="50761912">
      <w:start w:val="3"/>
      <w:numFmt w:val="decimal"/>
      <w:lvlText w:val="%1."/>
      <w:lvlJc w:val="left"/>
      <w:pPr>
        <w:ind w:left="720" w:hanging="360"/>
      </w:pPr>
    </w:lvl>
    <w:lvl w:ilvl="1" w:tplc="23F0FB72">
      <w:start w:val="1"/>
      <w:numFmt w:val="lowerLetter"/>
      <w:lvlText w:val="%2."/>
      <w:lvlJc w:val="left"/>
      <w:pPr>
        <w:ind w:left="1440" w:hanging="360"/>
      </w:pPr>
    </w:lvl>
    <w:lvl w:ilvl="2" w:tplc="01C099B6">
      <w:start w:val="1"/>
      <w:numFmt w:val="lowerRoman"/>
      <w:lvlText w:val="%3."/>
      <w:lvlJc w:val="right"/>
      <w:pPr>
        <w:ind w:left="2160" w:hanging="180"/>
      </w:pPr>
    </w:lvl>
    <w:lvl w:ilvl="3" w:tplc="7E8C2BEC">
      <w:start w:val="1"/>
      <w:numFmt w:val="decimal"/>
      <w:lvlText w:val="%4."/>
      <w:lvlJc w:val="left"/>
      <w:pPr>
        <w:ind w:left="2880" w:hanging="360"/>
      </w:pPr>
    </w:lvl>
    <w:lvl w:ilvl="4" w:tplc="46FE0206">
      <w:start w:val="1"/>
      <w:numFmt w:val="lowerLetter"/>
      <w:lvlText w:val="%5."/>
      <w:lvlJc w:val="left"/>
      <w:pPr>
        <w:ind w:left="3600" w:hanging="360"/>
      </w:pPr>
    </w:lvl>
    <w:lvl w:ilvl="5" w:tplc="ED267844">
      <w:start w:val="1"/>
      <w:numFmt w:val="lowerRoman"/>
      <w:lvlText w:val="%6."/>
      <w:lvlJc w:val="right"/>
      <w:pPr>
        <w:ind w:left="4320" w:hanging="180"/>
      </w:pPr>
    </w:lvl>
    <w:lvl w:ilvl="6" w:tplc="5A0E38B6">
      <w:start w:val="1"/>
      <w:numFmt w:val="decimal"/>
      <w:lvlText w:val="%7."/>
      <w:lvlJc w:val="left"/>
      <w:pPr>
        <w:ind w:left="5040" w:hanging="360"/>
      </w:pPr>
    </w:lvl>
    <w:lvl w:ilvl="7" w:tplc="F9B07DD2">
      <w:start w:val="1"/>
      <w:numFmt w:val="lowerLetter"/>
      <w:lvlText w:val="%8."/>
      <w:lvlJc w:val="left"/>
      <w:pPr>
        <w:ind w:left="5760" w:hanging="360"/>
      </w:pPr>
    </w:lvl>
    <w:lvl w:ilvl="8" w:tplc="49CEFC36">
      <w:start w:val="1"/>
      <w:numFmt w:val="lowerRoman"/>
      <w:lvlText w:val="%9."/>
      <w:lvlJc w:val="right"/>
      <w:pPr>
        <w:ind w:left="6480" w:hanging="180"/>
      </w:pPr>
    </w:lvl>
  </w:abstractNum>
  <w:abstractNum w:abstractNumId="9" w15:restartNumberingAfterBreak="0">
    <w:nsid w:val="14FC9C05"/>
    <w:multiLevelType w:val="hybridMultilevel"/>
    <w:tmpl w:val="FFFFFFFF"/>
    <w:lvl w:ilvl="0" w:tplc="A3684C28">
      <w:start w:val="1"/>
      <w:numFmt w:val="bullet"/>
      <w:lvlText w:val="·"/>
      <w:lvlJc w:val="left"/>
      <w:pPr>
        <w:ind w:left="720" w:hanging="360"/>
      </w:pPr>
      <w:rPr>
        <w:rFonts w:hint="default" w:ascii="Symbol" w:hAnsi="Symbol"/>
      </w:rPr>
    </w:lvl>
    <w:lvl w:ilvl="1" w:tplc="052E046A">
      <w:start w:val="1"/>
      <w:numFmt w:val="bullet"/>
      <w:lvlText w:val="o"/>
      <w:lvlJc w:val="left"/>
      <w:pPr>
        <w:ind w:left="1440" w:hanging="360"/>
      </w:pPr>
      <w:rPr>
        <w:rFonts w:hint="default" w:ascii="Courier New" w:hAnsi="Courier New"/>
      </w:rPr>
    </w:lvl>
    <w:lvl w:ilvl="2" w:tplc="BDB2E018">
      <w:start w:val="1"/>
      <w:numFmt w:val="bullet"/>
      <w:lvlText w:val=""/>
      <w:lvlJc w:val="left"/>
      <w:pPr>
        <w:ind w:left="2160" w:hanging="360"/>
      </w:pPr>
      <w:rPr>
        <w:rFonts w:hint="default" w:ascii="Wingdings" w:hAnsi="Wingdings"/>
      </w:rPr>
    </w:lvl>
    <w:lvl w:ilvl="3" w:tplc="B53AFFB4">
      <w:start w:val="1"/>
      <w:numFmt w:val="bullet"/>
      <w:lvlText w:val=""/>
      <w:lvlJc w:val="left"/>
      <w:pPr>
        <w:ind w:left="2880" w:hanging="360"/>
      </w:pPr>
      <w:rPr>
        <w:rFonts w:hint="default" w:ascii="Symbol" w:hAnsi="Symbol"/>
      </w:rPr>
    </w:lvl>
    <w:lvl w:ilvl="4" w:tplc="4ED018AE">
      <w:start w:val="1"/>
      <w:numFmt w:val="bullet"/>
      <w:lvlText w:val="o"/>
      <w:lvlJc w:val="left"/>
      <w:pPr>
        <w:ind w:left="3600" w:hanging="360"/>
      </w:pPr>
      <w:rPr>
        <w:rFonts w:hint="default" w:ascii="Courier New" w:hAnsi="Courier New"/>
      </w:rPr>
    </w:lvl>
    <w:lvl w:ilvl="5" w:tplc="3E1C2E5A">
      <w:start w:val="1"/>
      <w:numFmt w:val="bullet"/>
      <w:lvlText w:val=""/>
      <w:lvlJc w:val="left"/>
      <w:pPr>
        <w:ind w:left="4320" w:hanging="360"/>
      </w:pPr>
      <w:rPr>
        <w:rFonts w:hint="default" w:ascii="Wingdings" w:hAnsi="Wingdings"/>
      </w:rPr>
    </w:lvl>
    <w:lvl w:ilvl="6" w:tplc="BD3E6ACC">
      <w:start w:val="1"/>
      <w:numFmt w:val="bullet"/>
      <w:lvlText w:val=""/>
      <w:lvlJc w:val="left"/>
      <w:pPr>
        <w:ind w:left="5040" w:hanging="360"/>
      </w:pPr>
      <w:rPr>
        <w:rFonts w:hint="default" w:ascii="Symbol" w:hAnsi="Symbol"/>
      </w:rPr>
    </w:lvl>
    <w:lvl w:ilvl="7" w:tplc="A936EA2A">
      <w:start w:val="1"/>
      <w:numFmt w:val="bullet"/>
      <w:lvlText w:val="o"/>
      <w:lvlJc w:val="left"/>
      <w:pPr>
        <w:ind w:left="5760" w:hanging="360"/>
      </w:pPr>
      <w:rPr>
        <w:rFonts w:hint="default" w:ascii="Courier New" w:hAnsi="Courier New"/>
      </w:rPr>
    </w:lvl>
    <w:lvl w:ilvl="8" w:tplc="EDCC340A">
      <w:start w:val="1"/>
      <w:numFmt w:val="bullet"/>
      <w:lvlText w:val=""/>
      <w:lvlJc w:val="left"/>
      <w:pPr>
        <w:ind w:left="6480" w:hanging="360"/>
      </w:pPr>
      <w:rPr>
        <w:rFonts w:hint="default" w:ascii="Wingdings" w:hAnsi="Wingdings"/>
      </w:rPr>
    </w:lvl>
  </w:abstractNum>
  <w:abstractNum w:abstractNumId="10" w15:restartNumberingAfterBreak="0">
    <w:nsid w:val="15BF0957"/>
    <w:multiLevelType w:val="hybridMultilevel"/>
    <w:tmpl w:val="FFFFFFFF"/>
    <w:lvl w:ilvl="0" w:tplc="7C184A02">
      <w:start w:val="1"/>
      <w:numFmt w:val="decimal"/>
      <w:lvlText w:val="%1."/>
      <w:lvlJc w:val="left"/>
      <w:pPr>
        <w:ind w:left="720" w:hanging="360"/>
      </w:pPr>
    </w:lvl>
    <w:lvl w:ilvl="1" w:tplc="808027BA">
      <w:start w:val="1"/>
      <w:numFmt w:val="lowerLetter"/>
      <w:lvlText w:val="%2."/>
      <w:lvlJc w:val="left"/>
      <w:pPr>
        <w:ind w:left="1440" w:hanging="360"/>
      </w:pPr>
    </w:lvl>
    <w:lvl w:ilvl="2" w:tplc="673604FC">
      <w:start w:val="1"/>
      <w:numFmt w:val="lowerRoman"/>
      <w:lvlText w:val="%3."/>
      <w:lvlJc w:val="right"/>
      <w:pPr>
        <w:ind w:left="2160" w:hanging="180"/>
      </w:pPr>
    </w:lvl>
    <w:lvl w:ilvl="3" w:tplc="7C041E8E">
      <w:start w:val="1"/>
      <w:numFmt w:val="decimal"/>
      <w:lvlText w:val="%4."/>
      <w:lvlJc w:val="left"/>
      <w:pPr>
        <w:ind w:left="2880" w:hanging="360"/>
      </w:pPr>
    </w:lvl>
    <w:lvl w:ilvl="4" w:tplc="80781E96">
      <w:start w:val="1"/>
      <w:numFmt w:val="lowerLetter"/>
      <w:lvlText w:val="%5."/>
      <w:lvlJc w:val="left"/>
      <w:pPr>
        <w:ind w:left="3600" w:hanging="360"/>
      </w:pPr>
    </w:lvl>
    <w:lvl w:ilvl="5" w:tplc="B12C8BA4">
      <w:start w:val="1"/>
      <w:numFmt w:val="lowerRoman"/>
      <w:lvlText w:val="%6."/>
      <w:lvlJc w:val="right"/>
      <w:pPr>
        <w:ind w:left="4320" w:hanging="180"/>
      </w:pPr>
    </w:lvl>
    <w:lvl w:ilvl="6" w:tplc="81D08E4C">
      <w:start w:val="1"/>
      <w:numFmt w:val="decimal"/>
      <w:lvlText w:val="%7."/>
      <w:lvlJc w:val="left"/>
      <w:pPr>
        <w:ind w:left="5040" w:hanging="360"/>
      </w:pPr>
    </w:lvl>
    <w:lvl w:ilvl="7" w:tplc="72466420">
      <w:start w:val="1"/>
      <w:numFmt w:val="lowerLetter"/>
      <w:lvlText w:val="%8."/>
      <w:lvlJc w:val="left"/>
      <w:pPr>
        <w:ind w:left="5760" w:hanging="360"/>
      </w:pPr>
    </w:lvl>
    <w:lvl w:ilvl="8" w:tplc="7F8230B6">
      <w:start w:val="1"/>
      <w:numFmt w:val="lowerRoman"/>
      <w:lvlText w:val="%9."/>
      <w:lvlJc w:val="right"/>
      <w:pPr>
        <w:ind w:left="6480" w:hanging="180"/>
      </w:pPr>
    </w:lvl>
  </w:abstractNum>
  <w:abstractNum w:abstractNumId="11" w15:restartNumberingAfterBreak="0">
    <w:nsid w:val="1DFDACA8"/>
    <w:multiLevelType w:val="hybridMultilevel"/>
    <w:tmpl w:val="FFFFFFFF"/>
    <w:lvl w:ilvl="0" w:tplc="21B8D69A">
      <w:start w:val="1"/>
      <w:numFmt w:val="bullet"/>
      <w:lvlText w:val="·"/>
      <w:lvlJc w:val="left"/>
      <w:pPr>
        <w:ind w:left="720" w:hanging="360"/>
      </w:pPr>
      <w:rPr>
        <w:rFonts w:hint="default" w:ascii="Symbol" w:hAnsi="Symbol"/>
      </w:rPr>
    </w:lvl>
    <w:lvl w:ilvl="1" w:tplc="77AA4D0C">
      <w:start w:val="1"/>
      <w:numFmt w:val="bullet"/>
      <w:lvlText w:val="o"/>
      <w:lvlJc w:val="left"/>
      <w:pPr>
        <w:ind w:left="1440" w:hanging="360"/>
      </w:pPr>
      <w:rPr>
        <w:rFonts w:hint="default" w:ascii="Courier New" w:hAnsi="Courier New"/>
      </w:rPr>
    </w:lvl>
    <w:lvl w:ilvl="2" w:tplc="33D011CA">
      <w:start w:val="1"/>
      <w:numFmt w:val="bullet"/>
      <w:lvlText w:val=""/>
      <w:lvlJc w:val="left"/>
      <w:pPr>
        <w:ind w:left="2160" w:hanging="360"/>
      </w:pPr>
      <w:rPr>
        <w:rFonts w:hint="default" w:ascii="Wingdings" w:hAnsi="Wingdings"/>
      </w:rPr>
    </w:lvl>
    <w:lvl w:ilvl="3" w:tplc="B87A98AE">
      <w:start w:val="1"/>
      <w:numFmt w:val="bullet"/>
      <w:lvlText w:val=""/>
      <w:lvlJc w:val="left"/>
      <w:pPr>
        <w:ind w:left="2880" w:hanging="360"/>
      </w:pPr>
      <w:rPr>
        <w:rFonts w:hint="default" w:ascii="Symbol" w:hAnsi="Symbol"/>
      </w:rPr>
    </w:lvl>
    <w:lvl w:ilvl="4" w:tplc="C5328BCC">
      <w:start w:val="1"/>
      <w:numFmt w:val="bullet"/>
      <w:lvlText w:val="o"/>
      <w:lvlJc w:val="left"/>
      <w:pPr>
        <w:ind w:left="3600" w:hanging="360"/>
      </w:pPr>
      <w:rPr>
        <w:rFonts w:hint="default" w:ascii="Courier New" w:hAnsi="Courier New"/>
      </w:rPr>
    </w:lvl>
    <w:lvl w:ilvl="5" w:tplc="B894B0FE">
      <w:start w:val="1"/>
      <w:numFmt w:val="bullet"/>
      <w:lvlText w:val=""/>
      <w:lvlJc w:val="left"/>
      <w:pPr>
        <w:ind w:left="4320" w:hanging="360"/>
      </w:pPr>
      <w:rPr>
        <w:rFonts w:hint="default" w:ascii="Wingdings" w:hAnsi="Wingdings"/>
      </w:rPr>
    </w:lvl>
    <w:lvl w:ilvl="6" w:tplc="A474A072">
      <w:start w:val="1"/>
      <w:numFmt w:val="bullet"/>
      <w:lvlText w:val=""/>
      <w:lvlJc w:val="left"/>
      <w:pPr>
        <w:ind w:left="5040" w:hanging="360"/>
      </w:pPr>
      <w:rPr>
        <w:rFonts w:hint="default" w:ascii="Symbol" w:hAnsi="Symbol"/>
      </w:rPr>
    </w:lvl>
    <w:lvl w:ilvl="7" w:tplc="ACB4F3C2">
      <w:start w:val="1"/>
      <w:numFmt w:val="bullet"/>
      <w:lvlText w:val="o"/>
      <w:lvlJc w:val="left"/>
      <w:pPr>
        <w:ind w:left="5760" w:hanging="360"/>
      </w:pPr>
      <w:rPr>
        <w:rFonts w:hint="default" w:ascii="Courier New" w:hAnsi="Courier New"/>
      </w:rPr>
    </w:lvl>
    <w:lvl w:ilvl="8" w:tplc="E85A53B8">
      <w:start w:val="1"/>
      <w:numFmt w:val="bullet"/>
      <w:lvlText w:val=""/>
      <w:lvlJc w:val="left"/>
      <w:pPr>
        <w:ind w:left="6480" w:hanging="360"/>
      </w:pPr>
      <w:rPr>
        <w:rFonts w:hint="default" w:ascii="Wingdings" w:hAnsi="Wingdings"/>
      </w:rPr>
    </w:lvl>
  </w:abstractNum>
  <w:abstractNum w:abstractNumId="12" w15:restartNumberingAfterBreak="0">
    <w:nsid w:val="1F589B87"/>
    <w:multiLevelType w:val="hybridMultilevel"/>
    <w:tmpl w:val="FFFFFFFF"/>
    <w:lvl w:ilvl="0" w:tplc="F6745246">
      <w:start w:val="1"/>
      <w:numFmt w:val="bullet"/>
      <w:lvlText w:val="·"/>
      <w:lvlJc w:val="left"/>
      <w:pPr>
        <w:ind w:left="720" w:hanging="360"/>
      </w:pPr>
      <w:rPr>
        <w:rFonts w:hint="default" w:ascii="Symbol" w:hAnsi="Symbol"/>
      </w:rPr>
    </w:lvl>
    <w:lvl w:ilvl="1" w:tplc="A7B66F48">
      <w:start w:val="1"/>
      <w:numFmt w:val="bullet"/>
      <w:lvlText w:val="o"/>
      <w:lvlJc w:val="left"/>
      <w:pPr>
        <w:ind w:left="1440" w:hanging="360"/>
      </w:pPr>
      <w:rPr>
        <w:rFonts w:hint="default" w:ascii="Courier New" w:hAnsi="Courier New"/>
      </w:rPr>
    </w:lvl>
    <w:lvl w:ilvl="2" w:tplc="BA48F902">
      <w:start w:val="1"/>
      <w:numFmt w:val="bullet"/>
      <w:lvlText w:val=""/>
      <w:lvlJc w:val="left"/>
      <w:pPr>
        <w:ind w:left="2160" w:hanging="360"/>
      </w:pPr>
      <w:rPr>
        <w:rFonts w:hint="default" w:ascii="Wingdings" w:hAnsi="Wingdings"/>
      </w:rPr>
    </w:lvl>
    <w:lvl w:ilvl="3" w:tplc="5F7A6A32">
      <w:start w:val="1"/>
      <w:numFmt w:val="bullet"/>
      <w:lvlText w:val=""/>
      <w:lvlJc w:val="left"/>
      <w:pPr>
        <w:ind w:left="2880" w:hanging="360"/>
      </w:pPr>
      <w:rPr>
        <w:rFonts w:hint="default" w:ascii="Symbol" w:hAnsi="Symbol"/>
      </w:rPr>
    </w:lvl>
    <w:lvl w:ilvl="4" w:tplc="812A8CC0">
      <w:start w:val="1"/>
      <w:numFmt w:val="bullet"/>
      <w:lvlText w:val="o"/>
      <w:lvlJc w:val="left"/>
      <w:pPr>
        <w:ind w:left="3600" w:hanging="360"/>
      </w:pPr>
      <w:rPr>
        <w:rFonts w:hint="default" w:ascii="Courier New" w:hAnsi="Courier New"/>
      </w:rPr>
    </w:lvl>
    <w:lvl w:ilvl="5" w:tplc="2A7C36DC">
      <w:start w:val="1"/>
      <w:numFmt w:val="bullet"/>
      <w:lvlText w:val=""/>
      <w:lvlJc w:val="left"/>
      <w:pPr>
        <w:ind w:left="4320" w:hanging="360"/>
      </w:pPr>
      <w:rPr>
        <w:rFonts w:hint="default" w:ascii="Wingdings" w:hAnsi="Wingdings"/>
      </w:rPr>
    </w:lvl>
    <w:lvl w:ilvl="6" w:tplc="27DA55CC">
      <w:start w:val="1"/>
      <w:numFmt w:val="bullet"/>
      <w:lvlText w:val=""/>
      <w:lvlJc w:val="left"/>
      <w:pPr>
        <w:ind w:left="5040" w:hanging="360"/>
      </w:pPr>
      <w:rPr>
        <w:rFonts w:hint="default" w:ascii="Symbol" w:hAnsi="Symbol"/>
      </w:rPr>
    </w:lvl>
    <w:lvl w:ilvl="7" w:tplc="E1A05AEA">
      <w:start w:val="1"/>
      <w:numFmt w:val="bullet"/>
      <w:lvlText w:val="o"/>
      <w:lvlJc w:val="left"/>
      <w:pPr>
        <w:ind w:left="5760" w:hanging="360"/>
      </w:pPr>
      <w:rPr>
        <w:rFonts w:hint="default" w:ascii="Courier New" w:hAnsi="Courier New"/>
      </w:rPr>
    </w:lvl>
    <w:lvl w:ilvl="8" w:tplc="27C4ED82">
      <w:start w:val="1"/>
      <w:numFmt w:val="bullet"/>
      <w:lvlText w:val=""/>
      <w:lvlJc w:val="left"/>
      <w:pPr>
        <w:ind w:left="6480" w:hanging="360"/>
      </w:pPr>
      <w:rPr>
        <w:rFonts w:hint="default" w:ascii="Wingdings" w:hAnsi="Wingdings"/>
      </w:rPr>
    </w:lvl>
  </w:abstractNum>
  <w:abstractNum w:abstractNumId="13" w15:restartNumberingAfterBreak="0">
    <w:nsid w:val="232AEE1E"/>
    <w:multiLevelType w:val="hybridMultilevel"/>
    <w:tmpl w:val="FFFFFFFF"/>
    <w:lvl w:ilvl="0" w:tplc="079E744E">
      <w:start w:val="4"/>
      <w:numFmt w:val="decimal"/>
      <w:lvlText w:val="%1."/>
      <w:lvlJc w:val="left"/>
      <w:pPr>
        <w:ind w:left="720" w:hanging="360"/>
      </w:pPr>
    </w:lvl>
    <w:lvl w:ilvl="1" w:tplc="6C0098BC">
      <w:start w:val="1"/>
      <w:numFmt w:val="lowerLetter"/>
      <w:lvlText w:val="%2."/>
      <w:lvlJc w:val="left"/>
      <w:pPr>
        <w:ind w:left="1440" w:hanging="360"/>
      </w:pPr>
    </w:lvl>
    <w:lvl w:ilvl="2" w:tplc="CB6EF478">
      <w:start w:val="1"/>
      <w:numFmt w:val="lowerRoman"/>
      <w:lvlText w:val="%3."/>
      <w:lvlJc w:val="right"/>
      <w:pPr>
        <w:ind w:left="2160" w:hanging="180"/>
      </w:pPr>
    </w:lvl>
    <w:lvl w:ilvl="3" w:tplc="309E6C88">
      <w:start w:val="1"/>
      <w:numFmt w:val="decimal"/>
      <w:lvlText w:val="%4."/>
      <w:lvlJc w:val="left"/>
      <w:pPr>
        <w:ind w:left="2880" w:hanging="360"/>
      </w:pPr>
    </w:lvl>
    <w:lvl w:ilvl="4" w:tplc="FD12252C">
      <w:start w:val="1"/>
      <w:numFmt w:val="lowerLetter"/>
      <w:lvlText w:val="%5."/>
      <w:lvlJc w:val="left"/>
      <w:pPr>
        <w:ind w:left="3600" w:hanging="360"/>
      </w:pPr>
    </w:lvl>
    <w:lvl w:ilvl="5" w:tplc="6A5478B0">
      <w:start w:val="1"/>
      <w:numFmt w:val="lowerRoman"/>
      <w:lvlText w:val="%6."/>
      <w:lvlJc w:val="right"/>
      <w:pPr>
        <w:ind w:left="4320" w:hanging="180"/>
      </w:pPr>
    </w:lvl>
    <w:lvl w:ilvl="6" w:tplc="7D3CD43E">
      <w:start w:val="1"/>
      <w:numFmt w:val="decimal"/>
      <w:lvlText w:val="%7."/>
      <w:lvlJc w:val="left"/>
      <w:pPr>
        <w:ind w:left="5040" w:hanging="360"/>
      </w:pPr>
    </w:lvl>
    <w:lvl w:ilvl="7" w:tplc="F41C6E66">
      <w:start w:val="1"/>
      <w:numFmt w:val="lowerLetter"/>
      <w:lvlText w:val="%8."/>
      <w:lvlJc w:val="left"/>
      <w:pPr>
        <w:ind w:left="5760" w:hanging="360"/>
      </w:pPr>
    </w:lvl>
    <w:lvl w:ilvl="8" w:tplc="AB08C370">
      <w:start w:val="1"/>
      <w:numFmt w:val="lowerRoman"/>
      <w:lvlText w:val="%9."/>
      <w:lvlJc w:val="right"/>
      <w:pPr>
        <w:ind w:left="6480" w:hanging="180"/>
      </w:pPr>
    </w:lvl>
  </w:abstractNum>
  <w:abstractNum w:abstractNumId="14" w15:restartNumberingAfterBreak="0">
    <w:nsid w:val="30BC8BA8"/>
    <w:multiLevelType w:val="hybridMultilevel"/>
    <w:tmpl w:val="FFFFFFFF"/>
    <w:lvl w:ilvl="0" w:tplc="C3287C94">
      <w:start w:val="1"/>
      <w:numFmt w:val="decimal"/>
      <w:lvlText w:val="%1."/>
      <w:lvlJc w:val="left"/>
      <w:pPr>
        <w:ind w:left="720" w:hanging="360"/>
      </w:pPr>
    </w:lvl>
    <w:lvl w:ilvl="1" w:tplc="DF648346">
      <w:start w:val="1"/>
      <w:numFmt w:val="lowerLetter"/>
      <w:lvlText w:val="%2."/>
      <w:lvlJc w:val="left"/>
      <w:pPr>
        <w:ind w:left="1440" w:hanging="360"/>
      </w:pPr>
    </w:lvl>
    <w:lvl w:ilvl="2" w:tplc="996EB220">
      <w:start w:val="1"/>
      <w:numFmt w:val="lowerRoman"/>
      <w:lvlText w:val="%3."/>
      <w:lvlJc w:val="right"/>
      <w:pPr>
        <w:ind w:left="2160" w:hanging="180"/>
      </w:pPr>
    </w:lvl>
    <w:lvl w:ilvl="3" w:tplc="EF0E7CF8">
      <w:start w:val="1"/>
      <w:numFmt w:val="decimal"/>
      <w:lvlText w:val="%4."/>
      <w:lvlJc w:val="left"/>
      <w:pPr>
        <w:ind w:left="2880" w:hanging="360"/>
      </w:pPr>
    </w:lvl>
    <w:lvl w:ilvl="4" w:tplc="C7B62FD2">
      <w:start w:val="1"/>
      <w:numFmt w:val="lowerLetter"/>
      <w:lvlText w:val="%5."/>
      <w:lvlJc w:val="left"/>
      <w:pPr>
        <w:ind w:left="3600" w:hanging="360"/>
      </w:pPr>
    </w:lvl>
    <w:lvl w:ilvl="5" w:tplc="0A5234C2">
      <w:start w:val="1"/>
      <w:numFmt w:val="lowerRoman"/>
      <w:lvlText w:val="%6."/>
      <w:lvlJc w:val="right"/>
      <w:pPr>
        <w:ind w:left="4320" w:hanging="180"/>
      </w:pPr>
    </w:lvl>
    <w:lvl w:ilvl="6" w:tplc="67CEE98E">
      <w:start w:val="1"/>
      <w:numFmt w:val="decimal"/>
      <w:lvlText w:val="%7."/>
      <w:lvlJc w:val="left"/>
      <w:pPr>
        <w:ind w:left="5040" w:hanging="360"/>
      </w:pPr>
    </w:lvl>
    <w:lvl w:ilvl="7" w:tplc="6CD25126">
      <w:start w:val="1"/>
      <w:numFmt w:val="lowerLetter"/>
      <w:lvlText w:val="%8."/>
      <w:lvlJc w:val="left"/>
      <w:pPr>
        <w:ind w:left="5760" w:hanging="360"/>
      </w:pPr>
    </w:lvl>
    <w:lvl w:ilvl="8" w:tplc="818C74EC">
      <w:start w:val="1"/>
      <w:numFmt w:val="lowerRoman"/>
      <w:lvlText w:val="%9."/>
      <w:lvlJc w:val="right"/>
      <w:pPr>
        <w:ind w:left="6480" w:hanging="180"/>
      </w:pPr>
    </w:lvl>
  </w:abstractNum>
  <w:abstractNum w:abstractNumId="15" w15:restartNumberingAfterBreak="0">
    <w:nsid w:val="3CCC3AB1"/>
    <w:multiLevelType w:val="hybridMultilevel"/>
    <w:tmpl w:val="FFFFFFFF"/>
    <w:lvl w:ilvl="0" w:tplc="6B483634">
      <w:start w:val="1"/>
      <w:numFmt w:val="bullet"/>
      <w:lvlText w:val="·"/>
      <w:lvlJc w:val="left"/>
      <w:pPr>
        <w:ind w:left="720" w:hanging="360"/>
      </w:pPr>
      <w:rPr>
        <w:rFonts w:hint="default" w:ascii="Symbol" w:hAnsi="Symbol"/>
      </w:rPr>
    </w:lvl>
    <w:lvl w:ilvl="1" w:tplc="C91E3B84">
      <w:start w:val="1"/>
      <w:numFmt w:val="bullet"/>
      <w:lvlText w:val="o"/>
      <w:lvlJc w:val="left"/>
      <w:pPr>
        <w:ind w:left="1440" w:hanging="360"/>
      </w:pPr>
      <w:rPr>
        <w:rFonts w:hint="default" w:ascii="Courier New" w:hAnsi="Courier New"/>
      </w:rPr>
    </w:lvl>
    <w:lvl w:ilvl="2" w:tplc="B0C27EBA">
      <w:start w:val="1"/>
      <w:numFmt w:val="bullet"/>
      <w:lvlText w:val=""/>
      <w:lvlJc w:val="left"/>
      <w:pPr>
        <w:ind w:left="2160" w:hanging="360"/>
      </w:pPr>
      <w:rPr>
        <w:rFonts w:hint="default" w:ascii="Wingdings" w:hAnsi="Wingdings"/>
      </w:rPr>
    </w:lvl>
    <w:lvl w:ilvl="3" w:tplc="2CF2852C">
      <w:start w:val="1"/>
      <w:numFmt w:val="bullet"/>
      <w:lvlText w:val=""/>
      <w:lvlJc w:val="left"/>
      <w:pPr>
        <w:ind w:left="2880" w:hanging="360"/>
      </w:pPr>
      <w:rPr>
        <w:rFonts w:hint="default" w:ascii="Symbol" w:hAnsi="Symbol"/>
      </w:rPr>
    </w:lvl>
    <w:lvl w:ilvl="4" w:tplc="6B3A2D48">
      <w:start w:val="1"/>
      <w:numFmt w:val="bullet"/>
      <w:lvlText w:val="o"/>
      <w:lvlJc w:val="left"/>
      <w:pPr>
        <w:ind w:left="3600" w:hanging="360"/>
      </w:pPr>
      <w:rPr>
        <w:rFonts w:hint="default" w:ascii="Courier New" w:hAnsi="Courier New"/>
      </w:rPr>
    </w:lvl>
    <w:lvl w:ilvl="5" w:tplc="924038BE">
      <w:start w:val="1"/>
      <w:numFmt w:val="bullet"/>
      <w:lvlText w:val=""/>
      <w:lvlJc w:val="left"/>
      <w:pPr>
        <w:ind w:left="4320" w:hanging="360"/>
      </w:pPr>
      <w:rPr>
        <w:rFonts w:hint="default" w:ascii="Wingdings" w:hAnsi="Wingdings"/>
      </w:rPr>
    </w:lvl>
    <w:lvl w:ilvl="6" w:tplc="569C1D0E">
      <w:start w:val="1"/>
      <w:numFmt w:val="bullet"/>
      <w:lvlText w:val=""/>
      <w:lvlJc w:val="left"/>
      <w:pPr>
        <w:ind w:left="5040" w:hanging="360"/>
      </w:pPr>
      <w:rPr>
        <w:rFonts w:hint="default" w:ascii="Symbol" w:hAnsi="Symbol"/>
      </w:rPr>
    </w:lvl>
    <w:lvl w:ilvl="7" w:tplc="E8548514">
      <w:start w:val="1"/>
      <w:numFmt w:val="bullet"/>
      <w:lvlText w:val="o"/>
      <w:lvlJc w:val="left"/>
      <w:pPr>
        <w:ind w:left="5760" w:hanging="360"/>
      </w:pPr>
      <w:rPr>
        <w:rFonts w:hint="default" w:ascii="Courier New" w:hAnsi="Courier New"/>
      </w:rPr>
    </w:lvl>
    <w:lvl w:ilvl="8" w:tplc="F3CEC174">
      <w:start w:val="1"/>
      <w:numFmt w:val="bullet"/>
      <w:lvlText w:val=""/>
      <w:lvlJc w:val="left"/>
      <w:pPr>
        <w:ind w:left="6480" w:hanging="360"/>
      </w:pPr>
      <w:rPr>
        <w:rFonts w:hint="default" w:ascii="Wingdings" w:hAnsi="Wingdings"/>
      </w:rPr>
    </w:lvl>
  </w:abstractNum>
  <w:abstractNum w:abstractNumId="16" w15:restartNumberingAfterBreak="0">
    <w:nsid w:val="45E687B6"/>
    <w:multiLevelType w:val="hybridMultilevel"/>
    <w:tmpl w:val="FFFFFFFF"/>
    <w:lvl w:ilvl="0" w:tplc="8D662B3C">
      <w:start w:val="1"/>
      <w:numFmt w:val="decimal"/>
      <w:lvlText w:val="%1."/>
      <w:lvlJc w:val="left"/>
      <w:pPr>
        <w:ind w:left="720" w:hanging="360"/>
      </w:pPr>
    </w:lvl>
    <w:lvl w:ilvl="1" w:tplc="F5EE6AC8">
      <w:start w:val="1"/>
      <w:numFmt w:val="lowerLetter"/>
      <w:lvlText w:val="%2."/>
      <w:lvlJc w:val="left"/>
      <w:pPr>
        <w:ind w:left="1440" w:hanging="360"/>
      </w:pPr>
    </w:lvl>
    <w:lvl w:ilvl="2" w:tplc="09FA331A">
      <w:start w:val="1"/>
      <w:numFmt w:val="lowerRoman"/>
      <w:lvlText w:val="%3."/>
      <w:lvlJc w:val="right"/>
      <w:pPr>
        <w:ind w:left="2160" w:hanging="180"/>
      </w:pPr>
    </w:lvl>
    <w:lvl w:ilvl="3" w:tplc="DE62F816">
      <w:start w:val="1"/>
      <w:numFmt w:val="decimal"/>
      <w:lvlText w:val="%4."/>
      <w:lvlJc w:val="left"/>
      <w:pPr>
        <w:ind w:left="2880" w:hanging="360"/>
      </w:pPr>
    </w:lvl>
    <w:lvl w:ilvl="4" w:tplc="E8D82800">
      <w:start w:val="1"/>
      <w:numFmt w:val="lowerLetter"/>
      <w:lvlText w:val="%5."/>
      <w:lvlJc w:val="left"/>
      <w:pPr>
        <w:ind w:left="3600" w:hanging="360"/>
      </w:pPr>
    </w:lvl>
    <w:lvl w:ilvl="5" w:tplc="01E27926">
      <w:start w:val="1"/>
      <w:numFmt w:val="lowerRoman"/>
      <w:lvlText w:val="%6."/>
      <w:lvlJc w:val="right"/>
      <w:pPr>
        <w:ind w:left="4320" w:hanging="180"/>
      </w:pPr>
    </w:lvl>
    <w:lvl w:ilvl="6" w:tplc="128270A0">
      <w:start w:val="1"/>
      <w:numFmt w:val="decimal"/>
      <w:lvlText w:val="%7."/>
      <w:lvlJc w:val="left"/>
      <w:pPr>
        <w:ind w:left="5040" w:hanging="360"/>
      </w:pPr>
    </w:lvl>
    <w:lvl w:ilvl="7" w:tplc="38D0105A">
      <w:start w:val="1"/>
      <w:numFmt w:val="lowerLetter"/>
      <w:lvlText w:val="%8."/>
      <w:lvlJc w:val="left"/>
      <w:pPr>
        <w:ind w:left="5760" w:hanging="360"/>
      </w:pPr>
    </w:lvl>
    <w:lvl w:ilvl="8" w:tplc="A7609BE2">
      <w:start w:val="1"/>
      <w:numFmt w:val="lowerRoman"/>
      <w:lvlText w:val="%9."/>
      <w:lvlJc w:val="right"/>
      <w:pPr>
        <w:ind w:left="6480" w:hanging="180"/>
      </w:pPr>
    </w:lvl>
  </w:abstractNum>
  <w:abstractNum w:abstractNumId="17" w15:restartNumberingAfterBreak="0">
    <w:nsid w:val="470EBEE6"/>
    <w:multiLevelType w:val="hybridMultilevel"/>
    <w:tmpl w:val="FFFFFFFF"/>
    <w:lvl w:ilvl="0" w:tplc="4A249CBA">
      <w:start w:val="1"/>
      <w:numFmt w:val="bullet"/>
      <w:lvlText w:val="·"/>
      <w:lvlJc w:val="left"/>
      <w:pPr>
        <w:ind w:left="720" w:hanging="360"/>
      </w:pPr>
      <w:rPr>
        <w:rFonts w:hint="default" w:ascii="Symbol" w:hAnsi="Symbol"/>
      </w:rPr>
    </w:lvl>
    <w:lvl w:ilvl="1" w:tplc="07F80EAA">
      <w:start w:val="1"/>
      <w:numFmt w:val="bullet"/>
      <w:lvlText w:val="o"/>
      <w:lvlJc w:val="left"/>
      <w:pPr>
        <w:ind w:left="1440" w:hanging="360"/>
      </w:pPr>
      <w:rPr>
        <w:rFonts w:hint="default" w:ascii="Courier New" w:hAnsi="Courier New"/>
      </w:rPr>
    </w:lvl>
    <w:lvl w:ilvl="2" w:tplc="0D84EF36">
      <w:start w:val="1"/>
      <w:numFmt w:val="bullet"/>
      <w:lvlText w:val=""/>
      <w:lvlJc w:val="left"/>
      <w:pPr>
        <w:ind w:left="2160" w:hanging="360"/>
      </w:pPr>
      <w:rPr>
        <w:rFonts w:hint="default" w:ascii="Wingdings" w:hAnsi="Wingdings"/>
      </w:rPr>
    </w:lvl>
    <w:lvl w:ilvl="3" w:tplc="B220162C">
      <w:start w:val="1"/>
      <w:numFmt w:val="bullet"/>
      <w:lvlText w:val=""/>
      <w:lvlJc w:val="left"/>
      <w:pPr>
        <w:ind w:left="2880" w:hanging="360"/>
      </w:pPr>
      <w:rPr>
        <w:rFonts w:hint="default" w:ascii="Symbol" w:hAnsi="Symbol"/>
      </w:rPr>
    </w:lvl>
    <w:lvl w:ilvl="4" w:tplc="D53632C6">
      <w:start w:val="1"/>
      <w:numFmt w:val="bullet"/>
      <w:lvlText w:val="o"/>
      <w:lvlJc w:val="left"/>
      <w:pPr>
        <w:ind w:left="3600" w:hanging="360"/>
      </w:pPr>
      <w:rPr>
        <w:rFonts w:hint="default" w:ascii="Courier New" w:hAnsi="Courier New"/>
      </w:rPr>
    </w:lvl>
    <w:lvl w:ilvl="5" w:tplc="23689CD2">
      <w:start w:val="1"/>
      <w:numFmt w:val="bullet"/>
      <w:lvlText w:val=""/>
      <w:lvlJc w:val="left"/>
      <w:pPr>
        <w:ind w:left="4320" w:hanging="360"/>
      </w:pPr>
      <w:rPr>
        <w:rFonts w:hint="default" w:ascii="Wingdings" w:hAnsi="Wingdings"/>
      </w:rPr>
    </w:lvl>
    <w:lvl w:ilvl="6" w:tplc="B8763EC8">
      <w:start w:val="1"/>
      <w:numFmt w:val="bullet"/>
      <w:lvlText w:val=""/>
      <w:lvlJc w:val="left"/>
      <w:pPr>
        <w:ind w:left="5040" w:hanging="360"/>
      </w:pPr>
      <w:rPr>
        <w:rFonts w:hint="default" w:ascii="Symbol" w:hAnsi="Symbol"/>
      </w:rPr>
    </w:lvl>
    <w:lvl w:ilvl="7" w:tplc="09C2CBE8">
      <w:start w:val="1"/>
      <w:numFmt w:val="bullet"/>
      <w:lvlText w:val="o"/>
      <w:lvlJc w:val="left"/>
      <w:pPr>
        <w:ind w:left="5760" w:hanging="360"/>
      </w:pPr>
      <w:rPr>
        <w:rFonts w:hint="default" w:ascii="Courier New" w:hAnsi="Courier New"/>
      </w:rPr>
    </w:lvl>
    <w:lvl w:ilvl="8" w:tplc="19CAB344">
      <w:start w:val="1"/>
      <w:numFmt w:val="bullet"/>
      <w:lvlText w:val=""/>
      <w:lvlJc w:val="left"/>
      <w:pPr>
        <w:ind w:left="6480" w:hanging="360"/>
      </w:pPr>
      <w:rPr>
        <w:rFonts w:hint="default" w:ascii="Wingdings" w:hAnsi="Wingdings"/>
      </w:rPr>
    </w:lvl>
  </w:abstractNum>
  <w:abstractNum w:abstractNumId="18" w15:restartNumberingAfterBreak="0">
    <w:nsid w:val="77B369ED"/>
    <w:multiLevelType w:val="hybridMultilevel"/>
    <w:tmpl w:val="FFFFFFFF"/>
    <w:lvl w:ilvl="0" w:tplc="6D9EA93E">
      <w:start w:val="1"/>
      <w:numFmt w:val="bullet"/>
      <w:lvlText w:val="·"/>
      <w:lvlJc w:val="left"/>
      <w:pPr>
        <w:ind w:left="720" w:hanging="360"/>
      </w:pPr>
      <w:rPr>
        <w:rFonts w:hint="default" w:ascii="Symbol" w:hAnsi="Symbol"/>
      </w:rPr>
    </w:lvl>
    <w:lvl w:ilvl="1" w:tplc="5DDE611C">
      <w:start w:val="1"/>
      <w:numFmt w:val="bullet"/>
      <w:lvlText w:val="o"/>
      <w:lvlJc w:val="left"/>
      <w:pPr>
        <w:ind w:left="1440" w:hanging="360"/>
      </w:pPr>
      <w:rPr>
        <w:rFonts w:hint="default" w:ascii="Courier New" w:hAnsi="Courier New"/>
      </w:rPr>
    </w:lvl>
    <w:lvl w:ilvl="2" w:tplc="F48C4B08">
      <w:start w:val="1"/>
      <w:numFmt w:val="bullet"/>
      <w:lvlText w:val=""/>
      <w:lvlJc w:val="left"/>
      <w:pPr>
        <w:ind w:left="2160" w:hanging="360"/>
      </w:pPr>
      <w:rPr>
        <w:rFonts w:hint="default" w:ascii="Wingdings" w:hAnsi="Wingdings"/>
      </w:rPr>
    </w:lvl>
    <w:lvl w:ilvl="3" w:tplc="ED9AEF74">
      <w:start w:val="1"/>
      <w:numFmt w:val="bullet"/>
      <w:lvlText w:val=""/>
      <w:lvlJc w:val="left"/>
      <w:pPr>
        <w:ind w:left="2880" w:hanging="360"/>
      </w:pPr>
      <w:rPr>
        <w:rFonts w:hint="default" w:ascii="Symbol" w:hAnsi="Symbol"/>
      </w:rPr>
    </w:lvl>
    <w:lvl w:ilvl="4" w:tplc="E13A03C0">
      <w:start w:val="1"/>
      <w:numFmt w:val="bullet"/>
      <w:lvlText w:val="o"/>
      <w:lvlJc w:val="left"/>
      <w:pPr>
        <w:ind w:left="3600" w:hanging="360"/>
      </w:pPr>
      <w:rPr>
        <w:rFonts w:hint="default" w:ascii="Courier New" w:hAnsi="Courier New"/>
      </w:rPr>
    </w:lvl>
    <w:lvl w:ilvl="5" w:tplc="37D07F90">
      <w:start w:val="1"/>
      <w:numFmt w:val="bullet"/>
      <w:lvlText w:val=""/>
      <w:lvlJc w:val="left"/>
      <w:pPr>
        <w:ind w:left="4320" w:hanging="360"/>
      </w:pPr>
      <w:rPr>
        <w:rFonts w:hint="default" w:ascii="Wingdings" w:hAnsi="Wingdings"/>
      </w:rPr>
    </w:lvl>
    <w:lvl w:ilvl="6" w:tplc="452CF896">
      <w:start w:val="1"/>
      <w:numFmt w:val="bullet"/>
      <w:lvlText w:val=""/>
      <w:lvlJc w:val="left"/>
      <w:pPr>
        <w:ind w:left="5040" w:hanging="360"/>
      </w:pPr>
      <w:rPr>
        <w:rFonts w:hint="default" w:ascii="Symbol" w:hAnsi="Symbol"/>
      </w:rPr>
    </w:lvl>
    <w:lvl w:ilvl="7" w:tplc="2D009EDC">
      <w:start w:val="1"/>
      <w:numFmt w:val="bullet"/>
      <w:lvlText w:val="o"/>
      <w:lvlJc w:val="left"/>
      <w:pPr>
        <w:ind w:left="5760" w:hanging="360"/>
      </w:pPr>
      <w:rPr>
        <w:rFonts w:hint="default" w:ascii="Courier New" w:hAnsi="Courier New"/>
      </w:rPr>
    </w:lvl>
    <w:lvl w:ilvl="8" w:tplc="D87495CA">
      <w:start w:val="1"/>
      <w:numFmt w:val="bullet"/>
      <w:lvlText w:val=""/>
      <w:lvlJc w:val="left"/>
      <w:pPr>
        <w:ind w:left="6480" w:hanging="360"/>
      </w:pPr>
      <w:rPr>
        <w:rFonts w:hint="default" w:ascii="Wingdings" w:hAnsi="Wingdings"/>
      </w:rPr>
    </w:lvl>
  </w:abstractNum>
  <w:abstractNum w:abstractNumId="19" w15:restartNumberingAfterBreak="0">
    <w:nsid w:val="7A789806"/>
    <w:multiLevelType w:val="hybridMultilevel"/>
    <w:tmpl w:val="FFFFFFFF"/>
    <w:lvl w:ilvl="0" w:tplc="F1F6F3E4">
      <w:start w:val="1"/>
      <w:numFmt w:val="bullet"/>
      <w:lvlText w:val="·"/>
      <w:lvlJc w:val="left"/>
      <w:pPr>
        <w:ind w:left="720" w:hanging="360"/>
      </w:pPr>
      <w:rPr>
        <w:rFonts w:hint="default" w:ascii="Symbol" w:hAnsi="Symbol"/>
      </w:rPr>
    </w:lvl>
    <w:lvl w:ilvl="1" w:tplc="3A203222">
      <w:start w:val="1"/>
      <w:numFmt w:val="bullet"/>
      <w:lvlText w:val="o"/>
      <w:lvlJc w:val="left"/>
      <w:pPr>
        <w:ind w:left="1440" w:hanging="360"/>
      </w:pPr>
      <w:rPr>
        <w:rFonts w:hint="default" w:ascii="Courier New" w:hAnsi="Courier New"/>
      </w:rPr>
    </w:lvl>
    <w:lvl w:ilvl="2" w:tplc="CF0A4FA0">
      <w:start w:val="1"/>
      <w:numFmt w:val="bullet"/>
      <w:lvlText w:val=""/>
      <w:lvlJc w:val="left"/>
      <w:pPr>
        <w:ind w:left="2160" w:hanging="360"/>
      </w:pPr>
      <w:rPr>
        <w:rFonts w:hint="default" w:ascii="Wingdings" w:hAnsi="Wingdings"/>
      </w:rPr>
    </w:lvl>
    <w:lvl w:ilvl="3" w:tplc="2D6CEB3E">
      <w:start w:val="1"/>
      <w:numFmt w:val="bullet"/>
      <w:lvlText w:val=""/>
      <w:lvlJc w:val="left"/>
      <w:pPr>
        <w:ind w:left="2880" w:hanging="360"/>
      </w:pPr>
      <w:rPr>
        <w:rFonts w:hint="default" w:ascii="Symbol" w:hAnsi="Symbol"/>
      </w:rPr>
    </w:lvl>
    <w:lvl w:ilvl="4" w:tplc="4EDE1124">
      <w:start w:val="1"/>
      <w:numFmt w:val="bullet"/>
      <w:lvlText w:val="o"/>
      <w:lvlJc w:val="left"/>
      <w:pPr>
        <w:ind w:left="3600" w:hanging="360"/>
      </w:pPr>
      <w:rPr>
        <w:rFonts w:hint="default" w:ascii="Courier New" w:hAnsi="Courier New"/>
      </w:rPr>
    </w:lvl>
    <w:lvl w:ilvl="5" w:tplc="CF3CCAAE">
      <w:start w:val="1"/>
      <w:numFmt w:val="bullet"/>
      <w:lvlText w:val=""/>
      <w:lvlJc w:val="left"/>
      <w:pPr>
        <w:ind w:left="4320" w:hanging="360"/>
      </w:pPr>
      <w:rPr>
        <w:rFonts w:hint="default" w:ascii="Wingdings" w:hAnsi="Wingdings"/>
      </w:rPr>
    </w:lvl>
    <w:lvl w:ilvl="6" w:tplc="F1D663DA">
      <w:start w:val="1"/>
      <w:numFmt w:val="bullet"/>
      <w:lvlText w:val=""/>
      <w:lvlJc w:val="left"/>
      <w:pPr>
        <w:ind w:left="5040" w:hanging="360"/>
      </w:pPr>
      <w:rPr>
        <w:rFonts w:hint="default" w:ascii="Symbol" w:hAnsi="Symbol"/>
      </w:rPr>
    </w:lvl>
    <w:lvl w:ilvl="7" w:tplc="0ED8FA7C">
      <w:start w:val="1"/>
      <w:numFmt w:val="bullet"/>
      <w:lvlText w:val="o"/>
      <w:lvlJc w:val="left"/>
      <w:pPr>
        <w:ind w:left="5760" w:hanging="360"/>
      </w:pPr>
      <w:rPr>
        <w:rFonts w:hint="default" w:ascii="Courier New" w:hAnsi="Courier New"/>
      </w:rPr>
    </w:lvl>
    <w:lvl w:ilvl="8" w:tplc="09C4E114">
      <w:start w:val="1"/>
      <w:numFmt w:val="bullet"/>
      <w:lvlText w:val=""/>
      <w:lvlJc w:val="left"/>
      <w:pPr>
        <w:ind w:left="6480" w:hanging="360"/>
      </w:pPr>
      <w:rPr>
        <w:rFonts w:hint="default" w:ascii="Wingdings" w:hAnsi="Wingdings"/>
      </w:rPr>
    </w:lvl>
  </w:abstractNum>
  <w:abstractNum w:abstractNumId="20" w15:restartNumberingAfterBreak="0">
    <w:nsid w:val="7B992773"/>
    <w:multiLevelType w:val="hybridMultilevel"/>
    <w:tmpl w:val="FFFFFFFF"/>
    <w:lvl w:ilvl="0" w:tplc="D89A4818">
      <w:start w:val="2"/>
      <w:numFmt w:val="decimal"/>
      <w:lvlText w:val="%1."/>
      <w:lvlJc w:val="left"/>
      <w:pPr>
        <w:ind w:left="720" w:hanging="360"/>
      </w:pPr>
    </w:lvl>
    <w:lvl w:ilvl="1" w:tplc="255EE87C">
      <w:start w:val="1"/>
      <w:numFmt w:val="lowerLetter"/>
      <w:lvlText w:val="%2."/>
      <w:lvlJc w:val="left"/>
      <w:pPr>
        <w:ind w:left="1440" w:hanging="360"/>
      </w:pPr>
    </w:lvl>
    <w:lvl w:ilvl="2" w:tplc="9280CBCC">
      <w:start w:val="1"/>
      <w:numFmt w:val="lowerRoman"/>
      <w:lvlText w:val="%3."/>
      <w:lvlJc w:val="right"/>
      <w:pPr>
        <w:ind w:left="2160" w:hanging="180"/>
      </w:pPr>
    </w:lvl>
    <w:lvl w:ilvl="3" w:tplc="EC3C71B4">
      <w:start w:val="1"/>
      <w:numFmt w:val="decimal"/>
      <w:lvlText w:val="%4."/>
      <w:lvlJc w:val="left"/>
      <w:pPr>
        <w:ind w:left="2880" w:hanging="360"/>
      </w:pPr>
    </w:lvl>
    <w:lvl w:ilvl="4" w:tplc="9A42862C">
      <w:start w:val="1"/>
      <w:numFmt w:val="lowerLetter"/>
      <w:lvlText w:val="%5."/>
      <w:lvlJc w:val="left"/>
      <w:pPr>
        <w:ind w:left="3600" w:hanging="360"/>
      </w:pPr>
    </w:lvl>
    <w:lvl w:ilvl="5" w:tplc="ECE25DC8">
      <w:start w:val="1"/>
      <w:numFmt w:val="lowerRoman"/>
      <w:lvlText w:val="%6."/>
      <w:lvlJc w:val="right"/>
      <w:pPr>
        <w:ind w:left="4320" w:hanging="180"/>
      </w:pPr>
    </w:lvl>
    <w:lvl w:ilvl="6" w:tplc="583A453E">
      <w:start w:val="1"/>
      <w:numFmt w:val="decimal"/>
      <w:lvlText w:val="%7."/>
      <w:lvlJc w:val="left"/>
      <w:pPr>
        <w:ind w:left="5040" w:hanging="360"/>
      </w:pPr>
    </w:lvl>
    <w:lvl w:ilvl="7" w:tplc="EFB6C1B6">
      <w:start w:val="1"/>
      <w:numFmt w:val="lowerLetter"/>
      <w:lvlText w:val="%8."/>
      <w:lvlJc w:val="left"/>
      <w:pPr>
        <w:ind w:left="5760" w:hanging="360"/>
      </w:pPr>
    </w:lvl>
    <w:lvl w:ilvl="8" w:tplc="EF923D4C">
      <w:start w:val="1"/>
      <w:numFmt w:val="lowerRoman"/>
      <w:lvlText w:val="%9."/>
      <w:lvlJc w:val="right"/>
      <w:pPr>
        <w:ind w:left="6480" w:hanging="180"/>
      </w:pPr>
    </w:lvl>
  </w:abstractNum>
  <w:num w:numId="1" w16cid:durableId="1033307293">
    <w:abstractNumId w:val="3"/>
  </w:num>
  <w:num w:numId="2" w16cid:durableId="1053580957">
    <w:abstractNumId w:val="16"/>
  </w:num>
  <w:num w:numId="3" w16cid:durableId="1126661119">
    <w:abstractNumId w:val="7"/>
  </w:num>
  <w:num w:numId="4" w16cid:durableId="1161510515">
    <w:abstractNumId w:val="5"/>
  </w:num>
  <w:num w:numId="5" w16cid:durableId="1183940311">
    <w:abstractNumId w:val="13"/>
  </w:num>
  <w:num w:numId="6" w16cid:durableId="1213158827">
    <w:abstractNumId w:val="9"/>
  </w:num>
  <w:num w:numId="7" w16cid:durableId="121458022">
    <w:abstractNumId w:val="10"/>
  </w:num>
  <w:num w:numId="8" w16cid:durableId="1223058050">
    <w:abstractNumId w:val="8"/>
  </w:num>
  <w:num w:numId="9" w16cid:durableId="1386566371">
    <w:abstractNumId w:val="12"/>
  </w:num>
  <w:num w:numId="10" w16cid:durableId="1525748133">
    <w:abstractNumId w:val="18"/>
  </w:num>
  <w:num w:numId="11" w16cid:durableId="1667980379">
    <w:abstractNumId w:val="2"/>
  </w:num>
  <w:num w:numId="12" w16cid:durableId="1755320989">
    <w:abstractNumId w:val="11"/>
  </w:num>
  <w:num w:numId="13" w16cid:durableId="2012022289">
    <w:abstractNumId w:val="20"/>
  </w:num>
  <w:num w:numId="14" w16cid:durableId="2031952289">
    <w:abstractNumId w:val="15"/>
  </w:num>
  <w:num w:numId="15" w16cid:durableId="2049915120">
    <w:abstractNumId w:val="17"/>
  </w:num>
  <w:num w:numId="16" w16cid:durableId="237519433">
    <w:abstractNumId w:val="1"/>
  </w:num>
  <w:num w:numId="17" w16cid:durableId="263462846">
    <w:abstractNumId w:val="4"/>
  </w:num>
  <w:num w:numId="18" w16cid:durableId="376273875">
    <w:abstractNumId w:val="19"/>
  </w:num>
  <w:num w:numId="19" w16cid:durableId="472210441">
    <w:abstractNumId w:val="0"/>
  </w:num>
  <w:num w:numId="20" w16cid:durableId="89200773">
    <w:abstractNumId w:val="6"/>
  </w:num>
  <w:num w:numId="21" w16cid:durableId="983195920">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C74"/>
    <w:rsid w:val="00002C9F"/>
    <w:rsid w:val="00006EB0"/>
    <w:rsid w:val="0002045D"/>
    <w:rsid w:val="00032558"/>
    <w:rsid w:val="000325D8"/>
    <w:rsid w:val="000331AE"/>
    <w:rsid w:val="0003359F"/>
    <w:rsid w:val="00034616"/>
    <w:rsid w:val="00041ACD"/>
    <w:rsid w:val="00050D3B"/>
    <w:rsid w:val="00057815"/>
    <w:rsid w:val="0006063C"/>
    <w:rsid w:val="00067DBB"/>
    <w:rsid w:val="00080048"/>
    <w:rsid w:val="000813A5"/>
    <w:rsid w:val="00086694"/>
    <w:rsid w:val="00094A69"/>
    <w:rsid w:val="00096E33"/>
    <w:rsid w:val="00097864"/>
    <w:rsid w:val="000A6DB1"/>
    <w:rsid w:val="000A701C"/>
    <w:rsid w:val="000B0AEF"/>
    <w:rsid w:val="000B0C06"/>
    <w:rsid w:val="000C1D32"/>
    <w:rsid w:val="000C4420"/>
    <w:rsid w:val="000C5AE6"/>
    <w:rsid w:val="000C7D8D"/>
    <w:rsid w:val="000D0403"/>
    <w:rsid w:val="000D28F6"/>
    <w:rsid w:val="000D7048"/>
    <w:rsid w:val="000E16F8"/>
    <w:rsid w:val="000E509A"/>
    <w:rsid w:val="000E5EDC"/>
    <w:rsid w:val="00105ECE"/>
    <w:rsid w:val="0012097C"/>
    <w:rsid w:val="00140DCC"/>
    <w:rsid w:val="001437FA"/>
    <w:rsid w:val="0015074B"/>
    <w:rsid w:val="00157AEA"/>
    <w:rsid w:val="00167DC6"/>
    <w:rsid w:val="00186C7A"/>
    <w:rsid w:val="0019572E"/>
    <w:rsid w:val="001A698C"/>
    <w:rsid w:val="001B3A6D"/>
    <w:rsid w:val="001B6F5C"/>
    <w:rsid w:val="001B7767"/>
    <w:rsid w:val="001C6530"/>
    <w:rsid w:val="001C7CCF"/>
    <w:rsid w:val="001D52F0"/>
    <w:rsid w:val="001D6934"/>
    <w:rsid w:val="001E0A93"/>
    <w:rsid w:val="001E1FC2"/>
    <w:rsid w:val="001F4F96"/>
    <w:rsid w:val="001F78B1"/>
    <w:rsid w:val="00202140"/>
    <w:rsid w:val="002044A1"/>
    <w:rsid w:val="00211D5B"/>
    <w:rsid w:val="00234246"/>
    <w:rsid w:val="00252CAB"/>
    <w:rsid w:val="00260595"/>
    <w:rsid w:val="002613AF"/>
    <w:rsid w:val="002647AA"/>
    <w:rsid w:val="00271799"/>
    <w:rsid w:val="0028142F"/>
    <w:rsid w:val="002873F2"/>
    <w:rsid w:val="00287474"/>
    <w:rsid w:val="0029639D"/>
    <w:rsid w:val="00297109"/>
    <w:rsid w:val="002B3DCF"/>
    <w:rsid w:val="002B6A49"/>
    <w:rsid w:val="002C66BA"/>
    <w:rsid w:val="00310C45"/>
    <w:rsid w:val="00310C8B"/>
    <w:rsid w:val="0032028B"/>
    <w:rsid w:val="0032262E"/>
    <w:rsid w:val="00324C89"/>
    <w:rsid w:val="00325007"/>
    <w:rsid w:val="00326F90"/>
    <w:rsid w:val="00327552"/>
    <w:rsid w:val="00337B4E"/>
    <w:rsid w:val="00344742"/>
    <w:rsid w:val="00344E46"/>
    <w:rsid w:val="0035449A"/>
    <w:rsid w:val="0035507F"/>
    <w:rsid w:val="0035565D"/>
    <w:rsid w:val="003657DB"/>
    <w:rsid w:val="00366785"/>
    <w:rsid w:val="00366E36"/>
    <w:rsid w:val="0037180F"/>
    <w:rsid w:val="0037730B"/>
    <w:rsid w:val="00382256"/>
    <w:rsid w:val="0038650F"/>
    <w:rsid w:val="00393069"/>
    <w:rsid w:val="00393377"/>
    <w:rsid w:val="0039389B"/>
    <w:rsid w:val="0039410A"/>
    <w:rsid w:val="003957C9"/>
    <w:rsid w:val="003A5489"/>
    <w:rsid w:val="003A55A9"/>
    <w:rsid w:val="003C05B3"/>
    <w:rsid w:val="003D20D2"/>
    <w:rsid w:val="003D22B9"/>
    <w:rsid w:val="003E0F5C"/>
    <w:rsid w:val="003E2EF1"/>
    <w:rsid w:val="003E3DFF"/>
    <w:rsid w:val="003F4330"/>
    <w:rsid w:val="00401270"/>
    <w:rsid w:val="00401C07"/>
    <w:rsid w:val="00407597"/>
    <w:rsid w:val="004170EA"/>
    <w:rsid w:val="00426F64"/>
    <w:rsid w:val="00431237"/>
    <w:rsid w:val="0044017C"/>
    <w:rsid w:val="00444279"/>
    <w:rsid w:val="00444B4A"/>
    <w:rsid w:val="00445AFD"/>
    <w:rsid w:val="00454A7A"/>
    <w:rsid w:val="00457A94"/>
    <w:rsid w:val="0046726B"/>
    <w:rsid w:val="004674B9"/>
    <w:rsid w:val="004719A2"/>
    <w:rsid w:val="00471D07"/>
    <w:rsid w:val="00472613"/>
    <w:rsid w:val="00485AB5"/>
    <w:rsid w:val="00485D9A"/>
    <w:rsid w:val="00486D7E"/>
    <w:rsid w:val="0049154B"/>
    <w:rsid w:val="004A32A7"/>
    <w:rsid w:val="004B16E0"/>
    <w:rsid w:val="004B48C9"/>
    <w:rsid w:val="004D0064"/>
    <w:rsid w:val="004D331D"/>
    <w:rsid w:val="004D56AB"/>
    <w:rsid w:val="004E19D2"/>
    <w:rsid w:val="004F7CB3"/>
    <w:rsid w:val="00506F6D"/>
    <w:rsid w:val="00525C3B"/>
    <w:rsid w:val="0052711E"/>
    <w:rsid w:val="0053429B"/>
    <w:rsid w:val="005354A9"/>
    <w:rsid w:val="00542C6A"/>
    <w:rsid w:val="00543F2E"/>
    <w:rsid w:val="005457F7"/>
    <w:rsid w:val="00553C74"/>
    <w:rsid w:val="00566F91"/>
    <w:rsid w:val="005774F5"/>
    <w:rsid w:val="00580B69"/>
    <w:rsid w:val="00585DB6"/>
    <w:rsid w:val="00591B3B"/>
    <w:rsid w:val="005A2187"/>
    <w:rsid w:val="005A3CBF"/>
    <w:rsid w:val="005C38DE"/>
    <w:rsid w:val="005D1F2B"/>
    <w:rsid w:val="005E8F0C"/>
    <w:rsid w:val="005F2EE6"/>
    <w:rsid w:val="005F478A"/>
    <w:rsid w:val="00600EF2"/>
    <w:rsid w:val="00604BDA"/>
    <w:rsid w:val="0061255A"/>
    <w:rsid w:val="00614128"/>
    <w:rsid w:val="00622EA0"/>
    <w:rsid w:val="00642115"/>
    <w:rsid w:val="00654718"/>
    <w:rsid w:val="00656322"/>
    <w:rsid w:val="00664992"/>
    <w:rsid w:val="00691B67"/>
    <w:rsid w:val="006955F9"/>
    <w:rsid w:val="006B4BD8"/>
    <w:rsid w:val="006B6B83"/>
    <w:rsid w:val="006C15AD"/>
    <w:rsid w:val="006C2368"/>
    <w:rsid w:val="006C2E17"/>
    <w:rsid w:val="006C2E5F"/>
    <w:rsid w:val="006C6435"/>
    <w:rsid w:val="006D0F7D"/>
    <w:rsid w:val="006D6892"/>
    <w:rsid w:val="006D79A8"/>
    <w:rsid w:val="006E5447"/>
    <w:rsid w:val="006E774D"/>
    <w:rsid w:val="006F2924"/>
    <w:rsid w:val="00703422"/>
    <w:rsid w:val="007109BF"/>
    <w:rsid w:val="007125BE"/>
    <w:rsid w:val="00733E6B"/>
    <w:rsid w:val="00742E29"/>
    <w:rsid w:val="0074465D"/>
    <w:rsid w:val="007446C5"/>
    <w:rsid w:val="00755EE2"/>
    <w:rsid w:val="0076438D"/>
    <w:rsid w:val="0076516D"/>
    <w:rsid w:val="00772B46"/>
    <w:rsid w:val="0077633C"/>
    <w:rsid w:val="00776CD1"/>
    <w:rsid w:val="00781060"/>
    <w:rsid w:val="00791DB6"/>
    <w:rsid w:val="00791FA8"/>
    <w:rsid w:val="007934A5"/>
    <w:rsid w:val="007A0086"/>
    <w:rsid w:val="007B05D9"/>
    <w:rsid w:val="007B58EB"/>
    <w:rsid w:val="007B6CBA"/>
    <w:rsid w:val="007C304E"/>
    <w:rsid w:val="007D0ECA"/>
    <w:rsid w:val="007D2A24"/>
    <w:rsid w:val="007D7698"/>
    <w:rsid w:val="007E00FD"/>
    <w:rsid w:val="007E0197"/>
    <w:rsid w:val="007E2D4C"/>
    <w:rsid w:val="007E4F12"/>
    <w:rsid w:val="008151C2"/>
    <w:rsid w:val="00817106"/>
    <w:rsid w:val="00830AE8"/>
    <w:rsid w:val="00832155"/>
    <w:rsid w:val="0083289A"/>
    <w:rsid w:val="008341D1"/>
    <w:rsid w:val="00847C15"/>
    <w:rsid w:val="0085092E"/>
    <w:rsid w:val="00853D36"/>
    <w:rsid w:val="00855C24"/>
    <w:rsid w:val="008573C3"/>
    <w:rsid w:val="008653D8"/>
    <w:rsid w:val="00892AB3"/>
    <w:rsid w:val="00895FB4"/>
    <w:rsid w:val="008A55DF"/>
    <w:rsid w:val="008B5A36"/>
    <w:rsid w:val="008B754D"/>
    <w:rsid w:val="008C3170"/>
    <w:rsid w:val="008C7B52"/>
    <w:rsid w:val="008D2652"/>
    <w:rsid w:val="008D35AF"/>
    <w:rsid w:val="008D4757"/>
    <w:rsid w:val="008D657F"/>
    <w:rsid w:val="008E1B82"/>
    <w:rsid w:val="009122AB"/>
    <w:rsid w:val="00913629"/>
    <w:rsid w:val="0091581B"/>
    <w:rsid w:val="00927D80"/>
    <w:rsid w:val="009301FD"/>
    <w:rsid w:val="00931E96"/>
    <w:rsid w:val="00940558"/>
    <w:rsid w:val="0094066E"/>
    <w:rsid w:val="00946D99"/>
    <w:rsid w:val="009567A6"/>
    <w:rsid w:val="00962977"/>
    <w:rsid w:val="009727F4"/>
    <w:rsid w:val="00975D67"/>
    <w:rsid w:val="009841B3"/>
    <w:rsid w:val="00984DD6"/>
    <w:rsid w:val="00985DE8"/>
    <w:rsid w:val="00990335"/>
    <w:rsid w:val="00994571"/>
    <w:rsid w:val="00994897"/>
    <w:rsid w:val="00994DB6"/>
    <w:rsid w:val="009A1616"/>
    <w:rsid w:val="009B0146"/>
    <w:rsid w:val="009B2E9C"/>
    <w:rsid w:val="009D0232"/>
    <w:rsid w:val="009D733A"/>
    <w:rsid w:val="009D7D16"/>
    <w:rsid w:val="009E3657"/>
    <w:rsid w:val="009E48DB"/>
    <w:rsid w:val="009F0F87"/>
    <w:rsid w:val="009F43EE"/>
    <w:rsid w:val="00A01AD2"/>
    <w:rsid w:val="00A03B3A"/>
    <w:rsid w:val="00A1170C"/>
    <w:rsid w:val="00A16AA1"/>
    <w:rsid w:val="00A22D16"/>
    <w:rsid w:val="00A26036"/>
    <w:rsid w:val="00A36D65"/>
    <w:rsid w:val="00A47D90"/>
    <w:rsid w:val="00A53038"/>
    <w:rsid w:val="00A549F9"/>
    <w:rsid w:val="00A61502"/>
    <w:rsid w:val="00A62A4A"/>
    <w:rsid w:val="00A63496"/>
    <w:rsid w:val="00A6611D"/>
    <w:rsid w:val="00A70E98"/>
    <w:rsid w:val="00A738AA"/>
    <w:rsid w:val="00A77B6B"/>
    <w:rsid w:val="00A83D5D"/>
    <w:rsid w:val="00A841A6"/>
    <w:rsid w:val="00A84218"/>
    <w:rsid w:val="00A928E2"/>
    <w:rsid w:val="00A97C29"/>
    <w:rsid w:val="00AA0B0B"/>
    <w:rsid w:val="00AA1D8D"/>
    <w:rsid w:val="00AB0B1A"/>
    <w:rsid w:val="00AB1721"/>
    <w:rsid w:val="00AC350A"/>
    <w:rsid w:val="00AE278B"/>
    <w:rsid w:val="00AE509C"/>
    <w:rsid w:val="00AF65E1"/>
    <w:rsid w:val="00AF6E19"/>
    <w:rsid w:val="00B01A67"/>
    <w:rsid w:val="00B04BEA"/>
    <w:rsid w:val="00B07AEF"/>
    <w:rsid w:val="00B153F2"/>
    <w:rsid w:val="00B1795F"/>
    <w:rsid w:val="00B21D73"/>
    <w:rsid w:val="00B2542F"/>
    <w:rsid w:val="00B27646"/>
    <w:rsid w:val="00B30313"/>
    <w:rsid w:val="00B32414"/>
    <w:rsid w:val="00B33E2B"/>
    <w:rsid w:val="00B34ACB"/>
    <w:rsid w:val="00B452C4"/>
    <w:rsid w:val="00B47730"/>
    <w:rsid w:val="00B47E5C"/>
    <w:rsid w:val="00B54E3E"/>
    <w:rsid w:val="00B57EE6"/>
    <w:rsid w:val="00B63010"/>
    <w:rsid w:val="00B64576"/>
    <w:rsid w:val="00B653C2"/>
    <w:rsid w:val="00B67859"/>
    <w:rsid w:val="00B82F12"/>
    <w:rsid w:val="00B84CE3"/>
    <w:rsid w:val="00B93FA1"/>
    <w:rsid w:val="00B946A6"/>
    <w:rsid w:val="00BB3355"/>
    <w:rsid w:val="00BB5E98"/>
    <w:rsid w:val="00BB7E5A"/>
    <w:rsid w:val="00BD28B2"/>
    <w:rsid w:val="00BD5D8F"/>
    <w:rsid w:val="00BD7431"/>
    <w:rsid w:val="00BE3D47"/>
    <w:rsid w:val="00BE7821"/>
    <w:rsid w:val="00BF5406"/>
    <w:rsid w:val="00BF56E6"/>
    <w:rsid w:val="00C0128C"/>
    <w:rsid w:val="00C0145E"/>
    <w:rsid w:val="00C138B1"/>
    <w:rsid w:val="00C14F59"/>
    <w:rsid w:val="00C25778"/>
    <w:rsid w:val="00C318BD"/>
    <w:rsid w:val="00C402D8"/>
    <w:rsid w:val="00C4036C"/>
    <w:rsid w:val="00C4285A"/>
    <w:rsid w:val="00C468E8"/>
    <w:rsid w:val="00C50BD1"/>
    <w:rsid w:val="00C52A3E"/>
    <w:rsid w:val="00C643AE"/>
    <w:rsid w:val="00C65218"/>
    <w:rsid w:val="00C76D2E"/>
    <w:rsid w:val="00C86891"/>
    <w:rsid w:val="00C90C85"/>
    <w:rsid w:val="00C96764"/>
    <w:rsid w:val="00CB0664"/>
    <w:rsid w:val="00CB244B"/>
    <w:rsid w:val="00CB26A5"/>
    <w:rsid w:val="00CB3E59"/>
    <w:rsid w:val="00CD1A25"/>
    <w:rsid w:val="00CD2085"/>
    <w:rsid w:val="00CD6B6F"/>
    <w:rsid w:val="00CE3E05"/>
    <w:rsid w:val="00CE45F1"/>
    <w:rsid w:val="00CE49E8"/>
    <w:rsid w:val="00CE77C2"/>
    <w:rsid w:val="00CF23C9"/>
    <w:rsid w:val="00CF527A"/>
    <w:rsid w:val="00CF697B"/>
    <w:rsid w:val="00CF73E9"/>
    <w:rsid w:val="00D00766"/>
    <w:rsid w:val="00D31998"/>
    <w:rsid w:val="00D345C5"/>
    <w:rsid w:val="00D4111B"/>
    <w:rsid w:val="00D44A40"/>
    <w:rsid w:val="00D53CBC"/>
    <w:rsid w:val="00D63070"/>
    <w:rsid w:val="00D8598E"/>
    <w:rsid w:val="00D87F34"/>
    <w:rsid w:val="00D9097E"/>
    <w:rsid w:val="00D91D3D"/>
    <w:rsid w:val="00D9404F"/>
    <w:rsid w:val="00D95F0C"/>
    <w:rsid w:val="00D9608D"/>
    <w:rsid w:val="00DA2F18"/>
    <w:rsid w:val="00DA5E0C"/>
    <w:rsid w:val="00DB3990"/>
    <w:rsid w:val="00DC15FA"/>
    <w:rsid w:val="00DD04EC"/>
    <w:rsid w:val="00DD40B4"/>
    <w:rsid w:val="00DD6C85"/>
    <w:rsid w:val="00E030B8"/>
    <w:rsid w:val="00E41E10"/>
    <w:rsid w:val="00E42448"/>
    <w:rsid w:val="00E5103F"/>
    <w:rsid w:val="00E6633C"/>
    <w:rsid w:val="00E75975"/>
    <w:rsid w:val="00EA7A6E"/>
    <w:rsid w:val="00EB5FFF"/>
    <w:rsid w:val="00ED1217"/>
    <w:rsid w:val="00ED4375"/>
    <w:rsid w:val="00ED63A8"/>
    <w:rsid w:val="00EE2EDC"/>
    <w:rsid w:val="00EF540C"/>
    <w:rsid w:val="00EF7933"/>
    <w:rsid w:val="00F126D4"/>
    <w:rsid w:val="00F134E8"/>
    <w:rsid w:val="00F13A31"/>
    <w:rsid w:val="00F1499D"/>
    <w:rsid w:val="00F17D1D"/>
    <w:rsid w:val="00F368BE"/>
    <w:rsid w:val="00F41D06"/>
    <w:rsid w:val="00F50B8B"/>
    <w:rsid w:val="00F5124E"/>
    <w:rsid w:val="00F622AD"/>
    <w:rsid w:val="00F661A1"/>
    <w:rsid w:val="00F67478"/>
    <w:rsid w:val="00F84D6A"/>
    <w:rsid w:val="00F87DA8"/>
    <w:rsid w:val="00F960C1"/>
    <w:rsid w:val="00FA1123"/>
    <w:rsid w:val="00FA6E4E"/>
    <w:rsid w:val="00FB3C6F"/>
    <w:rsid w:val="00FB7A9F"/>
    <w:rsid w:val="00FC0545"/>
    <w:rsid w:val="00FC693F"/>
    <w:rsid w:val="00FC74F5"/>
    <w:rsid w:val="00FD20C5"/>
    <w:rsid w:val="00FD6931"/>
    <w:rsid w:val="00FE1945"/>
    <w:rsid w:val="00FE70EA"/>
    <w:rsid w:val="00FF3472"/>
    <w:rsid w:val="00FF4915"/>
    <w:rsid w:val="00FF62D5"/>
    <w:rsid w:val="010FE728"/>
    <w:rsid w:val="02BD66C2"/>
    <w:rsid w:val="031E5A90"/>
    <w:rsid w:val="03552A63"/>
    <w:rsid w:val="03A16A76"/>
    <w:rsid w:val="047B66F4"/>
    <w:rsid w:val="071D1980"/>
    <w:rsid w:val="073723D0"/>
    <w:rsid w:val="09214AA7"/>
    <w:rsid w:val="093F8AC0"/>
    <w:rsid w:val="0A27EF7D"/>
    <w:rsid w:val="0AA376F3"/>
    <w:rsid w:val="0B628CB1"/>
    <w:rsid w:val="0BBEC375"/>
    <w:rsid w:val="0CF5B0D9"/>
    <w:rsid w:val="0D73C9CF"/>
    <w:rsid w:val="0EBFFD4F"/>
    <w:rsid w:val="0F8F005E"/>
    <w:rsid w:val="0FF3024B"/>
    <w:rsid w:val="10B60AE5"/>
    <w:rsid w:val="10C3D4F7"/>
    <w:rsid w:val="10D5E02A"/>
    <w:rsid w:val="14F72A8A"/>
    <w:rsid w:val="1500B61A"/>
    <w:rsid w:val="15579A4C"/>
    <w:rsid w:val="163FB21F"/>
    <w:rsid w:val="16E8B98B"/>
    <w:rsid w:val="1838F0D8"/>
    <w:rsid w:val="18694B10"/>
    <w:rsid w:val="1983A054"/>
    <w:rsid w:val="198DE915"/>
    <w:rsid w:val="1B889D24"/>
    <w:rsid w:val="1BA04AEE"/>
    <w:rsid w:val="1CB95999"/>
    <w:rsid w:val="1CD76732"/>
    <w:rsid w:val="1E6DBCAE"/>
    <w:rsid w:val="1E72D4B9"/>
    <w:rsid w:val="1F3B2FB6"/>
    <w:rsid w:val="202BB1C2"/>
    <w:rsid w:val="21BC85AE"/>
    <w:rsid w:val="2268A989"/>
    <w:rsid w:val="226C010A"/>
    <w:rsid w:val="22C4BD08"/>
    <w:rsid w:val="2524BBC3"/>
    <w:rsid w:val="25E7B12A"/>
    <w:rsid w:val="29468DC8"/>
    <w:rsid w:val="299B6B46"/>
    <w:rsid w:val="2A5BC3E5"/>
    <w:rsid w:val="2C34CA55"/>
    <w:rsid w:val="2D11558F"/>
    <w:rsid w:val="2D43A179"/>
    <w:rsid w:val="2DC3DF03"/>
    <w:rsid w:val="2E31C0EF"/>
    <w:rsid w:val="2EA40B96"/>
    <w:rsid w:val="33DF024C"/>
    <w:rsid w:val="342352C0"/>
    <w:rsid w:val="3440D11B"/>
    <w:rsid w:val="346599E9"/>
    <w:rsid w:val="349892C5"/>
    <w:rsid w:val="351DC48B"/>
    <w:rsid w:val="3570B21E"/>
    <w:rsid w:val="35C35CF6"/>
    <w:rsid w:val="371D5746"/>
    <w:rsid w:val="372679BB"/>
    <w:rsid w:val="37527F68"/>
    <w:rsid w:val="3899E136"/>
    <w:rsid w:val="3987B8B5"/>
    <w:rsid w:val="39983242"/>
    <w:rsid w:val="3AC5EAE8"/>
    <w:rsid w:val="3B97F811"/>
    <w:rsid w:val="3CB24B73"/>
    <w:rsid w:val="3D5DADA2"/>
    <w:rsid w:val="409D0962"/>
    <w:rsid w:val="41B5FFE0"/>
    <w:rsid w:val="4238A08D"/>
    <w:rsid w:val="42B387B9"/>
    <w:rsid w:val="4452A5C4"/>
    <w:rsid w:val="44771EE8"/>
    <w:rsid w:val="449A8575"/>
    <w:rsid w:val="46E59D77"/>
    <w:rsid w:val="46E7039E"/>
    <w:rsid w:val="4762EB48"/>
    <w:rsid w:val="4804E4B5"/>
    <w:rsid w:val="49B1C731"/>
    <w:rsid w:val="49BE5217"/>
    <w:rsid w:val="49CC37C0"/>
    <w:rsid w:val="4B5EDD6B"/>
    <w:rsid w:val="4BDD123E"/>
    <w:rsid w:val="4BE2ACC1"/>
    <w:rsid w:val="4D0EB5A9"/>
    <w:rsid w:val="4D1CD8FE"/>
    <w:rsid w:val="4D383214"/>
    <w:rsid w:val="4EB91D65"/>
    <w:rsid w:val="4FC98A66"/>
    <w:rsid w:val="51BBB8B5"/>
    <w:rsid w:val="55B7A55C"/>
    <w:rsid w:val="56049653"/>
    <w:rsid w:val="56A4B16A"/>
    <w:rsid w:val="5AB643D7"/>
    <w:rsid w:val="5B3042F2"/>
    <w:rsid w:val="5D57157C"/>
    <w:rsid w:val="5E48D053"/>
    <w:rsid w:val="5F6E360A"/>
    <w:rsid w:val="60075E42"/>
    <w:rsid w:val="617C2D71"/>
    <w:rsid w:val="61AF6798"/>
    <w:rsid w:val="61C8310D"/>
    <w:rsid w:val="63C214B3"/>
    <w:rsid w:val="64324FE8"/>
    <w:rsid w:val="64ABCC57"/>
    <w:rsid w:val="64C4D46C"/>
    <w:rsid w:val="6517919E"/>
    <w:rsid w:val="655CAA75"/>
    <w:rsid w:val="66EE4CA5"/>
    <w:rsid w:val="670408C9"/>
    <w:rsid w:val="67502A9A"/>
    <w:rsid w:val="67BEE73A"/>
    <w:rsid w:val="6A514CB1"/>
    <w:rsid w:val="6ACB12F8"/>
    <w:rsid w:val="6C26C2EA"/>
    <w:rsid w:val="6C4E3F0B"/>
    <w:rsid w:val="6C51E5C7"/>
    <w:rsid w:val="6CED2634"/>
    <w:rsid w:val="6D4D6E80"/>
    <w:rsid w:val="6DF08A39"/>
    <w:rsid w:val="6E3F2E0F"/>
    <w:rsid w:val="6E4A4D1F"/>
    <w:rsid w:val="71800350"/>
    <w:rsid w:val="7228083B"/>
    <w:rsid w:val="724FB5B4"/>
    <w:rsid w:val="72613FDF"/>
    <w:rsid w:val="729EA8BC"/>
    <w:rsid w:val="72D0386B"/>
    <w:rsid w:val="72FE37EB"/>
    <w:rsid w:val="732D8346"/>
    <w:rsid w:val="7485C9B5"/>
    <w:rsid w:val="751942F8"/>
    <w:rsid w:val="76DE0312"/>
    <w:rsid w:val="76FFF335"/>
    <w:rsid w:val="77190330"/>
    <w:rsid w:val="77FF78EB"/>
    <w:rsid w:val="78A16DCF"/>
    <w:rsid w:val="7DD1C62B"/>
    <w:rsid w:val="7E3E49B5"/>
    <w:rsid w:val="7E6289FC"/>
    <w:rsid w:val="7EACB2E6"/>
    <w:rsid w:val="7F103203"/>
    <w:rsid w:val="7F812F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062061"/>
  <w14:defaultImageDpi w14:val="300"/>
  <w15:docId w15:val="{2EB7770B-5E86-4C03-AC20-CB76CDBAA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4"/>
      </w:numPr>
      <w:ind w:left="0" w:firstLine="0"/>
      <w:contextualSpacing/>
    </w:pPr>
  </w:style>
  <w:style w:type="paragraph" w:styleId="ListBullet2">
    <w:name w:val="List Bullet 2"/>
    <w:basedOn w:val="Normal"/>
    <w:uiPriority w:val="99"/>
    <w:unhideWhenUsed/>
    <w:rsid w:val="00326F90"/>
    <w:pPr>
      <w:numPr>
        <w:numId w:val="1"/>
      </w:numPr>
      <w:tabs>
        <w:tab w:val="clear" w:pos="720"/>
        <w:tab w:val="num" w:pos="360"/>
      </w:tabs>
      <w:ind w:left="0" w:firstLine="0"/>
      <w:contextualSpacing/>
    </w:pPr>
  </w:style>
  <w:style w:type="paragraph" w:styleId="ListBullet3">
    <w:name w:val="List Bullet 3"/>
    <w:basedOn w:val="Normal"/>
    <w:uiPriority w:val="99"/>
    <w:unhideWhenUsed/>
    <w:rsid w:val="00326F90"/>
    <w:pPr>
      <w:numPr>
        <w:numId w:val="11"/>
      </w:numPr>
      <w:tabs>
        <w:tab w:val="clear" w:pos="1080"/>
        <w:tab w:val="num" w:pos="360"/>
      </w:tabs>
      <w:ind w:left="0" w:firstLine="0"/>
      <w:contextualSpacing/>
    </w:pPr>
  </w:style>
  <w:style w:type="paragraph" w:styleId="ListNumber">
    <w:name w:val="List Number"/>
    <w:basedOn w:val="Normal"/>
    <w:uiPriority w:val="99"/>
    <w:unhideWhenUsed/>
    <w:rsid w:val="00326F90"/>
    <w:pPr>
      <w:numPr>
        <w:numId w:val="17"/>
      </w:numPr>
      <w:ind w:left="0" w:firstLine="0"/>
      <w:contextualSpacing/>
    </w:pPr>
  </w:style>
  <w:style w:type="paragraph" w:styleId="ListNumber2">
    <w:name w:val="List Number 2"/>
    <w:basedOn w:val="Normal"/>
    <w:uiPriority w:val="99"/>
    <w:unhideWhenUsed/>
    <w:rsid w:val="0029639D"/>
    <w:pPr>
      <w:numPr>
        <w:numId w:val="16"/>
      </w:numPr>
      <w:tabs>
        <w:tab w:val="clear" w:pos="720"/>
        <w:tab w:val="num" w:pos="360"/>
      </w:tabs>
      <w:ind w:left="0" w:firstLine="0"/>
      <w:contextualSpacing/>
    </w:pPr>
  </w:style>
  <w:style w:type="paragraph" w:styleId="ListNumber3">
    <w:name w:val="List Number 3"/>
    <w:basedOn w:val="Normal"/>
    <w:uiPriority w:val="99"/>
    <w:unhideWhenUsed/>
    <w:rsid w:val="0029639D"/>
    <w:pPr>
      <w:numPr>
        <w:numId w:val="19"/>
      </w:numPr>
      <w:tabs>
        <w:tab w:val="clear" w:pos="1080"/>
        <w:tab w:val="num" w:pos="360"/>
      </w:tabs>
      <w:ind w:left="0" w:firstLine="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2EA40B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hyperlink" Target="https://claude.ai/install.sh" TargetMode="External" Id="rId13" /><Relationship Type="http://schemas.openxmlformats.org/officeDocument/2006/relationships/image" Target="media/image5.png" Id="rId18" /><Relationship Type="http://schemas.openxmlformats.org/officeDocument/2006/relationships/fontTable" Target="fontTable.xml" Id="rId26" /><Relationship Type="http://schemas.openxmlformats.org/officeDocument/2006/relationships/settings" Target="settings.xml" Id="rId3" /><Relationship Type="http://schemas.openxmlformats.org/officeDocument/2006/relationships/hyperlink" Target="https://github.com/zjrosen/perles" TargetMode="External" Id="rId21" /><Relationship Type="http://schemas.openxmlformats.org/officeDocument/2006/relationships/image" Target="media/image1.png" Id="rId7" /><Relationship Type="http://schemas.openxmlformats.org/officeDocument/2006/relationships/hyperlink" Target="https://raw.githubusercontent.com/Homebrew/install/HEAD/install.sh" TargetMode="External" Id="rId12" /><Relationship Type="http://schemas.openxmlformats.org/officeDocument/2006/relationships/image" Target="media/image4.png" Id="rId17" /><Relationship Type="http://schemas.openxmlformats.org/officeDocument/2006/relationships/footer" Target="footer1.xml" Id="rId25" /><Relationship Type="http://schemas.openxmlformats.org/officeDocument/2006/relationships/styles" Target="styles.xml" Id="rId2" /><Relationship Type="http://schemas.openxmlformats.org/officeDocument/2006/relationships/image" Target="media/image3.png" Id="rId16" /><Relationship Type="http://schemas.openxmlformats.org/officeDocument/2006/relationships/hyperlink" Target="https://github.com/steveyegge/beads" TargetMode="Externa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git-scm.com/downloads/win" TargetMode="External" Id="rId11" /><Relationship Type="http://schemas.openxmlformats.org/officeDocument/2006/relationships/header" Target="header1.xml" Id="rId24" /><Relationship Type="http://schemas.openxmlformats.org/officeDocument/2006/relationships/footnotes" Target="footnotes.xml" Id="rId5" /><Relationship Type="http://schemas.openxmlformats.org/officeDocument/2006/relationships/hyperlink" Target="https://claude.ai/install.ps1" TargetMode="External" Id="rId15" /><Relationship Type="http://schemas.openxmlformats.org/officeDocument/2006/relationships/hyperlink" Target="https://github.com/anthropics/claude-code/issues" TargetMode="External" Id="rId23" /><Relationship Type="http://schemas.openxmlformats.org/officeDocument/2006/relationships/hyperlink" Target="https://nodejs.org" TargetMode="External" Id="rId10" /><Relationship Type="http://schemas.openxmlformats.org/officeDocument/2006/relationships/hyperlink" Target="https://neo4j.com/download/" TargetMode="External" Id="rId19" /><Relationship Type="http://schemas.openxmlformats.org/officeDocument/2006/relationships/webSettings" Target="webSettings.xml" Id="rId4" /><Relationship Type="http://schemas.openxmlformats.org/officeDocument/2006/relationships/hyperlink" Target="https://obsidian.md" TargetMode="External" Id="rId9" /><Relationship Type="http://schemas.openxmlformats.org/officeDocument/2006/relationships/hyperlink" Target="https://claude.ai/install.cmd" TargetMode="External" Id="rId14" /><Relationship Type="http://schemas.openxmlformats.org/officeDocument/2006/relationships/hyperlink" Target="https://github.com/jmcdonald/codebak" TargetMode="External" Id="rId22" /><Relationship Type="http://schemas.openxmlformats.org/officeDocument/2006/relationships/theme" Target="theme/theme1.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Bobbie Kumar</lastModifiedBy>
  <revision>23</revision>
  <dcterms:created xsi:type="dcterms:W3CDTF">2013-12-23T19:15:00.0000000Z</dcterms:created>
  <dcterms:modified xsi:type="dcterms:W3CDTF">2026-05-30T22:57:24.6155951Z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2a59cd85-141b-41a2-af1b-c8edc7f8f9c5</vt:lpwstr>
  </property>
</Properties>
</file>